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Gay Sports Drama TEST Is Poised To Be 2026’s Breakout Indie Film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festival buzz: TEST is already drawing audiences with a raw, cinematic take on masculinity, identity and the pressure cooker of competitive bodybuilding , and it matters because it gives a truly ordinary gay man a leading role in a mainstream-feel sports drama.</w:t>
      </w:r>
      <w:r/>
    </w:p>
    <w:p>
      <w:r/>
      <w:r>
        <w:t>Essential Takeaways</w:t>
      </w:r>
      <w:r/>
      <w:r/>
    </w:p>
    <w:p>
      <w:pPr>
        <w:pStyle w:val="ListBullet"/>
        <w:spacing w:line="240" w:lineRule="auto"/>
        <w:ind w:left="720"/>
      </w:pPr>
      <w:r/>
      <w:r>
        <w:t>Bold central performance: Brock Yurich anchors the film with a quietly magnetic turn, bringing warmth, vulnerability and a sturdy, believable physique.</w:t>
      </w:r>
      <w:r/>
    </w:p>
    <w:p>
      <w:pPr>
        <w:pStyle w:val="ListBullet"/>
        <w:spacing w:line="240" w:lineRule="auto"/>
        <w:ind w:left="720"/>
      </w:pPr>
      <w:r/>
      <w:r>
        <w:t>Intimate, tactile filmmaking: Ava Benjamin Shorr’s cinematography leans dark and moody, producing frame-worthy, still-life moments and a lived-in, sweaty gym texture.</w:t>
      </w:r>
      <w:r/>
    </w:p>
    <w:p>
      <w:pPr>
        <w:pStyle w:val="ListBullet"/>
        <w:spacing w:line="240" w:lineRule="auto"/>
        <w:ind w:left="720"/>
      </w:pPr>
      <w:r/>
      <w:r>
        <w:t>Relatable stakes: The story couples everyday pressures , drug temptation, religious shame, exploitative relationships , with the very specific world of amateur-to-pro bodybuilding.</w:t>
      </w:r>
      <w:r/>
    </w:p>
    <w:p>
      <w:pPr>
        <w:pStyle w:val="ListBullet"/>
        <w:spacing w:line="240" w:lineRule="auto"/>
        <w:ind w:left="720"/>
      </w:pPr>
      <w:r/>
      <w:r>
        <w:t>Festival momentum: TEST is already winning awards on the circuit and is slated for an Outfest Next screening, signalling wider distributor interest soon.</w:t>
      </w:r>
      <w:r/>
    </w:p>
    <w:p>
      <w:pPr>
        <w:pStyle w:val="ListBullet"/>
        <w:spacing w:line="240" w:lineRule="auto"/>
        <w:ind w:left="720"/>
      </w:pPr>
      <w:r/>
      <w:r>
        <w:t>Emotional payoff: The film’s pacing lets you savour small compassion-filled moments instead of telegraphing shock beats, so the emotional hits land harder.</w:t>
      </w:r>
      <w:r/>
      <w:r/>
    </w:p>
    <w:p>
      <w:pPr>
        <w:pStyle w:val="Heading2"/>
      </w:pPr>
      <w:r>
        <w:t>Why TEST feels like lightning in a bottle</w:t>
      </w:r>
      <w:r/>
    </w:p>
    <w:p>
      <w:r/>
      <w:r>
        <w:t>Right from the first gym scene you can feel the air change: the camera is close, the lighting is tactile and the lead’s breath sounds real. That intimacy is the film’s biggest weapon. According to festival coverage and early reviews, the movie translates what could have been a niche sports picture into something human and immediate. It’s the sort of film that makes you worry for a character the way you’d worry for a friend , protective, impatient for their big break, quietly cheering them on.</w:t>
      </w:r>
      <w:r/>
    </w:p>
    <w:p>
      <w:r/>
      <w:r>
        <w:t>The creative team deserves the credit. Written by Brock Yurich and directed by Sam McConnell, TEST benefits from a small, focused production that prioritises character beats over spectacle. That low-budget focus often produces bolder choices, and here it results in a visual palette that’s both moody and gorgeous. If you care about acting and atmosphere more than pyrotechnics, this is the sort of indie that rewards you.</w:t>
      </w:r>
      <w:r/>
    </w:p>
    <w:p>
      <w:pPr>
        <w:pStyle w:val="Heading2"/>
      </w:pPr>
      <w:r>
        <w:t>A portrayal of masculinity that doesn’t do the usual tricks</w:t>
      </w:r>
      <w:r/>
    </w:p>
    <w:p>
      <w:r/>
      <w:r>
        <w:t>What’s refreshing is how ordinary Eddie feels. He’s muscle-bound, yes, but he’s also a bloke you’d have a beer with , ordinary in gestures, hopes and failings. That’s important because queer men still too often appear in cinema as caricature or comic relief. Here, Eddie’s sexuality is part of him, not a label the story keeps explaining.</w:t>
      </w:r>
      <w:r/>
    </w:p>
    <w:p>
      <w:r/>
      <w:r>
        <w:t>The film also touches on hypermasculine spaces and how they react to queerness; that contrast is vital. Viewers who aren’t into bodybuilding will still recognise the emotions: shame, aspiration, longing, humiliation. For younger queer viewers especially, seeing a relatable gay protagonist in a traditionally macho sport is quietly radical.</w:t>
      </w:r>
      <w:r/>
    </w:p>
    <w:p>
      <w:pPr>
        <w:pStyle w:val="Heading2"/>
      </w:pPr>
      <w:r>
        <w:t>Story beats you can predict , and why that’s fine</w:t>
      </w:r>
      <w:r/>
    </w:p>
    <w:p>
      <w:r/>
      <w:r>
        <w:t>TEST doesn’t hide its narrative arc; you can guess several turns early on. That might sound like a criticism, but it’s actually a deliberate strength. By making the main beats visible, the film gives you time to savour the moments between them: small kindnesses, awkward silences, the strain in a coach’s voice. Those in-between beats are where the movie lives.</w:t>
      </w:r>
      <w:r/>
    </w:p>
    <w:p>
      <w:r/>
      <w:r>
        <w:t>That predictable structure also allows the filmmakers to stage scenes visually , several shots work as gallery-worthy prints , and to let performances breathe. If you’re shopping for films where character work trumps twisty plotting, this one will feel satisfying.</w:t>
      </w:r>
      <w:r/>
    </w:p>
    <w:p>
      <w:pPr>
        <w:pStyle w:val="Heading2"/>
      </w:pPr>
      <w:r>
        <w:t>The darker edges: drugs, religion, and exploitation</w:t>
      </w:r>
      <w:r/>
    </w:p>
    <w:p>
      <w:r/>
      <w:r>
        <w:t>TEST doesn’t shy away from tough material. The script threads in steroid temptation, recreational drug use and the fallout of exploitative relationships, all without resorting to melodrama. These elements are presented as part of the environment that shapes Eddie, not as cheap shock fodder.</w:t>
      </w:r>
      <w:r/>
    </w:p>
    <w:p>
      <w:r/>
      <w:r>
        <w:t>Those darker moments make the eventual emotional lifts feel earned. They also open up conversations about athlete welfare, queer safety in conservative communities, and the cost of chasing perfection , themes that festival programmers and activists have been responding to.</w:t>
      </w:r>
      <w:r/>
    </w:p>
    <w:p>
      <w:pPr>
        <w:pStyle w:val="Heading2"/>
      </w:pPr>
      <w:r>
        <w:t>Festival buzz and what to watch next</w:t>
      </w:r>
      <w:r/>
    </w:p>
    <w:p>
      <w:r/>
      <w:r>
        <w:t>The film’s festival run has been strong and industry chatter suggests distribution offers are likely to follow. With an upcoming Outfest Next screening, TEST stands a good chance of becoming the gay sports story that dominates 2026’s indie circuit chatter.</w:t>
      </w:r>
      <w:r/>
    </w:p>
    <w:p>
      <w:r/>
      <w:r>
        <w:t>If you want to catch it on the big screen, follow listings for Outfest and keep an eye on distributor announcements. This is one of those small films that can land big, turning a lead actor into a name people book for talk shows and awards-season conversations.</w:t>
      </w:r>
      <w:r/>
    </w:p>
    <w:p>
      <w:r/>
      <w:r>
        <w:t>It's a small change that can make every view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https://instinctmagazine.com/test-will-become-the-biggest-gay-sports-story-of-2026/</w:t>
        </w:r>
      </w:hyperlink>
      <w:r>
        <w:t xml:space="preserve"> - Please view link - unable to able to access data</w:t>
      </w:r>
      <w:r/>
    </w:p>
    <w:p>
      <w:pPr>
        <w:pStyle w:val="ListNumber"/>
        <w:spacing w:line="240" w:lineRule="auto"/>
        <w:ind w:left="720"/>
      </w:pPr>
      <w:r/>
      <w:hyperlink r:id="rId10">
        <w:r>
          <w:rPr>
            <w:color w:val="0000EE"/>
            <w:u w:val="single"/>
          </w:rPr>
          <w:t>https://www.rottentomatoes.com/m/test_2026</w:t>
        </w:r>
      </w:hyperlink>
      <w:r>
        <w:t xml:space="preserve"> - Rotten Tomatoes provides a detailed overview of the 2026 film 'Test,' including its synopsis, cast and crew information, and critic reviews. The film follows Eddie, a small-town bodybuilder striving for a professional card, who faces challenges from his religious mother and the allure of performance-enhancing drugs. Critics have praised the film for its emotional authenticity and depth of compassion, highlighting its significance in the queer sports genre.</w:t>
      </w:r>
      <w:r/>
    </w:p>
    <w:p>
      <w:pPr>
        <w:pStyle w:val="ListNumber"/>
        <w:spacing w:line="240" w:lineRule="auto"/>
        <w:ind w:left="720"/>
      </w:pPr>
      <w:r/>
      <w:hyperlink r:id="rId12">
        <w:r>
          <w:rPr>
            <w:color w:val="0000EE"/>
            <w:u w:val="single"/>
          </w:rPr>
          <w:t>https://www.imdb.com/title/tt35432768/</w:t>
        </w:r>
      </w:hyperlink>
      <w:r>
        <w:t xml:space="preserve"> - IMDb offers comprehensive details about 'Test,' a 2026 drama-sport film directed by Sam McConnell and written by Brock Yurich. The movie stars Matthew Morrison, Tammy Blanchard, and Brock Yurich. It tells the story of Eddie, a small-town Ohio bodybuilder who clashes with his devout mother while pursuing his dreams under a renowned coach. The film has received positive reviews, with an IMDb rating of 8.4/10 based on 22 votes.</w:t>
      </w:r>
      <w:r/>
    </w:p>
    <w:p>
      <w:pPr>
        <w:pStyle w:val="ListNumber"/>
        <w:spacing w:line="240" w:lineRule="auto"/>
        <w:ind w:left="720"/>
      </w:pPr>
      <w:r/>
      <w:hyperlink r:id="rId11">
        <w:r>
          <w:rPr>
            <w:color w:val="0000EE"/>
            <w:u w:val="single"/>
          </w:rPr>
          <w:t>https://thefightmag.com/2026/05/test-explores-the-vulnerabilities-of-a-closeted-gay-bodybuilder-watch/</w:t>
        </w:r>
      </w:hyperlink>
      <w:r>
        <w:t xml:space="preserve"> - The Fight Magazine discusses 'Test,' a 2026 film directed by Sam McConnell, which explores the hidden vulnerabilities of a closeted gay bodybuilder. Written by and starring Brock Yurich as Eddie, the film delves into Eddie's struggles with intense training, cam modeling, and caring for his demanding mother. The narrative contrasts Eddie's physical prowess with his fragile inner life, highlighting the tension between ambition, desire, and identity.</w:t>
      </w:r>
      <w:r/>
    </w:p>
    <w:p>
      <w:pPr>
        <w:pStyle w:val="ListNumber"/>
        <w:spacing w:line="240" w:lineRule="auto"/>
        <w:ind w:left="720"/>
      </w:pPr>
      <w:r/>
      <w:hyperlink r:id="rId13">
        <w:r>
          <w:rPr>
            <w:color w:val="0000EE"/>
            <w:u w:val="single"/>
          </w:rPr>
          <w:t>https://letterboxd.com/film/test-2026/reviews/</w:t>
        </w:r>
      </w:hyperlink>
      <w:r>
        <w:t xml:space="preserve"> - Letterboxd features user reviews of 'Test,' a 2026 film that has been described as one of the most touching and powerful dramas in recent years. The film is noted for its raw, moving, and transformative storytelling, with dialogue rich in nuance and subtext. The character of Eddie is highlighted as someone whose journey resonates deeply, making the film a significant addition to the cinematic queer canon.</w:t>
      </w:r>
      <w:r/>
    </w:p>
    <w:p>
      <w:pPr>
        <w:pStyle w:val="ListNumber"/>
        <w:spacing w:line="240" w:lineRule="auto"/>
        <w:ind w:left="720"/>
      </w:pPr>
      <w:r/>
      <w:hyperlink r:id="rId14">
        <w:r>
          <w:rPr>
            <w:color w:val="0000EE"/>
            <w:u w:val="single"/>
          </w:rPr>
          <w:t>https://www.rottentomatoes.com/m/little_brother_2026</w:t>
        </w:r>
      </w:hyperlink>
      <w:r>
        <w:t xml:space="preserve"> - Rotten Tomatoes provides information on 'Little Brother,' a 2026 comedy film starring John Cena and Eric André. The film follows a famous real estate agent whose world is upended when his eccentric 'little brother' unexpectedly reappears. Critics have noted the strong comic chemistry between Cena and André, though the script is described as tonally unfocused, leading to a 37% rating on the Tomatometer and a 47% audience score.</w:t>
      </w:r>
      <w:r/>
    </w:p>
    <w:p>
      <w:pPr>
        <w:pStyle w:val="ListNumber"/>
        <w:spacing w:line="240" w:lineRule="auto"/>
        <w:ind w:left="720"/>
      </w:pPr>
      <w:r/>
      <w:hyperlink r:id="rId15">
        <w:r>
          <w:rPr>
            <w:color w:val="0000EE"/>
            <w:u w:val="single"/>
          </w:rPr>
          <w:t>https://www.latimes.com/entertainment-arts/movies/story/2026-06-26/jackass-best-last-review-johnny-knoxville-steve-o-chris-pontius-ehren-mcghehey</w:t>
        </w:r>
      </w:hyperlink>
      <w:r>
        <w:t xml:space="preserve"> - The Los Angeles Times reviews 'Jackass: Best and Last,' the final installment in the 'Jackass' series. The film features Johnny Knoxville, Steve-O, Chris Pontius, and Ehren McGhehey, who reunite for a series of stunts and pranks. The review notes that while the film delivers the expected shock value, it also acknowledges the aging cast and their awareness of their own mortality, adding a melancholic tone to the proceedings.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test-will-become-the-biggest-gay-sports-story-of-2026/" TargetMode="External"/><Relationship Id="rId10" Type="http://schemas.openxmlformats.org/officeDocument/2006/relationships/hyperlink" Target="https://www.rottentomatoes.com/m/test_2026" TargetMode="External"/><Relationship Id="rId11" Type="http://schemas.openxmlformats.org/officeDocument/2006/relationships/hyperlink" Target="https://thefightmag.com/2026/05/test-explores-the-vulnerabilities-of-a-closeted-gay-bodybuilder-watch/" TargetMode="External"/><Relationship Id="rId12" Type="http://schemas.openxmlformats.org/officeDocument/2006/relationships/hyperlink" Target="https://www.imdb.com/title/tt35432768/" TargetMode="External"/><Relationship Id="rId13" Type="http://schemas.openxmlformats.org/officeDocument/2006/relationships/hyperlink" Target="https://letterboxd.com/film/test-2026/reviews/" TargetMode="External"/><Relationship Id="rId14" Type="http://schemas.openxmlformats.org/officeDocument/2006/relationships/hyperlink" Target="https://www.rottentomatoes.com/m/little_brother_2026" TargetMode="External"/><Relationship Id="rId15" Type="http://schemas.openxmlformats.org/officeDocument/2006/relationships/hyperlink" Target="https://www.latimes.com/entertainment-arts/movies/story/2026-06-26/jackass-best-last-review-johnny-knoxville-steve-o-chris-pontius-ehren-mcgheh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