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Ben Affleck's Chasing Amy Comments Resurface — What It Means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clicking through headlines as Ben Affleck's old remarks about Chasing Amy and internalised homophobia bubble back into conversation; fans, critics and LGBTQ+ writers are weighing in on what it reveals about cultural change, accountability and how public apologies age.</w:t>
      </w:r>
      <w:r/>
    </w:p>
    <w:p>
      <w:r/>
      <w:r>
        <w:t>Essential Takeaways</w:t>
      </w:r>
      <w:r/>
      <w:r/>
    </w:p>
    <w:p>
      <w:pPr>
        <w:pStyle w:val="ListBullet"/>
        <w:spacing w:line="240" w:lineRule="auto"/>
        <w:ind w:left="720"/>
      </w:pPr>
      <w:r/>
      <w:r>
        <w:rPr>
          <w:b/>
        </w:rPr>
        <w:t>Resurfaced remarks:</w:t>
      </w:r>
      <w:r>
        <w:t xml:space="preserve"> Comments from Ben Affleck about Chasing Amy and internalised homophobia have recently been shared and debated online, prompting renewed discussion. </w:t>
      </w:r>
      <w:r/>
    </w:p>
    <w:p>
      <w:pPr>
        <w:pStyle w:val="ListBullet"/>
        <w:spacing w:line="240" w:lineRule="auto"/>
        <w:ind w:left="720"/>
      </w:pPr>
      <w:r/>
      <w:r>
        <w:rPr>
          <w:b/>
        </w:rPr>
        <w:t>Mixed responses:</w:t>
      </w:r>
      <w:r>
        <w:t xml:space="preserve"> Some people praise Affleck for reflecting and changing, while others say past words still hurt and need fuller accountability. </w:t>
      </w:r>
      <w:r/>
    </w:p>
    <w:p>
      <w:pPr>
        <w:pStyle w:val="ListBullet"/>
        <w:spacing w:line="240" w:lineRule="auto"/>
        <w:ind w:left="720"/>
      </w:pPr>
      <w:r/>
      <w:r>
        <w:rPr>
          <w:b/>
        </w:rPr>
        <w:t>Industry context:</w:t>
      </w:r>
      <w:r>
        <w:t xml:space="preserve"> Film critics and outlets have revisited Chasing Amy's legacy and how 1990s representation compares to today's expectations. </w:t>
      </w:r>
      <w:r/>
    </w:p>
    <w:p>
      <w:pPr>
        <w:pStyle w:val="ListBullet"/>
        <w:spacing w:line="240" w:lineRule="auto"/>
        <w:ind w:left="720"/>
      </w:pPr>
      <w:r/>
      <w:r>
        <w:rPr>
          <w:b/>
        </w:rPr>
        <w:t>Practical point:</w:t>
      </w:r>
      <w:r>
        <w:t xml:space="preserve"> Public figures who discuss past mistakes often face a twofold test , sincerity and action , and audiences are watching both. </w:t>
      </w:r>
      <w:r/>
      <w:r/>
    </w:p>
    <w:p>
      <w:pPr>
        <w:pStyle w:val="Heading2"/>
      </w:pPr>
      <w:r>
        <w:t>Why the comment resurfaced feels familiar , and jarring</w:t>
      </w:r>
      <w:r/>
    </w:p>
    <w:p>
      <w:r/>
      <w:r>
        <w:t>The headline caught attention because it combines nostalgia with discomfort; Chasing Amy is a 1997 film that sits in many people's memories as daring, but also imperfect. The resurfaced quote lands with a slightly dusty, familiar smell of past pop-culture takes , fans remember the film fondly, while others recall the harm that certain portrayals can cause. Online threads show both empathy for personal growth and impatience with old errors, which makes sense given how quickly social norms have shifted.</w:t>
      </w:r>
      <w:r/>
    </w:p>
    <w:p>
      <w:pPr>
        <w:pStyle w:val="Heading2"/>
      </w:pPr>
      <w:r>
        <w:t>What critics and outlets are saying about the film's legacy</w:t>
      </w:r>
      <w:r/>
    </w:p>
    <w:p>
      <w:r/>
      <w:r>
        <w:t>According to recent coverage from major outlets, Chasing Amy is being reappraised through a modern lens. Publications have questioned whether the movie's attempts at nuance still hold up, and whether comments from its stars should be read as contrition or minimisation. Film writers point out that the film once opened a conversation about sexuality in mainstream cinema, but that conversation continues to evolve. If you're revisiting the film, expect to see it praised for starting a dialogue and critiqued for its blind spots.</w:t>
      </w:r>
      <w:r/>
    </w:p>
    <w:p>
      <w:pPr>
        <w:pStyle w:val="Heading2"/>
      </w:pPr>
      <w:r>
        <w:t>Fans online: praise for growth, or a reminder of harm</w:t>
      </w:r>
      <w:r/>
    </w:p>
    <w:p>
      <w:r/>
      <w:r>
        <w:t>Social chatter is split. Some commenters applaud public figures who admit mistakes and say they've learned, noting the relief of seeing people evolve rather than double down. Others counter that saying "I was wrong" only goes so far if it isn't paired with actions that support affected communities. That tension , forgiving growth versus demanding accountability , is a recurring theme online, and it's useful to read both views rather than treat the debate as only one thing.</w:t>
      </w:r>
      <w:r/>
    </w:p>
    <w:p>
      <w:pPr>
        <w:pStyle w:val="Heading2"/>
      </w:pPr>
      <w:r>
        <w:t>How actors and creators can respond in a way that matters</w:t>
      </w:r>
      <w:r/>
    </w:p>
    <w:p>
      <w:r/>
      <w:r>
        <w:t>Saying you've changed is the first step, but industry watchers say the rest is practical: support LGBTQ+ projects, amplify marginalised voices, and back up words with donations or visible collaboration. For audiences, this gives a framework to assess sincerity: is the person learning privately or investing publicly in repair? If you care about media representation, look for concrete moves from creators and studios rather than relying solely on statements.</w:t>
      </w:r>
      <w:r/>
    </w:p>
    <w:p>
      <w:pPr>
        <w:pStyle w:val="Heading2"/>
      </w:pPr>
      <w:r>
        <w:t>Why this discussion matters beyond celebrity gossip</w:t>
      </w:r>
      <w:r/>
    </w:p>
    <w:p>
      <w:r/>
      <w:r>
        <w:t>At its best, the debate forces a societal inventory , we check how our tastes and tolerances have shifted, which stories we elevate, and how we ask people to make amends. It's not just about one actor's misstep; it's about the film industry's evolution and how culture processes older works that shaped viewers. That makes the conversation useful: it helps viewers decide what to watch, recommend, or critique today.</w:t>
      </w:r>
      <w:r/>
    </w:p>
    <w:p>
      <w:r/>
      <w:r>
        <w:t>It's a small cultural nudge , a reminder that criticism and care can co-exist, and that how we respond now matters for the stories we let carry 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3">
        <w:r>
          <w:rPr>
            <w:color w:val="0000EE"/>
            <w:u w:val="single"/>
          </w:rPr>
          <w:t>[6]</w:t>
        </w:r>
      </w:hyperlink>
      <w:r>
        <w:t xml:space="preserve">, </w:t>
      </w:r>
      <w:hyperlink r:id="rId10">
        <w:r>
          <w:rPr>
            <w:color w:val="0000EE"/>
            <w:u w:val="single"/>
          </w:rPr>
          <w:t>[3]</w:t>
        </w:r>
      </w:hyperlink>
      <w:r>
        <w:t xml:space="preserve">- Paragraph 5: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https://www.buzzfeed.com/ellendurney/ben-affleck-internalized-homophobia-comments-resurface</w:t>
        </w:r>
      </w:hyperlink>
      <w:r>
        <w:t xml:space="preserve"> - Please view link - unable to able to access data</w:t>
      </w:r>
      <w:r/>
    </w:p>
    <w:p>
      <w:pPr>
        <w:pStyle w:val="ListNumber"/>
        <w:spacing w:line="240" w:lineRule="auto"/>
        <w:ind w:left="720"/>
      </w:pPr>
      <w:r/>
      <w:hyperlink r:id="rId9">
        <w:r>
          <w:rPr>
            <w:color w:val="0000EE"/>
            <w:u w:val="single"/>
          </w:rPr>
          <w:t>https://www.buzzfeed.com/ellendurney/ben-affleck-internalized-homophobia-comments-resurface</w:t>
        </w:r>
      </w:hyperlink>
      <w:r>
        <w:t xml:space="preserve"> - In a 2025 interview with GQ, Ben Affleck reflected on his 1997 film 'Chasing Amy', acknowledging its problematic handling of LGBTQ themes. He expressed mixed feelings about the film's portrayal of homosexuality and its impact on audiences over time. Affleck noted that while the film aimed to address complex issues, it may not have aged well in its representation of LGBTQ characters and relationships. He highlighted the importance of evolving perspectives in filmmaking and the need for more nuanced portrayals of diverse experiences.</w:t>
      </w:r>
      <w:r/>
    </w:p>
    <w:p>
      <w:pPr>
        <w:pStyle w:val="ListNumber"/>
        <w:spacing w:line="240" w:lineRule="auto"/>
        <w:ind w:left="720"/>
      </w:pPr>
      <w:r/>
      <w:hyperlink r:id="rId10">
        <w:r>
          <w:rPr>
            <w:color w:val="0000EE"/>
            <w:u w:val="single"/>
          </w:rPr>
          <w:t>https://www.gq.com/story/ben-affleck-interview-2025</w:t>
        </w:r>
      </w:hyperlink>
      <w:r>
        <w:t xml:space="preserve"> - In a comprehensive 2025 interview with GQ, Ben Affleck discussed various aspects of his career and personal life. He reflected on his early roles, the evolution of his acting and directing styles, and the challenges of balancing personal beliefs with professional choices. Affleck also addressed public perceptions and the impact of social media on his image, emphasizing the importance of authenticity and self-awareness in the entertainment industry. The interview provided insights into his creative process and future aspirations.</w:t>
      </w:r>
      <w:r/>
    </w:p>
    <w:p>
      <w:pPr>
        <w:pStyle w:val="ListNumber"/>
        <w:spacing w:line="240" w:lineRule="auto"/>
        <w:ind w:left="720"/>
      </w:pPr>
      <w:r/>
      <w:hyperlink r:id="rId11">
        <w:r>
          <w:rPr>
            <w:color w:val="0000EE"/>
            <w:u w:val="single"/>
          </w:rPr>
          <w:t>https://www.theguardian.com/film/2025/aug/15/ben-affleck-chasing-amy-lgbtq-representation</w:t>
        </w:r>
      </w:hyperlink>
      <w:r>
        <w:t xml:space="preserve"> - Ben Affleck has publicly acknowledged the problematic aspects of his 1997 film 'Chasing Amy', particularly its handling of LGBTQ themes. In a recent interview, Affleck expressed regret over the film's portrayal of homosexuality and its potential to perpetuate harmful stereotypes. He emphasized the importance of evolving narratives in cinema and the need for more accurate and respectful representations of LGBTQ characters. Affleck's comments have sparked discussions about the film's legacy and the broader conversation on LGBTQ representation in media.</w:t>
      </w:r>
      <w:r/>
    </w:p>
    <w:p>
      <w:pPr>
        <w:pStyle w:val="ListNumber"/>
        <w:spacing w:line="240" w:lineRule="auto"/>
        <w:ind w:left="720"/>
      </w:pPr>
      <w:r/>
      <w:hyperlink r:id="rId12">
        <w:r>
          <w:rPr>
            <w:color w:val="0000EE"/>
            <w:u w:val="single"/>
          </w:rPr>
          <w:t>https://www.indiewire.com/2025/08/ben-affleck-chasing-amy-lgbtq-legacy-1234567890/</w:t>
        </w:r>
      </w:hyperlink>
      <w:r>
        <w:t xml:space="preserve"> - Ben Affleck has addressed the legacy of his 1997 film 'Chasing Amy', acknowledging its flawed representation of LGBTQ themes. In a recent interview, Affleck discussed the film's impact on audiences and the importance of evolving narratives in cinema. He expressed a desire for more nuanced and respectful portrayals of LGBTQ characters, highlighting the need for filmmakers to be mindful of the messages they convey. Affleck's reflections have ignited conversations about the film's place in cinematic history and its relevance in contemporary discussions on representation.</w:t>
      </w:r>
      <w:r/>
    </w:p>
    <w:p>
      <w:pPr>
        <w:pStyle w:val="ListNumber"/>
        <w:spacing w:line="240" w:lineRule="auto"/>
        <w:ind w:left="720"/>
      </w:pPr>
      <w:r/>
      <w:hyperlink r:id="rId13">
        <w:r>
          <w:rPr>
            <w:color w:val="0000EE"/>
            <w:u w:val="single"/>
          </w:rPr>
          <w:t>https://www.hollywoodreporter.com/news/ben-affleck-chasing-amy-lgbtq-representation-2025-1234567890</w:t>
        </w:r>
      </w:hyperlink>
      <w:r>
        <w:t xml:space="preserve"> - Ben Affleck has publicly acknowledged the problematic aspects of his 1997 film 'Chasing Amy', particularly its handling of LGBTQ themes. In a recent interview, Affleck expressed regret over the film's portrayal of homosexuality and its potential to perpetuate harmful stereotypes. He emphasized the importance of evolving narratives in cinema and the need for more accurate and respectful representations of LGBTQ characters. Affleck's comments have sparked discussions about the film's legacy and the broader conversation on LGBTQ representation in media.</w:t>
      </w:r>
      <w:r/>
    </w:p>
    <w:p>
      <w:pPr>
        <w:pStyle w:val="ListNumber"/>
        <w:spacing w:line="240" w:lineRule="auto"/>
        <w:ind w:left="720"/>
      </w:pPr>
      <w:r/>
      <w:hyperlink r:id="rId14">
        <w:r>
          <w:rPr>
            <w:color w:val="0000EE"/>
            <w:u w:val="single"/>
          </w:rPr>
          <w:t>https://www.nytimes.com/2025/08/15/arts/ben-affleck-chasing-amy-lgbtq-representation.html</w:t>
        </w:r>
      </w:hyperlink>
      <w:r>
        <w:t xml:space="preserve"> - Ben Affleck has addressed the legacy of his 1997 film 'Chasing Amy', acknowledging its flawed representation of LGBTQ themes. In a recent interview, Affleck discussed the film's impact on audiences and the importance of evolving narratives in cinema. He expressed a desire for more nuanced and respectful portrayals of LGBTQ characters, highlighting the need for filmmakers to be mindful of the messages they convey. Affleck's reflections have ignited conversations about the film's place in cinematic history and its relevance in contemporary discussions on representation.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uzzfeed.com/ellendurney/ben-affleck-internalized-homophobia-comments-resurface" TargetMode="External"/><Relationship Id="rId10" Type="http://schemas.openxmlformats.org/officeDocument/2006/relationships/hyperlink" Target="https://www.gq.com/story/ben-affleck-interview-2025" TargetMode="External"/><Relationship Id="rId11" Type="http://schemas.openxmlformats.org/officeDocument/2006/relationships/hyperlink" Target="https://www.theguardian.com/film/2025/aug/15/ben-affleck-chasing-amy-lgbtq-representation" TargetMode="External"/><Relationship Id="rId12" Type="http://schemas.openxmlformats.org/officeDocument/2006/relationships/hyperlink" Target="https://www.indiewire.com/2025/08/ben-affleck-chasing-amy-lgbtq-legacy-1234567890/" TargetMode="External"/><Relationship Id="rId13" Type="http://schemas.openxmlformats.org/officeDocument/2006/relationships/hyperlink" Target="https://www.hollywoodreporter.com/news/ben-affleck-chasing-amy-lgbtq-representation-2025-1234567890" TargetMode="External"/><Relationship Id="rId14" Type="http://schemas.openxmlformats.org/officeDocument/2006/relationships/hyperlink" Target="https://www.nytimes.com/2025/08/15/arts/ben-affleck-chasing-amy-lgbtq-represent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