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YouTube Coming-Out Moments That Changed a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internet culture will recognise a familiar pattern: creators turning private truth into public theatre. Joey Graceffa says seeing Troye Sivan and Connor Franta come out on YouTube gave him the courage to do the same, and the result reshaped how creators use spectacle to tell their stories.</w:t>
      </w:r>
      <w:r/>
    </w:p>
    <w:p>
      <w:r/>
      <w:r>
        <w:t>Essential Takeaways</w:t>
      </w:r>
      <w:r/>
      <w:r/>
    </w:p>
    <w:p>
      <w:pPr>
        <w:pStyle w:val="ListBullet"/>
        <w:spacing w:line="240" w:lineRule="auto"/>
        <w:ind w:left="720"/>
      </w:pPr>
      <w:r/>
      <w:r>
        <w:rPr>
          <w:b/>
        </w:rPr>
        <w:t>Peer influence mattered:</w:t>
      </w:r>
      <w:r>
        <w:t xml:space="preserve"> Joey Graceffa credits fellow creators like Troye Sivan and Connor Franta for modelling a positive response to coming out.</w:t>
      </w:r>
      <w:r/>
    </w:p>
    <w:p>
      <w:pPr>
        <w:pStyle w:val="ListBullet"/>
        <w:spacing w:line="240" w:lineRule="auto"/>
        <w:ind w:left="720"/>
      </w:pPr>
      <w:r/>
      <w:r>
        <w:rPr>
          <w:b/>
        </w:rPr>
        <w:t>Coming-out videos were a moment:</w:t>
      </w:r>
      <w:r>
        <w:t xml:space="preserve"> Mid-2010s YouTube became a stage for candid, high-engagement announcements that mixed vulnerability with production.</w:t>
      </w:r>
      <w:r/>
    </w:p>
    <w:p>
      <w:pPr>
        <w:pStyle w:val="ListBullet"/>
        <w:spacing w:line="240" w:lineRule="auto"/>
        <w:ind w:left="720"/>
      </w:pPr>
      <w:r/>
      <w:r>
        <w:rPr>
          <w:b/>
        </w:rPr>
        <w:t>A daring reveal:</w:t>
      </w:r>
      <w:r>
        <w:t xml:space="preserve"> Graceffa avoided a sit-down video, instead creating a cinematic 2015 music video, “Don’t Wait,” that blended fiction and memoir.</w:t>
      </w:r>
      <w:r/>
    </w:p>
    <w:p>
      <w:pPr>
        <w:pStyle w:val="ListBullet"/>
        <w:spacing w:line="240" w:lineRule="auto"/>
        <w:ind w:left="720"/>
      </w:pPr>
      <w:r/>
      <w:r>
        <w:rPr>
          <w:b/>
        </w:rPr>
        <w:t>Emotional hurdles:</w:t>
      </w:r>
      <w:r>
        <w:t xml:space="preserve"> He names internalised homophobia as the biggest barrier, revealing the private work behind public bravery.</w:t>
      </w:r>
      <w:r/>
    </w:p>
    <w:p>
      <w:pPr>
        <w:pStyle w:val="ListBullet"/>
        <w:spacing w:line="240" w:lineRule="auto"/>
        <w:ind w:left="720"/>
      </w:pPr>
      <w:r/>
      <w:r>
        <w:rPr>
          <w:b/>
        </w:rPr>
        <w:t>Enduring reach:</w:t>
      </w:r>
      <w:r>
        <w:t xml:space="preserve"> Graceffa’s project struck a chord, millions of views and a cultural footprint that reminds us why storytelling matters.</w:t>
      </w:r>
      <w:r/>
      <w:r/>
    </w:p>
    <w:p>
      <w:pPr>
        <w:pStyle w:val="Heading2"/>
      </w:pPr>
      <w:r>
        <w:t>Why a creator’s coming-out can feel monumental</w:t>
      </w:r>
      <w:r/>
    </w:p>
    <w:p>
      <w:r/>
      <w:r>
        <w:t>There’s a particular crackle when a popular YouTuber shifts from playful vlogger to confessional. Joey Graceffa described the mid-2010s wave of coming-out videos as a defining era, and you could feel the emotion leak out of your screen, nervous laughter, tears, relief. According to reports, creators who came out often received supportive responses that helped others feel safer to do the same. That chain reaction is exactly what Graceffa points to as the spark for his own announcement.</w:t>
      </w:r>
      <w:r/>
    </w:p>
    <w:p>
      <w:r/>
      <w:r>
        <w:t>Back then, a coming-out clip wasn't just personal news, it was content: raw, shareable, and headline-friendly. For viewers it read as a kind of community moment, and for creators it could be a turning point in their public identity. If you’re thinking about how to say it yourself, the takeaway is simple, visibility breeds permission. Seeing someone you trust do it makes the idea less isolating.</w:t>
      </w:r>
      <w:r/>
    </w:p>
    <w:p>
      <w:pPr>
        <w:pStyle w:val="Heading2"/>
      </w:pPr>
      <w:r>
        <w:t>From sit-down confession to cinematic statement</w:t>
      </w:r>
      <w:r/>
    </w:p>
    <w:p>
      <w:r/>
      <w:r>
        <w:t>Rather than film a quiet sit-down, Graceffa chose spectacle. He spent heavily to turn his coming-out into a polished music video, “Don’t Wait,” which layered fantasy and autobiography. The result was both a declaration and a piece of entertainment, and it played like a carefully staged answer to the simpler confessionals that had dominated YouTube.</w:t>
      </w:r>
      <w:r/>
    </w:p>
    <w:p>
      <w:r/>
      <w:r>
        <w:t>That decision tells you something about the platform at the time: production value had become a way to stand out. Some creators opted for intimacy, others for spectacle. If you’re weighing the options now, think about tone, do you want quiet honesty, or a creative statement that reframes your story? Both work; it’s about what feels true to you.</w:t>
      </w:r>
      <w:r/>
    </w:p>
    <w:p>
      <w:pPr>
        <w:pStyle w:val="Heading2"/>
      </w:pPr>
      <w:r>
        <w:t>The unseen work: internalised homophobia and doubt</w:t>
      </w:r>
      <w:r/>
    </w:p>
    <w:p>
      <w:r/>
      <w:r>
        <w:t>Graceffa’s candid admission about internalised homophobia is a reminder that coming out is rarely a single moment. He spoke about quizzes and denial, the kind of private circling that precedes acceptance. That candidness is also why public declarations can feel so powerful, they’re the end of a long inner argument.</w:t>
      </w:r>
      <w:r/>
    </w:p>
    <w:p>
      <w:r/>
      <w:r>
        <w:t>Mental and emotional prep matters. Friends, therapy, or speaking to other queer creators can help. If you’re supporting someone, a steady, non-judgemental presence is often more useful than big gestures. The internet may remember the video, but people remember the quiet help beforehand.</w:t>
      </w:r>
      <w:r/>
    </w:p>
    <w:p>
      <w:pPr>
        <w:pStyle w:val="Heading2"/>
      </w:pPr>
      <w:r>
        <w:t>The ripple effect: community, content, and culture</w:t>
      </w:r>
      <w:r/>
    </w:p>
    <w:p>
      <w:r/>
      <w:r>
        <w:t>YouTube’s coming-out videos of that era weren’t just personal milestones, they shaped content norms. Lists and rankings in entertainment publications later chronicled the most-viewed reveal videos, showing how these clips crossed from niche to mainstream. That catalogue of moments helped normalise queer narratives for younger viewers scrolling late at night.</w:t>
      </w:r>
      <w:r/>
    </w:p>
    <w:p>
      <w:r/>
      <w:r>
        <w:t>Creators gained new freedom to integrate identity into their art. For audiences, these videos became reference points: “I watched Troye’s, then Connor’s, then Joey’s,” and so on. If you study the trend, it’s clear that visibility on social platforms can shift cultural conversations faster than old media ever did.</w:t>
      </w:r>
      <w:r/>
    </w:p>
    <w:p>
      <w:pPr>
        <w:pStyle w:val="Heading2"/>
      </w:pPr>
      <w:r>
        <w:t>What this means for creators and audiences today</w:t>
      </w:r>
      <w:r/>
    </w:p>
    <w:p>
      <w:r/>
      <w:r>
        <w:t>Times have changed: coming-out videos aren’t the must-see event they once were, partly because queer visibility is more diffuse across platforms and media. Yet the lessons remain. Authentic storytelling still resonates, and the decisions about format, intimate chat or cinematic statement, still matter.</w:t>
      </w:r>
      <w:r/>
    </w:p>
    <w:p>
      <w:r/>
      <w:r>
        <w:t>If you’re a creator planning to share, choose the medium that honours your experience. If you’re a viewer, remember the human behind the upload. And if you’re a friend, offer steady support; those small acts often matter more than the comments section.</w:t>
      </w:r>
      <w:r/>
    </w:p>
    <w:p>
      <w:r/>
      <w:r>
        <w:t>It’s a small shift in format, but an ongoing reminder: stories told well help people find the courage to speak.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https://www.thepinknews.com/2026/07/21/joey-graceffa-gay-coming-out-youtube-troye-sivan-connor-franta/</w:t>
        </w:r>
      </w:hyperlink>
      <w:r>
        <w:t xml:space="preserve"> - Please view link - unable to able to access data</w:t>
      </w:r>
      <w:r/>
    </w:p>
    <w:p>
      <w:pPr>
        <w:pStyle w:val="ListNumber"/>
        <w:spacing w:line="240" w:lineRule="auto"/>
        <w:ind w:left="720"/>
      </w:pPr>
      <w:r/>
      <w:hyperlink r:id="rId9">
        <w:r>
          <w:rPr>
            <w:color w:val="0000EE"/>
            <w:u w:val="single"/>
          </w:rPr>
          <w:t>https://www.thepinknews.com/2026/07/21/joey-graceffa-gay-coming-out-youtube-troye-sivan-connor-franta/</w:t>
        </w:r>
      </w:hyperlink>
      <w:r>
        <w:t xml:space="preserve"> - Joey Graceffa discusses how fellow YouTubers Troye Sivan and Connor Franta inspired him to come out. He reflects on the wave of coming-out videos in the mid-2010s and how their responses gave him the courage to share his own story. Graceffa also shares insights into his 2015 music video 'Don't Wait', which featured his then-boyfriend Daniel Preda, and the internal struggles he faced during his journey to self-acceptance.</w:t>
      </w:r>
      <w:r/>
    </w:p>
    <w:p>
      <w:pPr>
        <w:pStyle w:val="ListNumber"/>
        <w:spacing w:line="240" w:lineRule="auto"/>
        <w:ind w:left="720"/>
      </w:pPr>
      <w:r/>
      <w:hyperlink r:id="rId11">
        <w:r>
          <w:rPr>
            <w:color w:val="0000EE"/>
            <w:u w:val="single"/>
          </w:rPr>
          <w:t>https://www.advocate.com/coming-out/2018/10/11/10-most-watched-coming-out-videos-youtube-ranked</w:t>
        </w:r>
      </w:hyperlink>
      <w:r>
        <w:t xml:space="preserve"> - This article ranks the ten most viewed coming-out videos on YouTube, highlighting the impact of these personal revelations. It includes videos from prominent figures like Troye Sivan, Ingrid Nilsen, and Shane Dawson, showcasing the significant role these videos play in fostering acceptance and understanding within the LGBTQ+ community.</w:t>
      </w:r>
      <w:r/>
    </w:p>
    <w:p>
      <w:pPr>
        <w:pStyle w:val="ListNumber"/>
        <w:spacing w:line="240" w:lineRule="auto"/>
        <w:ind w:left="720"/>
      </w:pPr>
      <w:r/>
      <w:hyperlink r:id="rId10">
        <w:r>
          <w:rPr>
            <w:color w:val="0000EE"/>
            <w:u w:val="single"/>
          </w:rPr>
          <w:t>https://www.theguardian.com/technology/2014/dec/09/youtube-star-connor-franta-comes-out-gay-video</w:t>
        </w:r>
      </w:hyperlink>
      <w:r>
        <w:t xml:space="preserve"> - Connor Franta publicly comes out as gay in an emotional YouTube video, sharing his personal journey and the challenges he faced. He discusses the support from his family and friends and encourages others struggling with their sexuality to embrace who they are, emphasizing that it's okay to be oneself.</w:t>
      </w:r>
      <w:r/>
    </w:p>
    <w:p>
      <w:pPr>
        <w:pStyle w:val="ListNumber"/>
        <w:spacing w:line="240" w:lineRule="auto"/>
        <w:ind w:left="720"/>
      </w:pPr>
      <w:r/>
      <w:hyperlink r:id="rId13">
        <w:r>
          <w:rPr>
            <w:color w:val="0000EE"/>
            <w:u w:val="single"/>
          </w:rPr>
          <w:t>https://www.out.com/popnography/2015/7/14/watch-youtube-star-joey-graceffa-talks-coming-out</w:t>
        </w:r>
      </w:hyperlink>
      <w:r>
        <w:t xml:space="preserve"> - Joey Graceffa talks about his decision to come out through a music video and his memoir, 'In Real Life: My Journey to a Pixelated World'. He discusses the responses he received and how sharing his story has inspired others to embrace their true selves.</w:t>
      </w:r>
      <w:r/>
    </w:p>
    <w:p>
      <w:pPr>
        <w:pStyle w:val="ListNumber"/>
        <w:spacing w:line="240" w:lineRule="auto"/>
        <w:ind w:left="720"/>
      </w:pPr>
      <w:r/>
      <w:hyperlink r:id="rId12">
        <w:r>
          <w:rPr>
            <w:color w:val="0000EE"/>
            <w:u w:val="single"/>
          </w:rPr>
          <w:t>https://www.out.com/popnography/2016/10/11/11-most-popular-coming-out-videos-youtube</w:t>
        </w:r>
      </w:hyperlink>
      <w:r>
        <w:t xml:space="preserve"> - This article lists eleven of the most popular coming-out videos on YouTube, including those by Troye Sivan, Connor Franta, and Joey Graceffa. It highlights the significance of these videos in promoting LGBTQ+ visibility and acceptance.</w:t>
      </w:r>
      <w:r/>
    </w:p>
    <w:p>
      <w:pPr>
        <w:pStyle w:val="ListNumber"/>
        <w:spacing w:line="240" w:lineRule="auto"/>
        <w:ind w:left="720"/>
      </w:pPr>
      <w:r/>
      <w:hyperlink r:id="rId14">
        <w:r>
          <w:rPr>
            <w:color w:val="0000EE"/>
            <w:u w:val="single"/>
          </w:rPr>
          <w:t>https://en.wikipedia.org/wiki/Joey_Graceffa</w:t>
        </w:r>
      </w:hyperlink>
      <w:r>
        <w:t xml:space="preserve"> - The Wikipedia page for Joey Graceffa provides an overview of his career as a YouTuber, actor, author, and producer. It details his journey to self-acceptance and his decision to come out as gay, including his 2015 music video 'Don't Wait' and his memoir 'In Real Life: My Journey to a Pixelated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1/joey-graceffa-gay-coming-out-youtube-troye-sivan-connor-franta/" TargetMode="External"/><Relationship Id="rId10" Type="http://schemas.openxmlformats.org/officeDocument/2006/relationships/hyperlink" Target="https://www.theguardian.com/technology/2014/dec/09/youtube-star-connor-franta-comes-out-gay-video" TargetMode="External"/><Relationship Id="rId11" Type="http://schemas.openxmlformats.org/officeDocument/2006/relationships/hyperlink" Target="https://www.advocate.com/coming-out/2018/10/11/10-most-watched-coming-out-videos-youtube-ranked" TargetMode="External"/><Relationship Id="rId12" Type="http://schemas.openxmlformats.org/officeDocument/2006/relationships/hyperlink" Target="https://www.out.com/popnography/2016/10/11/11-most-popular-coming-out-videos-youtube" TargetMode="External"/><Relationship Id="rId13" Type="http://schemas.openxmlformats.org/officeDocument/2006/relationships/hyperlink" Target="https://www.out.com/popnography/2015/7/14/watch-youtube-star-joey-graceffa-talks-coming-out" TargetMode="External"/><Relationship Id="rId14" Type="http://schemas.openxmlformats.org/officeDocument/2006/relationships/hyperlink" Target="https://en.wikipedia.org/wiki/Joey_Graceff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