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Parties in Amsterdam: Where to Dance, Watch and Celebrate Pride Nightlife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heading to Amsterdam this WorldPride to soak up queer culture, beats and colourful performances; from alternative drag showcases to huge open-air block parties, here’s where to go, what to expect and how to pick the best nights for you.</w:t>
      </w:r>
      <w:r/>
    </w:p>
    <w:p>
      <w:r/>
      <w:r>
        <w:t>Essential Takeaways</w:t>
      </w:r>
      <w:r/>
      <w:r/>
    </w:p>
    <w:p>
      <w:pPr>
        <w:pStyle w:val="ListBullet"/>
        <w:spacing w:line="240" w:lineRule="auto"/>
        <w:ind w:left="720"/>
      </w:pPr>
      <w:r/>
      <w:r>
        <w:rPr>
          <w:b/>
        </w:rPr>
        <w:t>Wide variety:</w:t>
      </w:r>
      <w:r>
        <w:t xml:space="preserve"> Events range from intimate dragking nights to large outdoor concerts and fetisj-themed plaza parties. </w:t>
      </w:r>
      <w:r/>
    </w:p>
    <w:p>
      <w:pPr>
        <w:pStyle w:val="ListBullet"/>
        <w:spacing w:line="240" w:lineRule="auto"/>
        <w:ind w:left="720"/>
      </w:pPr>
      <w:r/>
      <w:r>
        <w:rPr>
          <w:b/>
        </w:rPr>
        <w:t>Free and ticketed options:</w:t>
      </w:r>
      <w:r>
        <w:t xml:space="preserve"> Several afters and street parties are free, while headline concerts and club nights often need tickets. </w:t>
      </w:r>
      <w:r/>
    </w:p>
    <w:p>
      <w:pPr>
        <w:pStyle w:val="ListBullet"/>
        <w:spacing w:line="240" w:lineRule="auto"/>
        <w:ind w:left="720"/>
      </w:pPr>
      <w:r/>
      <w:r>
        <w:rPr>
          <w:b/>
        </w:rPr>
        <w:t>Accessibility considered:</w:t>
      </w:r>
      <w:r>
        <w:t xml:space="preserve"> The Senior Pride Concert reserves front rows for people with limited mobility and wheelchair users. </w:t>
      </w:r>
      <w:r/>
    </w:p>
    <w:p>
      <w:pPr>
        <w:pStyle w:val="ListBullet"/>
        <w:spacing w:line="240" w:lineRule="auto"/>
        <w:ind w:left="720"/>
      </w:pPr>
      <w:r/>
      <w:r>
        <w:rPr>
          <w:b/>
        </w:rPr>
        <w:t>Late-night beats:</w:t>
      </w:r>
      <w:r>
        <w:t xml:space="preserve"> Most club events run till early morning, with techno, house and disco dominating line-ups. </w:t>
      </w:r>
      <w:r/>
    </w:p>
    <w:p>
      <w:pPr>
        <w:pStyle w:val="ListBullet"/>
        <w:spacing w:line="240" w:lineRule="auto"/>
        <w:ind w:left="720"/>
      </w:pPr>
      <w:r/>
      <w:r>
        <w:rPr>
          <w:b/>
        </w:rPr>
        <w:t>Dress and arrival tips:</w:t>
      </w:r>
      <w:r>
        <w:t xml:space="preserve"> Fancy fetisj or themed outfits can speed entry at certain events; arrive early for cheaper tickets or easier access.</w:t>
      </w:r>
      <w:r/>
      <w:r/>
    </w:p>
    <w:p>
      <w:pPr>
        <w:pStyle w:val="Heading2"/>
      </w:pPr>
      <w:r>
        <w:t>Pride Knights: a dragking and queer-culture warm-up</w:t>
      </w:r>
      <w:r/>
    </w:p>
    <w:p>
      <w:r/>
      <w:r>
        <w:t>Kick off WorldPride with something a little alternative and culture-led, where the night smells faintly of stage makeup and excitement. Club Raum’s Pride Knights evening pairs a dragking competition with a programme of queer art and performance, so it’s equal parts spectacle and culture. According to event listings, organisers Sexyland and collaborators like No Limits! help shape a varied line-up. If you want a mix of performance and dancing, get there before midnight for the cheaper ticket and expect a long evening that bleeds into the club set. It’s a good choice if you’re after something community-focused rather than pure mainstream clubbing.</w:t>
      </w:r>
      <w:r/>
    </w:p>
    <w:p>
      <w:pPr>
        <w:pStyle w:val="Heading2"/>
      </w:pPr>
      <w:r>
        <w:t>House of Flava: the West afterparty for Milkshake fans</w:t>
      </w:r>
      <w:r/>
    </w:p>
    <w:p>
      <w:r/>
      <w:r>
        <w:t>When Milkshake fires up Westerpark, House of Flava in Pacific flips the switch next door , think sweaty house, disco grooves and ballroom flair. The party is pitched both at people leaving the festival and those who skipped it, so it’s relaxed and welcoming. Lively ballroom acts and DJs promise variety, and the event is free, making it a low-risk way to try a big-night vibe. Pop in around 23:00 if you want the full arc: early crowd, peak energy and a mellow wind-down by 04:00.</w:t>
      </w:r>
      <w:r/>
    </w:p>
    <w:p>
      <w:pPr>
        <w:pStyle w:val="Heading2"/>
      </w:pPr>
      <w:r>
        <w:t>Vodka Woensdag: XXL midweek club takeover</w:t>
      </w:r>
      <w:r/>
    </w:p>
    <w:p>
      <w:r/>
      <w:r>
        <w:t>Reguliersdwarsstraat turns into a four-floor playground for Vodka Woensdag, where Club Nyx and Exit Café open up without a ticket barrier and DJs spin late into the night. The atmosphere is theatrical and abundant , expect lights, big crowds and an extravagant feel. It’s ideal if you prefer wandering between floors and stumbling on surprises rather than sticking to a single set. If crowds bother you, try to arrive early or plan to enjoy just one floor; for night owls it’s a full‑on clubbing night until 04:00.</w:t>
      </w:r>
      <w:r/>
    </w:p>
    <w:p>
      <w:pPr>
        <w:pStyle w:val="Heading2"/>
      </w:pPr>
      <w:r>
        <w:t>Senior Pride Concert: celebrating pioneers on Nieuwmarkt</w:t>
      </w:r>
      <w:r/>
    </w:p>
    <w:p>
      <w:r/>
      <w:r>
        <w:t>There’s something quietly moving about a concert that thanks the movement’s pioneers, and the Senior Pride Concert on Nieuwmarkt feels both festive and respectful. With acts like Dolly Bellefleur and Mai Tai, the event mixes nostalgia with contemporary pop, and first rows are reserved for guests with mobility needs. It’s free and family-friendly, and runs from early evening into the night , a perfect pick if you want a communal moment between parties, or if you’re bringing older loved ones who shaped the scene.</w:t>
      </w:r>
      <w:r/>
    </w:p>
    <w:p>
      <w:pPr>
        <w:pStyle w:val="Heading2"/>
      </w:pPr>
      <w:r>
        <w:t>Fetish and flair at Crash on Beursplein</w:t>
      </w:r>
      <w:r/>
    </w:p>
    <w:p>
      <w:r/>
      <w:r>
        <w:t>If kink and creativity are your thing, Crash transforms Beursplein into a stage for fetisj culture with DJs and fetish acts across two days. The outfit you choose matters: dressing kinky or in fetishwear can grant faster entry and adds to the party’s playful, theatrical energy. It’s a deliberate celebration of a subcommunity, so expect a confident, liberated mood and performances that push boundaries. For newcomers, it’s a chance to observe or participate at your comfort level , and for the initiated, a proper parade of style.</w:t>
      </w:r>
      <w:r/>
    </w:p>
    <w:p>
      <w:pPr>
        <w:pStyle w:val="Heading2"/>
      </w:pPr>
      <w:r>
        <w:t>Blockparty and community beats: Sweetie Darling and Bear-Necessity</w:t>
      </w:r>
      <w:r/>
    </w:p>
    <w:p>
      <w:r/>
      <w:r>
        <w:t>For sunlit queer street vibes head to the Sweetie Darling Blockparty near The Social Hub; disco, barbecue and cocktails create an easygoing daytime hangout that works well as an antidote to late-night clubs. Meanwhile, if you want the bear scene’s friendly, muscle-and-beard energy, the Bear-Necessity party at Club Panama keeps the techno driving into the early hours. Both show how WorldPride mixes daytime socialising with focused subcommunity nights , choose based on tempo and crowd vibe.</w:t>
      </w:r>
      <w:r/>
    </w:p>
    <w:p>
      <w:pPr>
        <w:pStyle w:val="Heading2"/>
      </w:pPr>
      <w:r>
        <w:t>After-parade and late-week raves: Gay Disko and Spielraum/IsBurning</w:t>
      </w:r>
      <w:r/>
    </w:p>
    <w:p>
      <w:r/>
      <w:r>
        <w:t>If you prefer a Rembrandtplein afters to avoid the Reguliers bustle, Gay Disko at Oliva offers disco, house and pop with plenty of glitter. For bigger late-week raves, Lofi’s Spielraum/IsBurning event runs into the small hours with a surprise line-up and chill courtyard sunrise moments. Tickets vary by time slot; if you like not knowing what comes next, the mystery line-up option is part of the appeal.</w:t>
      </w:r>
      <w:r/>
    </w:p>
    <w:p>
      <w:pPr>
        <w:pStyle w:val="Heading2"/>
      </w:pPr>
      <w:r>
        <w:t>WorldPride Village: culture, weddings and headliners at Museumplein</w:t>
      </w:r>
      <w:r/>
    </w:p>
    <w:p>
      <w:r/>
      <w:r>
        <w:t>In the closing stretch, WorldPride Village on Museumplein becomes the cultural hub: programming, parties and symbolic moments like Wedding XXL. Some headline shows and the finale need tickets, so plan ahead if you want to catch the Unity concert or end‑week blowout. It’s the place to blend daytime culture with big-stage moments, and a sensible place to regroup between clubbing marathons.</w:t>
      </w:r>
      <w:r/>
    </w:p>
    <w:p>
      <w:r/>
      <w:r>
        <w:t>It's a small choice to pick a few nights and pace yourself, but it can make the whole WorldPride week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1">
        <w:r>
          <w:rPr>
            <w:color w:val="0000EE"/>
            <w:u w:val="single"/>
          </w:rPr>
          <w:t>[3]</w:t>
        </w:r>
      </w:hyperlink>
      <w:r>
        <w:t xml:space="preserve">, </w:t>
      </w:r>
      <w:hyperlink r:id="rId14">
        <w:r>
          <w:rPr>
            <w:color w:val="0000EE"/>
            <w:u w:val="single"/>
          </w:rPr>
          <w:t>[5]</w:t>
        </w:r>
      </w:hyperlink>
      <w:r>
        <w:t xml:space="preserve">- Paragraph 4: </w:t>
      </w:r>
      <w:hyperlink r:id="rId15">
        <w:r>
          <w:rPr>
            <w:color w:val="0000EE"/>
            <w:u w:val="single"/>
          </w:rPr>
          <w:t>[4]</w:t>
        </w:r>
      </w:hyperlink>
      <w:r>
        <w:t xml:space="preserve">- Paragraph 5: </w:t>
      </w:r>
      <w:hyperlink r:id="rId9">
        <w:r>
          <w:rPr>
            <w:color w:val="0000EE"/>
            <w:u w:val="single"/>
          </w:rPr>
          <w:t>[1]</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9">
        <w:r>
          <w:rPr>
            <w:color w:val="0000EE"/>
            <w:u w:val="single"/>
          </w:rPr>
          <w:t>[1]</w:t>
        </w:r>
      </w:hyperlink>
      <w:r>
        <w:t xml:space="preserve">- Paragraph 7: </w:t>
      </w:r>
      <w:hyperlink r:id="rId9">
        <w:r>
          <w:rPr>
            <w:color w:val="0000EE"/>
            <w:u w:val="single"/>
          </w:rPr>
          <w:t>[1]</w:t>
        </w:r>
      </w:hyperlink>
      <w:r>
        <w:t xml:space="preserve">, </w:t>
      </w:r>
      <w:hyperlink r:id="rId15">
        <w:r>
          <w:rPr>
            <w:color w:val="0000EE"/>
            <w:u w:val="single"/>
          </w:rPr>
          <w:t>[4]</w:t>
        </w:r>
      </w:hyperlink>
      <w:r>
        <w:t xml:space="preserve">- Paragraph 8: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https://www.parool.nl/ps/op-deze-plekken-kun-je-uit-je-bol-tijdens-worldpride~bf3d9401/</w:t>
        </w:r>
      </w:hyperlink>
      <w:r>
        <w:t xml:space="preserve"> - Please view link - unable to able to access data</w:t>
      </w:r>
      <w:r/>
    </w:p>
    <w:p>
      <w:pPr>
        <w:pStyle w:val="ListNumber"/>
        <w:spacing w:line="240" w:lineRule="auto"/>
        <w:ind w:left="720"/>
      </w:pPr>
      <w:r/>
      <w:hyperlink r:id="rId10">
        <w:r>
          <w:rPr>
            <w:color w:val="0000EE"/>
            <w:u w:val="single"/>
          </w:rPr>
          <w:t>https://pride.amsterdam/en/event/pride-knights/</w:t>
        </w:r>
      </w:hyperlink>
      <w:r>
        <w:t xml:space="preserve"> - PRIDE KNIGHTS is an alternative Pride event in Amsterdam, scheduled for 24 July 2026 at Club RAUM. Organised by SEXYLAND, BODY, No Limits! Art Castle, and Elmer, the event features a drag king competition titled 'Long Live The King!' and a diverse cultural programme. The night continues with BODY's inclusive dance party, running until 7:00 AM. Tickets are available for €13.95 before midnight. The venue is located at Humberweg 3, Nieuw-West, Amsterdam.</w:t>
      </w:r>
      <w:r/>
    </w:p>
    <w:p>
      <w:pPr>
        <w:pStyle w:val="ListNumber"/>
        <w:spacing w:line="240" w:lineRule="auto"/>
        <w:ind w:left="720"/>
      </w:pPr>
      <w:r/>
      <w:hyperlink r:id="rId11">
        <w:r>
          <w:rPr>
            <w:color w:val="0000EE"/>
            <w:u w:val="single"/>
          </w:rPr>
          <w:t>https://pride.amsterdam/en/event/house-of-flava/</w:t>
        </w:r>
      </w:hyperlink>
      <w:r>
        <w:t xml:space="preserve"> - House of Flava is a Pride celebration event taking place on 25 July 2026 at Pacific in Amsterdam. The event offers a night filled with house, disco, ballroom music, and spectacular performances. Highlights include high-energy sets from The Groovejet and Emma Champagne Queen, complemented by dance performances from Countess Ayana and Aryelle Hopelezz. The event runs from 23:00 to 04:00 and offers free entry. Pacific is located at Polonceaukade 23, West Amsterdam.</w:t>
      </w:r>
      <w:r/>
    </w:p>
    <w:p>
      <w:pPr>
        <w:pStyle w:val="ListNumber"/>
        <w:spacing w:line="240" w:lineRule="auto"/>
        <w:ind w:left="720"/>
      </w:pPr>
      <w:r/>
      <w:hyperlink r:id="rId15">
        <w:r>
          <w:rPr>
            <w:color w:val="0000EE"/>
            <w:u w:val="single"/>
          </w:rPr>
          <w:t>https://pride.amsterdam/en/event/3xnyx-milkshake-after/</w:t>
        </w:r>
      </w:hyperlink>
      <w:r>
        <w:t xml:space="preserve"> - 3xNYX: MILKSHAKE AFTER is an afterparty event following the Milkshake Festival, scheduled for 25 July 2026 at club NYX in Amsterdam. The event features multiple music rooms, including The X-Room (Pop &amp; House), The F*ck Room (R&amp;B &amp; Dancehall), and The Powder Room (House &amp; Techno). Tickets are available in advance for €12.50, with early access tickets at €10.00 and door sales at €16.00. The venue is located at Reguliersdwarsstraat 42, City Centre, Amsterdam.</w:t>
      </w:r>
      <w:r/>
    </w:p>
    <w:p>
      <w:pPr>
        <w:pStyle w:val="ListNumber"/>
        <w:spacing w:line="240" w:lineRule="auto"/>
        <w:ind w:left="720"/>
      </w:pPr>
      <w:r/>
      <w:hyperlink r:id="rId14">
        <w:r>
          <w:rPr>
            <w:color w:val="0000EE"/>
            <w:u w:val="single"/>
          </w:rPr>
          <w:t>https://www.iamsterdam.com/en/whats-on/festivals/amsterdam-pride/house-of-flava</w:t>
        </w:r>
      </w:hyperlink>
      <w:r>
        <w:t xml:space="preserve"> - House of Flava is a Pride event taking place on 25 July 2026 at Pacific in Amsterdam. The event features high-energy sets from The Groovejet and Emma Champagne Queen, along with dance performances by Countess Ayana and Aryelle Hopelezz. The event runs from 23:00 to 04:00 and offers free entry. Pacific is located at Polonceaukade 23, 1014 DA Amsterdam.</w:t>
      </w:r>
      <w:r/>
    </w:p>
    <w:p>
      <w:pPr>
        <w:pStyle w:val="ListNumber"/>
        <w:spacing w:line="240" w:lineRule="auto"/>
        <w:ind w:left="720"/>
      </w:pPr>
      <w:r/>
      <w:hyperlink r:id="rId12">
        <w:r>
          <w:rPr>
            <w:color w:val="0000EE"/>
            <w:u w:val="single"/>
          </w:rPr>
          <w:t>https://queer-kalender.nl/en/page/1828/pride-knights</w:t>
        </w:r>
      </w:hyperlink>
      <w:r>
        <w:t xml:space="preserve"> - PRIDE KNIGHTS is an alternative Pride event in Amsterdam, scheduled for 24 July 2026 at Club RAUM. Organised by SEXYLAND, BODY, No Limits! Art Castle, and Elmer, the event features a drag king competition titled 'Long Live The King!' and a diverse cultural programme. The night continues with BODY's inclusive dance party, running until 7:00 AM. Tickets are available for €13.95 before midnight. The venue is located at Humberweg 3, Nieuw-West, Amsterdam.</w:t>
      </w:r>
      <w:r/>
    </w:p>
    <w:p>
      <w:pPr>
        <w:pStyle w:val="ListNumber"/>
        <w:spacing w:line="240" w:lineRule="auto"/>
        <w:ind w:left="720"/>
      </w:pPr>
      <w:r/>
      <w:hyperlink r:id="rId13">
        <w:r>
          <w:rPr>
            <w:color w:val="0000EE"/>
            <w:u w:val="single"/>
          </w:rPr>
          <w:t>https://events.musicofourdesire.com/en/event/dxhq-pride-knights-raum-invites-sexyland-x-body-x-no-limits-art-castle-party-amsterdam-netherlands</w:t>
        </w:r>
      </w:hyperlink>
      <w:r>
        <w:t xml:space="preserve"> - PRIDE KNIGHTS is an alternative Pride event in Amsterdam, scheduled for 24 July 2026 at Club RAUM. Organised by SEXYLAND, BODY, No Limits! Art Castle, and Elmer, the event features a drag king competition titled 'Long Live The King!' and a diverse cultural programme. The night continues with BODY's inclusive dance party, running until 7:00 AM. Tickets are available for €13.95 before midnight. The venue is located at Humberweg 3, Nieuw-West, Amsterdam.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ps/op-deze-plekken-kun-je-uit-je-bol-tijdens-worldpride~bf3d9401/" TargetMode="External"/><Relationship Id="rId10" Type="http://schemas.openxmlformats.org/officeDocument/2006/relationships/hyperlink" Target="https://pride.amsterdam/en/event/pride-knights/" TargetMode="External"/><Relationship Id="rId11" Type="http://schemas.openxmlformats.org/officeDocument/2006/relationships/hyperlink" Target="https://pride.amsterdam/en/event/house-of-flava/" TargetMode="External"/><Relationship Id="rId12" Type="http://schemas.openxmlformats.org/officeDocument/2006/relationships/hyperlink" Target="https://queer-kalender.nl/en/page/1828/pride-knights" TargetMode="External"/><Relationship Id="rId13" Type="http://schemas.openxmlformats.org/officeDocument/2006/relationships/hyperlink" Target="https://events.musicofourdesire.com/en/event/dxhq-pride-knights-raum-invites-sexyland-x-body-x-no-limits-art-castle-party-amsterdam-netherlands" TargetMode="External"/><Relationship Id="rId14" Type="http://schemas.openxmlformats.org/officeDocument/2006/relationships/hyperlink" Target="https://www.iamsterdam.com/en/whats-on/festivals/amsterdam-pride/house-of-flava" TargetMode="External"/><Relationship Id="rId15" Type="http://schemas.openxmlformats.org/officeDocument/2006/relationships/hyperlink" Target="https://pride.amsterdam/en/event/3xnyx-milkshake-af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