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Travel to Pride in Hull and Why the Moving Minds Podcast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locals are heading to Hull this weekend as Pride in Hull celebrates its 25th year; organisers join Hull Trains’ Moving Minds podcast to discuss the event’s importance, with the operator offering free travel from selected stations and a chance to hear real stories about LGBTQ+ mental health.</w:t>
      </w:r>
      <w:r/>
    </w:p>
    <w:p>
      <w:r/>
      <w:r>
        <w:t>Essential Takeaways</w:t>
      </w:r>
      <w:r/>
      <w:r/>
    </w:p>
    <w:p>
      <w:pPr>
        <w:pStyle w:val="ListBullet"/>
        <w:spacing w:line="240" w:lineRule="auto"/>
        <w:ind w:left="720"/>
      </w:pPr>
      <w:r/>
      <w:r>
        <w:rPr>
          <w:b/>
        </w:rPr>
        <w:t>Free travel offer:</w:t>
      </w:r>
      <w:r>
        <w:t xml:space="preserve"> Hull Trains is running complimentary return journeys to Pride in Hull from Doncaster, Selby, Howden and Brough on Saturday 25 July.</w:t>
      </w:r>
      <w:r/>
    </w:p>
    <w:p>
      <w:pPr>
        <w:pStyle w:val="ListBullet"/>
        <w:spacing w:line="240" w:lineRule="auto"/>
        <w:ind w:left="720"/>
      </w:pPr>
      <w:r/>
      <w:r>
        <w:rPr>
          <w:b/>
        </w:rPr>
        <w:t>Podcast spotlight:</w:t>
      </w:r>
      <w:r>
        <w:t xml:space="preserve"> Pride organisers Andy Train and Lee Pearson feature on Hull Trains’ Moving Minds, sharing personal stories and discussing mental health in LGBTQ+ communities.</w:t>
      </w:r>
      <w:r/>
    </w:p>
    <w:p>
      <w:pPr>
        <w:pStyle w:val="ListBullet"/>
        <w:spacing w:line="240" w:lineRule="auto"/>
        <w:ind w:left="720"/>
      </w:pPr>
      <w:r/>
      <w:r>
        <w:rPr>
          <w:b/>
        </w:rPr>
        <w:t>Festival highlights:</w:t>
      </w:r>
      <w:r>
        <w:t xml:space="preserve"> The main stage sits in Zebedee’s Yard, with headline acts including Drag Race UK winner Ginger Johnson and West End star Kerry Ellis; there’s a family area and community market.</w:t>
      </w:r>
      <w:r/>
    </w:p>
    <w:p>
      <w:pPr>
        <w:pStyle w:val="ListBullet"/>
        <w:spacing w:line="240" w:lineRule="auto"/>
        <w:ind w:left="720"/>
      </w:pPr>
      <w:r/>
      <w:r>
        <w:rPr>
          <w:b/>
        </w:rPr>
        <w:t>Local commitment:</w:t>
      </w:r>
      <w:r>
        <w:t xml:space="preserve"> Hull Trains has supported Pride in Hull for six years and uses the Moving Minds podcast to champion arts, culture and wellbeing.</w:t>
      </w:r>
      <w:r/>
    </w:p>
    <w:p>
      <w:pPr>
        <w:pStyle w:val="ListBullet"/>
        <w:spacing w:line="240" w:lineRule="auto"/>
        <w:ind w:left="720"/>
      </w:pPr>
      <w:r/>
      <w:r>
        <w:rPr>
          <w:b/>
        </w:rPr>
        <w:t>Easy practical tip:</w:t>
      </w:r>
      <w:r>
        <w:t xml:space="preserve"> Book the free travel via Hull Trains’ website and aim to arrive early for family-friendly activities and the community market.</w:t>
      </w:r>
      <w:r/>
      <w:r/>
    </w:p>
    <w:p>
      <w:pPr>
        <w:pStyle w:val="Heading2"/>
      </w:pPr>
      <w:r>
        <w:t>Why the 25th Pride in Hull feels different , and why travel matters</w:t>
      </w:r>
      <w:r/>
    </w:p>
    <w:p>
      <w:r/>
      <w:r>
        <w:t>Pride in Hull turning 25 brings a sense of occasion you can almost feel , bright flags, music in the yard and a slightly electric, familiar buzz. This anniversary isn’t just about spectacle; it’s a moment to reflect on community progress and the people who keep the event running. Hull Trains’ decision to offer free travel from nearby towns lowers a practical barrier for visitors and families who might otherwise think twice about the trip. If you’re coming from Doncaster, Selby, Howden or Brough, it’s a simple, cost-free way to be part of the day.</w:t>
      </w:r>
      <w:r/>
    </w:p>
    <w:p>
      <w:pPr>
        <w:pStyle w:val="Heading2"/>
      </w:pPr>
      <w:r>
        <w:t>Moving Minds: a podcast that travels as much as the train</w:t>
      </w:r>
      <w:r/>
    </w:p>
    <w:p>
      <w:r/>
      <w:r>
        <w:t>Hull Trains launched Moving Minds earlier this year and the format is refreshingly literal , episodes recorded onboard between East Yorkshire and London King’s Cross, giving the conversations a moving, intimate feel. Hosting duties are handled by Gemma Oaten, and the show mixes celebrity guests with local voices. Bringing Pride organisers Andy Train and Lee Pearson onboard makes sense: it’s a story about celebration and wellbeing, and hearing personal experiences while the countryside slides by gives the episode a quiet power. If you prefer video, the episodes are available on Hull Trains’ YouTube channel as well as podcast platforms.</w:t>
      </w:r>
      <w:r/>
    </w:p>
    <w:p>
      <w:pPr>
        <w:pStyle w:val="Heading2"/>
      </w:pPr>
      <w:r>
        <w:t>What to expect at Zebedee’s Yard and why family-friendly matters</w:t>
      </w:r>
      <w:r/>
    </w:p>
    <w:p>
      <w:r/>
      <w:r>
        <w:t>Zebedee’s Yard has become a signature spot for the main stage , compact, atmospheric and easy to move around. Expect big performances from Ginger Johnson and Kerry Ellis, but also gentler spaces for families and a community market that showcases local groups. That mix matters: Pride in Hull has long balanced headline glamour with grassroots support, and the family area signals the event’s inclusive intent. If you’re attending with kids, pack sun protection, snacks, and plan a meeting point in case you get separated.</w:t>
      </w:r>
      <w:r/>
    </w:p>
    <w:p>
      <w:pPr>
        <w:pStyle w:val="Heading2"/>
      </w:pPr>
      <w:r>
        <w:t>How organisers and sponsors are framing mental health this year</w:t>
      </w:r>
      <w:r/>
    </w:p>
    <w:p>
      <w:r/>
      <w:r>
        <w:t>This year’s coverage leans into mental health as much as celebration, and that’s reflected in the podcast conversation and the event messaging. Andy Train has said the moment is right to take stock and to raise awareness of wellbeing within LGBTQ+ communities. Hull Trains’ involvement isn’t just logistical , it’s part of a broader public-facing effort to normalise conversation about mental health while celebrating diversity. For anyone who finds big crowds overwhelming, check the event map ahead of time and consider quieter windows in the programme.</w:t>
      </w:r>
      <w:r/>
    </w:p>
    <w:p>
      <w:pPr>
        <w:pStyle w:val="Heading2"/>
      </w:pPr>
      <w:r>
        <w:t>Practical travel tips and small things that make the day easier</w:t>
      </w:r>
      <w:r/>
    </w:p>
    <w:p>
      <w:r/>
      <w:r>
        <w:t>Plan your outbound train to arrive with plenty of time to explore the community market before the main acts. Book the free return through Hull Trains’ website to guarantee your spot from the designated stations. Wear comfortable shoes for cobbles in Zebedee’s Yard, and bring a lightweight waterproof just in case; British summers are famously unpredictable. Finally, follow Pride in Hull’s social feeds on the day for live updates and any changes to the timetable.</w:t>
      </w:r>
      <w:r/>
    </w:p>
    <w:p>
      <w:r/>
      <w:r>
        <w:t>It's a small change , catching a train and listening to a podcast episode , that can make a big difference to how you experience Pride in Hull.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https://news.railbusinessdaily.com/pride-in-hull-organisers-to-star-on-hull-trains-moving-minds-podcast-ahead-of-25th-anniversary-of-event/</w:t>
        </w:r>
      </w:hyperlink>
      <w:r>
        <w:t xml:space="preserve"> - Please view link - unable to able to access data</w:t>
      </w:r>
      <w:r/>
    </w:p>
    <w:p>
      <w:pPr>
        <w:pStyle w:val="ListNumber"/>
        <w:spacing w:line="240" w:lineRule="auto"/>
        <w:ind w:left="720"/>
      </w:pPr>
      <w:r/>
      <w:hyperlink r:id="rId10">
        <w:r>
          <w:rPr>
            <w:color w:val="0000EE"/>
            <w:u w:val="single"/>
          </w:rPr>
          <w:t>https://www.hulltrains.co.uk/news/2026/pride-in-hull-organisers-to-star-on-hull-trains-moving-minds-podcast</w:t>
        </w:r>
      </w:hyperlink>
      <w:r>
        <w:t xml:space="preserve"> - Hull Trains is celebrating the 25th Pride in Hull by featuring organisers Andy Train and Lee Pearson on their 'Moving Minds' podcast. The episode, available this week, discusses the event's significance and mental health within LGBTQ+ communities. This year's Pride in Hull, taking place this weekend, will be held at Zebedee’s Yard, featuring performances by Drag Race UK winner Ginger Johnson and West End star Kerry Ellis, along with a family area and community market. Hull Trains is offering free travel to and from Hull from specified stations for attendees.</w:t>
      </w:r>
      <w:r/>
    </w:p>
    <w:p>
      <w:pPr>
        <w:pStyle w:val="ListNumber"/>
        <w:spacing w:line="240" w:lineRule="auto"/>
        <w:ind w:left="720"/>
      </w:pPr>
      <w:r/>
      <w:hyperlink r:id="rId13">
        <w:r>
          <w:rPr>
            <w:color w:val="0000EE"/>
            <w:u w:val="single"/>
          </w:rPr>
          <w:t>https://www.hulltrains.co.uk/news/2026/hull-kr-stars-champion-mens-mental-health-on-podcast</w:t>
        </w:r>
      </w:hyperlink>
      <w:r>
        <w:t xml:space="preserve"> - Hull Trains' 'Moving Minds' podcast highlights men's mental health with a new episode featuring Hull KR rugby players Chris Charles and his son Jack. Recorded during a train journey, they discuss coping mechanisms in professional sport and the evolving attitudes towards men's mental health. Previous guests include Traitors star Jessie Stride, who spoke about her experience on the show and raised awareness of stammering. The podcast aims to provide personal stories and insights into mental health challenges.</w:t>
      </w:r>
      <w:r/>
    </w:p>
    <w:p>
      <w:pPr>
        <w:pStyle w:val="ListNumber"/>
        <w:spacing w:line="240" w:lineRule="auto"/>
        <w:ind w:left="720"/>
      </w:pPr>
      <w:r/>
      <w:hyperlink r:id="rId11">
        <w:r>
          <w:rPr>
            <w:color w:val="0000EE"/>
            <w:u w:val="single"/>
          </w:rPr>
          <w:t>https://www.listennotes.com/podcasts/hull-trains-moving-minds-hull-trains-rmEBQM02_sn/</w:t>
        </w:r>
      </w:hyperlink>
      <w:r>
        <w:t xml:space="preserve"> - 'Hull Trains - Moving Minds' is a podcast hosted by Gemma Oaten, known for her roles in 'Emmerdale', 'Holby City', and 'Coronation Street'. The podcast features conversations with guests about their mental health journeys and wellbeing tips. Episodes are recorded during real Hull Trains journeys on the East Coast Main Line, with guests joining the onboard studio at destinations between East Yorkshire and London King’s Cross. The podcast is available on various platforms, including Listen Notes, and covers topics related to mental health and personal stories.</w:t>
      </w:r>
      <w:r/>
    </w:p>
    <w:p>
      <w:pPr>
        <w:pStyle w:val="ListNumber"/>
        <w:spacing w:line="240" w:lineRule="auto"/>
        <w:ind w:left="720"/>
      </w:pPr>
      <w:r/>
      <w:hyperlink r:id="rId12">
        <w:r>
          <w:rPr>
            <w:color w:val="0000EE"/>
            <w:u w:val="single"/>
          </w:rPr>
          <w:t>https://www.listennotes.com/c/603279dc-37ec-4304-b790-4470f254c5a6/hull-trains-moving-minds/</w:t>
        </w:r>
      </w:hyperlink>
      <w:r>
        <w:t xml:space="preserve"> - 'Hull Trains - Moving Minds' is a podcast hosted by Gemma Oaten, featuring conversations with guests about their mental health journeys and wellbeing tips. Episodes are recorded during real Hull Trains journeys on the East Coast Main Line, with guests joining the onboard studio at destinations between East Yorkshire and London King’s Cross. The podcast is available on various platforms, including Listen Notes, and covers topics related to mental health and personal stories.</w:t>
      </w:r>
      <w:r/>
    </w:p>
    <w:p>
      <w:pPr>
        <w:pStyle w:val="ListNumber"/>
        <w:spacing w:line="240" w:lineRule="auto"/>
        <w:ind w:left="720"/>
      </w:pPr>
      <w:r/>
      <w:hyperlink r:id="rId12">
        <w:r>
          <w:rPr>
            <w:color w:val="0000EE"/>
            <w:u w:val="single"/>
          </w:rPr>
          <w:t>https://www.listennotes.com/c/603279dc-37ec-4304-b790-4470f254c5a6/hull-trains-moving-minds/</w:t>
        </w:r>
      </w:hyperlink>
      <w:r>
        <w:t xml:space="preserve"> - 'Hull Trains - Moving Minds' is a podcast hosted by Gemma Oaten, featuring conversations with guests about their mental health journeys and wellbeing tips. Episodes are recorded during real Hull Trains journeys on the East Coast Main Line, with guests joining the onboard studio at destinations between East Yorkshire and London King’s Cross. The podcast is available on various platforms, including Listen Notes, and covers topics related to mental health and personal stories.</w:t>
      </w:r>
      <w:r/>
    </w:p>
    <w:p>
      <w:pPr>
        <w:pStyle w:val="ListNumber"/>
        <w:spacing w:line="240" w:lineRule="auto"/>
        <w:ind w:left="720"/>
      </w:pPr>
      <w:r/>
      <w:hyperlink r:id="rId12">
        <w:r>
          <w:rPr>
            <w:color w:val="0000EE"/>
            <w:u w:val="single"/>
          </w:rPr>
          <w:t>https://www.listennotes.com/c/603279dc-37ec-4304-b790-4470f254c5a6/hull-trains-moving-minds/</w:t>
        </w:r>
      </w:hyperlink>
      <w:r>
        <w:t xml:space="preserve"> - 'Hull Trains - Moving Minds' is a podcast hosted by Gemma Oaten, featuring conversations with guests about their mental health journeys and wellbeing tips. Episodes are recorded during real Hull Trains journeys on the East Coast Main Line, with guests joining the onboard studio at destinations between East Yorkshire and London King’s Cross. The podcast is available on various platforms, including Listen Notes, and covers topics related to mental health and personal stories.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ews.railbusinessdaily.com/pride-in-hull-organisers-to-star-on-hull-trains-moving-minds-podcast-ahead-of-25th-anniversary-of-event/" TargetMode="External"/><Relationship Id="rId10" Type="http://schemas.openxmlformats.org/officeDocument/2006/relationships/hyperlink" Target="https://www.hulltrains.co.uk/news/2026/pride-in-hull-organisers-to-star-on-hull-trains-moving-minds-podcast" TargetMode="External"/><Relationship Id="rId11" Type="http://schemas.openxmlformats.org/officeDocument/2006/relationships/hyperlink" Target="https://www.listennotes.com/podcasts/hull-trains-moving-minds-hull-trains-rmEBQM02_sn/" TargetMode="External"/><Relationship Id="rId12" Type="http://schemas.openxmlformats.org/officeDocument/2006/relationships/hyperlink" Target="https://www.listennotes.com/c/603279dc-37ec-4304-b790-4470f254c5a6/hull-trains-moving-minds/" TargetMode="External"/><Relationship Id="rId13" Type="http://schemas.openxmlformats.org/officeDocument/2006/relationships/hyperlink" Target="https://www.hulltrains.co.uk/news/2026/hull-kr-stars-champion-mens-mental-health-on-pod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