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Vancouver Pride Events 2026: Your Guide to Unapologetically Queer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lining up for summer plans as Vancouver Pride unveils its full 2026 programme , Unapologetically Queer , a week of parties, parades and community gatherings from July 25 to August 2 that invite everyone to show up as they are. Here’s what to expect, where to go, and how to make the most of Pride in the city.</w:t>
      </w:r>
      <w:r/>
    </w:p>
    <w:p>
      <w:r/>
      <w:r>
        <w:t>Essential Takeaways</w:t>
      </w:r>
      <w:r/>
      <w:r/>
    </w:p>
    <w:p>
      <w:pPr>
        <w:pStyle w:val="ListBullet"/>
        <w:spacing w:line="240" w:lineRule="auto"/>
        <w:ind w:left="720"/>
      </w:pPr>
      <w:r/>
      <w:r>
        <w:rPr>
          <w:b/>
        </w:rPr>
        <w:t>Dates and theme:</w:t>
      </w:r>
      <w:r>
        <w:t xml:space="preserve"> Vancouver Pride runs July 25–August 2, 2026, under the Unapologetically Queer banner celebrating authenticity and belonging. </w:t>
      </w:r>
      <w:r/>
    </w:p>
    <w:p>
      <w:pPr>
        <w:pStyle w:val="ListBullet"/>
        <w:spacing w:line="240" w:lineRule="auto"/>
        <w:ind w:left="720"/>
      </w:pPr>
      <w:r/>
      <w:r>
        <w:rPr>
          <w:b/>
        </w:rPr>
        <w:t>Big-ticket nights:</w:t>
      </w:r>
      <w:r>
        <w:t xml:space="preserve"> The Bayside Pride is a ticketed party on July 30 with DJs, drag and drinks; Mount Pleasant’s Public Disco Block Party on August 1 brings two curated stages and underground queer electronic music. </w:t>
      </w:r>
      <w:r/>
    </w:p>
    <w:p>
      <w:pPr>
        <w:pStyle w:val="ListBullet"/>
        <w:spacing w:line="240" w:lineRule="auto"/>
        <w:ind w:left="720"/>
      </w:pPr>
      <w:r/>
      <w:r>
        <w:rPr>
          <w:b/>
        </w:rPr>
        <w:t>Community-first:</w:t>
      </w:r>
      <w:r>
        <w:t xml:space="preserve"> $2 from every Public Disco ticket supports the Pride Bursary Program, while the Terry Wallace Memorial Breakfast remains a donation-based community tradition. </w:t>
      </w:r>
      <w:r/>
    </w:p>
    <w:p>
      <w:pPr>
        <w:pStyle w:val="ListBullet"/>
        <w:spacing w:line="240" w:lineRule="auto"/>
        <w:ind w:left="720"/>
      </w:pPr>
      <w:r/>
      <w:r>
        <w:rPr>
          <w:b/>
        </w:rPr>
        <w:t>Parade and street festival:</w:t>
      </w:r>
      <w:r>
        <w:t xml:space="preserve"> The Pride Parade kicks off August 2 at Pacific Boulevard, followed by the Davie Village Pride Party and expanded programming across Nelson Park and Comox Street. </w:t>
      </w:r>
      <w:r/>
    </w:p>
    <w:p>
      <w:pPr>
        <w:pStyle w:val="ListBullet"/>
        <w:spacing w:line="240" w:lineRule="auto"/>
        <w:ind w:left="720"/>
      </w:pPr>
      <w:r/>
      <w:r>
        <w:rPr>
          <w:b/>
        </w:rPr>
        <w:t>Practical vibe:</w:t>
      </w:r>
      <w:r>
        <w:t xml:space="preserve"> Expect loud music, colourful crowds, accessible civic flag-raisings, and family-friendly daytime programming; plan ticket purchases and transit ahead to avoid queues.</w:t>
      </w:r>
      <w:r/>
      <w:r/>
    </w:p>
    <w:p>
      <w:pPr>
        <w:pStyle w:val="Heading2"/>
      </w:pPr>
      <w:r>
        <w:t>What “Unapologetically Queer” actually means on the ground</w:t>
      </w:r>
      <w:r/>
    </w:p>
    <w:p>
      <w:r/>
      <w:r>
        <w:t>The theme is an open invitation to turn up exactly as you are, from trans and Two-Spirit people to ace, non-binary and questioning folks, and allies who want to celebrate. You’ll see that reflected in the programming mix: formal civic moments, dancefloors, and community tables. The Inclusive Pride Flag and Trans Flag raising at Vancouver City Hall on July 27 sets a quieter, civic tone before the week’s big parties. If you care about visibility, this theme feels intentionally broad and welcoming.</w:t>
      </w:r>
      <w:r/>
    </w:p>
    <w:p>
      <w:pPr>
        <w:pStyle w:val="Heading2"/>
      </w:pPr>
      <w:r>
        <w:t>Tickets, parties and where to spend your evening</w:t>
      </w:r>
      <w:r/>
    </w:p>
    <w:p>
      <w:r/>
      <w:r>
        <w:t>If you love a curated night out, the Pride is Awesome Party at the Bayside Lounge on July 30 pairs DJs with a tribute performance and themed drinks , a good one for people who want a lively indoor evening and complimentary tastings. For a bigger, outdoor vibe, the Public Disco Pride Block Party on August 1 is the city’s largest ticketed street party with two curator-led stages, underground queer DJs and ballroom performers. Buy tickets early; organisers donate $2 from each sale to fund grassroots community events, so your ticket does double duty.</w:t>
      </w:r>
      <w:r/>
    </w:p>
    <w:p>
      <w:pPr>
        <w:pStyle w:val="Heading2"/>
      </w:pPr>
      <w:r>
        <w:t>Community rituals that matter , breakfast, bursaries and the parade</w:t>
      </w:r>
      <w:r/>
    </w:p>
    <w:p>
      <w:r/>
      <w:r>
        <w:t>There’s a tender side to the calendar too. The Terry Wallace Memorial Breakfast on August 1 runs by donation and honours a well-known local supporter of the parade. Community funding shows up elsewhere , the Pride Bursary Program is bankrolled in part by event proceeds, which helps smaller, grassroots groups take part across the city. Then on August 2 the parade starts at Pacific Boulevard near BC Place at 1pm and winds through downtown , a bright, crowded, emotional moment that brings together over a hundred groups.</w:t>
      </w:r>
      <w:r/>
    </w:p>
    <w:p>
      <w:pPr>
        <w:pStyle w:val="Heading2"/>
      </w:pPr>
      <w:r>
        <w:t>Davie Village: the heart of the weekend festival experience</w:t>
      </w:r>
      <w:r/>
    </w:p>
    <w:p>
      <w:r/>
      <w:r>
        <w:t>Davie Village has long been Vancouver’s historic queer neighbourhood, and this year’s Davie Village Pride Party expands across the village into Nelson Park and parts of Comox Street. Expect stages, lounge spaces at 1800 Davie Plaza and the English Bay Bathhouse, and programming in Nelson Park from 2pm to 9pm on August 2. It’s the place to linger after the parade with food stalls, performers and friends; bring a water bottle and wear comfortable shoes for walking and dancing.</w:t>
      </w:r>
      <w:r/>
    </w:p>
    <w:p>
      <w:pPr>
        <w:pStyle w:val="Heading2"/>
      </w:pPr>
      <w:r>
        <w:t>How to plan your Pride weekend , tips and small comforts</w:t>
      </w:r>
      <w:r/>
    </w:p>
    <w:p>
      <w:r/>
      <w:r>
        <w:t>Plan for heat, crowds and transit delays: pack sunscreen, a reusable bottle, and a small portable charger. Buy tickets for the Bayside and Public Disco parties in advance and check Instagram for last-minute schedule tweaks. If you want quieter moments, aim for morning civic events like the flag raising, or the donation-based breakfast. And if accessibility matters to you, check event pages for mobility access and sensory-friendly options before you go.</w:t>
      </w:r>
      <w:r/>
    </w:p>
    <w:p>
      <w:r/>
      <w:r>
        <w:t>It's a small change that can make every celebration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https://miss604.com/2026/07/vancouver-pride-events-2026/</w:t>
        </w:r>
      </w:hyperlink>
      <w:r>
        <w:t xml:space="preserve"> - Please view link - unable to able to access data</w:t>
      </w:r>
      <w:r/>
    </w:p>
    <w:p>
      <w:pPr>
        <w:pStyle w:val="ListNumber"/>
        <w:spacing w:line="240" w:lineRule="auto"/>
        <w:ind w:left="720"/>
      </w:pPr>
      <w:r/>
      <w:hyperlink r:id="rId10">
        <w:r>
          <w:rPr>
            <w:color w:val="0000EE"/>
            <w:u w:val="single"/>
          </w:rPr>
          <w:t>https://www.vancouverpride.ca/blog/unapologetically-queer</w:t>
        </w:r>
      </w:hyperlink>
      <w:r>
        <w:t xml:space="preserve"> - The Vancouver Pride Society has announced the 2026 theme, 'Unapologetically Queer', celebrating authenticity, courage, and connection within the 2SLGBTQIA+ community. This theme encourages individuals to embrace their true selves without apology, highlighting the importance of visibility and community support. The Pride Week is scheduled from July 25 to August 2, 2026, featuring various events across Vancouver, including the Davie Village Pride Festival and the 48th annual Vancouver Pride Parade on August 2. The society invites all community members, partners, and allies to participate in this celebration of collective joy and care.</w:t>
      </w:r>
      <w:r/>
    </w:p>
    <w:p>
      <w:pPr>
        <w:pStyle w:val="ListNumber"/>
        <w:spacing w:line="240" w:lineRule="auto"/>
        <w:ind w:left="720"/>
      </w:pPr>
      <w:r/>
      <w:hyperlink r:id="rId11">
        <w:r>
          <w:rPr>
            <w:color w:val="0000EE"/>
            <w:u w:val="single"/>
          </w:rPr>
          <w:t>https://www.vancouverpride.ca/pride2026</w:t>
        </w:r>
      </w:hyperlink>
      <w:r>
        <w:t xml:space="preserve"> - Vancouver Pride's 2026 theme, 'Unapologetically Queer', invites individuals to show up exactly as they are, celebrating every part of the diverse 2SLGBTQIA+ community. The theme focuses on authenticity, courage, and connection, encouraging people to embrace their identities and support one another. The Pride Week is set to run from July 25 to August 2, 2026, culminating in the Vancouver Pride Parade and the Davie Village Pride Festival on August 2. The Vancouver Pride Society is committed to creating inclusive and celebratory events for the community.</w:t>
      </w:r>
      <w:r/>
    </w:p>
    <w:p>
      <w:pPr>
        <w:pStyle w:val="ListNumber"/>
        <w:spacing w:line="240" w:lineRule="auto"/>
        <w:ind w:left="720"/>
      </w:pPr>
      <w:r/>
      <w:hyperlink r:id="rId12">
        <w:r>
          <w:rPr>
            <w:color w:val="0000EE"/>
            <w:u w:val="single"/>
          </w:rPr>
          <w:t>https://vancouver.ca/people-programs/pride.aspx</w:t>
        </w:r>
      </w:hyperlink>
      <w:r>
        <w:t xml:space="preserve"> - The City of Vancouver's Pride Week celebrations occur annually in late July and early August, bringing together members of the 2SLGBTQIA+ communities to celebrate living authentically and to appreciate progress towards equity and understanding. The city values its unique differences and stands against discrimination, committing to combat all forms of bigotry, including homophobia and transphobia. The Vancouver Pride Parade is scheduled for Sunday, August 2, 2026, from 1 pm to 3:30 pm, starting at Concord Pacific Place and culminating at the intersection of Pacific and Burrard, where the celebration continues at the Davie Village Pride Festival.</w:t>
      </w:r>
      <w:r/>
    </w:p>
    <w:p>
      <w:pPr>
        <w:pStyle w:val="ListNumber"/>
        <w:spacing w:line="240" w:lineRule="auto"/>
        <w:ind w:left="720"/>
      </w:pPr>
      <w:r/>
      <w:hyperlink r:id="rId13">
        <w:r>
          <w:rPr>
            <w:color w:val="0000EE"/>
            <w:u w:val="single"/>
          </w:rPr>
          <w:t>https://www.vancouverpride.ca/events</w:t>
        </w:r>
      </w:hyperlink>
      <w:r>
        <w:t xml:space="preserve"> - The Vancouver Pride Society offers a comprehensive guide to the 2026 Pride season, featuring community events, celebrations, performances, parties, and more. The signature event, the Vancouver Pride Parade, is scheduled for August 2, 2026, with over 100,000 attendees expected. The parade will begin at Pacific Blvd, near BC Place, and travel to Howe Street and Pacific Boulevard. The Vancouver Pride Beach House will host a weekend event of community, celebration, and entertainment in support of LGBTQ+ legacies, including beach parties, live entertainment, brunch, and the Legacy Fundraiser &amp; Awards.</w:t>
      </w:r>
      <w:r/>
    </w:p>
    <w:p>
      <w:pPr>
        <w:pStyle w:val="ListNumber"/>
        <w:spacing w:line="240" w:lineRule="auto"/>
        <w:ind w:left="720"/>
      </w:pPr>
      <w:r/>
      <w:hyperlink r:id="rId14">
        <w:r>
          <w:rPr>
            <w:color w:val="0000EE"/>
            <w:u w:val="single"/>
          </w:rPr>
          <w:t>https://www.whatsonqueerbc.com/vancouver-pride-calendar-2026/man-up-pride</w:t>
        </w:r>
      </w:hyperlink>
      <w:r>
        <w:t xml:space="preserve"> - The 18th annual Pride show, Man Up Pride, is scheduled for Friday, July 31, 2026, at The Pearl in Vancouver. The event will feature a live music act by Blonde Diamond at 10:00 PM, followed by drag performances at 11:15 PM and 12:15 AM. The event aims to kick off Pride weekend with a grand celebration, offering a unique blend of drag and rock n' roll performances in a vibrant atmosphere.</w:t>
      </w:r>
      <w:r/>
    </w:p>
    <w:p>
      <w:pPr>
        <w:pStyle w:val="ListNumber"/>
        <w:spacing w:line="240" w:lineRule="auto"/>
        <w:ind w:left="720"/>
      </w:pPr>
      <w:r/>
      <w:hyperlink r:id="rId15">
        <w:r>
          <w:rPr>
            <w:color w:val="0000EE"/>
            <w:u w:val="single"/>
          </w:rPr>
          <w:t>https://www.whatsonqueerbc.com/vancouver-pride-calendar-2026/birdhouse-pridefest</w:t>
        </w:r>
      </w:hyperlink>
      <w:r>
        <w:t xml:space="preserve"> - Birdhouse Pride Fest 2026 is set to take place from Friday, July 31, 2026, to Monday, August 3, 2026, across various venues in Vancouver. The event will feature four unique venue vibes, twelve events, over 100 artists, and endless good times. The lineup includes parties at The Pearl, outdoor daytime block parties, late-night dance events at Platform 9, and various events at The Birdhouse. The festival aims to provide a diverse and inclusive experience for the LGBTQ+ community during Pride weekend.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604.com/2026/07/vancouver-pride-events-2026/" TargetMode="External"/><Relationship Id="rId10" Type="http://schemas.openxmlformats.org/officeDocument/2006/relationships/hyperlink" Target="https://www.vancouverpride.ca/blog/unapologetically-queer" TargetMode="External"/><Relationship Id="rId11" Type="http://schemas.openxmlformats.org/officeDocument/2006/relationships/hyperlink" Target="https://www.vancouverpride.ca/pride2026" TargetMode="External"/><Relationship Id="rId12" Type="http://schemas.openxmlformats.org/officeDocument/2006/relationships/hyperlink" Target="https://vancouver.ca/people-programs/pride.aspx" TargetMode="External"/><Relationship Id="rId13" Type="http://schemas.openxmlformats.org/officeDocument/2006/relationships/hyperlink" Target="https://www.vancouverpride.ca/events" TargetMode="External"/><Relationship Id="rId14" Type="http://schemas.openxmlformats.org/officeDocument/2006/relationships/hyperlink" Target="https://www.whatsonqueerbc.com/vancouver-pride-calendar-2026/man-up-pride" TargetMode="External"/><Relationship Id="rId15" Type="http://schemas.openxmlformats.org/officeDocument/2006/relationships/hyperlink" Target="https://www.whatsonqueerbc.com/vancouver-pride-calendar-2026/birdhouse-pridef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