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Sunglasses-at-Night Party in West Hollywood: Oly Innes’ Birthday Bash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of West Hollywood’s nightlife were treated to a spectacle as Oly Innes celebrated his birthday at The Abbey, where a “Sunglasses at Night” dress code, Erika Jayne’s DJ set, and non-stop dancing made the room feel like a single, gleaming party , and reminded everyone why Innes is a fixture of queer nightlife.</w:t>
      </w:r>
      <w:r/>
    </w:p>
    <w:p>
      <w:r/>
      <w:r>
        <w:t>Essential Takeaways</w:t>
      </w:r>
      <w:r/>
      <w:r/>
    </w:p>
    <w:p>
      <w:pPr>
        <w:pStyle w:val="ListBullet"/>
        <w:spacing w:line="240" w:lineRule="auto"/>
        <w:ind w:left="720"/>
      </w:pPr>
      <w:r/>
      <w:r>
        <w:rPr>
          <w:b/>
        </w:rPr>
        <w:t>Iconic venue:</w:t>
      </w:r>
      <w:r>
        <w:t xml:space="preserve"> The Abbey in West Hollywood hosted the celebration, giving the night a familiar, electric backdrop.</w:t>
      </w:r>
      <w:r/>
    </w:p>
    <w:p>
      <w:pPr>
        <w:pStyle w:val="ListBullet"/>
        <w:spacing w:line="240" w:lineRule="auto"/>
        <w:ind w:left="720"/>
      </w:pPr>
      <w:r/>
      <w:r>
        <w:rPr>
          <w:b/>
        </w:rPr>
        <w:t>Theme and vibe:</w:t>
      </w:r>
      <w:r>
        <w:t xml:space="preserve"> The “Sunglasses at Night” dress code was embraced fully , oversized, colourful, and camera-ready shades stayed on well into the evening.</w:t>
      </w:r>
      <w:r/>
    </w:p>
    <w:p>
      <w:pPr>
        <w:pStyle w:val="ListBullet"/>
        <w:spacing w:line="240" w:lineRule="auto"/>
        <w:ind w:left="720"/>
      </w:pPr>
      <w:r/>
      <w:r>
        <w:rPr>
          <w:b/>
        </w:rPr>
        <w:t>Music moment:</w:t>
      </w:r>
      <w:r>
        <w:t xml:space="preserve"> Erika Jayne, performing as The Pretty Mess, DJed a high-energy set that kept the dance floor packed.</w:t>
      </w:r>
      <w:r/>
    </w:p>
    <w:p>
      <w:pPr>
        <w:pStyle w:val="ListBullet"/>
        <w:spacing w:line="240" w:lineRule="auto"/>
        <w:ind w:left="720"/>
      </w:pPr>
      <w:r/>
      <w:r>
        <w:rPr>
          <w:b/>
        </w:rPr>
        <w:t>Production touches:</w:t>
      </w:r>
      <w:r>
        <w:t xml:space="preserve"> Go-go dancers, non-stop transitions, and a communal birthday cake created a theatrical, immersive atmosphere.</w:t>
      </w:r>
      <w:r/>
    </w:p>
    <w:p>
      <w:pPr>
        <w:pStyle w:val="ListBullet"/>
        <w:spacing w:line="240" w:lineRule="auto"/>
        <w:ind w:left="720"/>
      </w:pPr>
      <w:r/>
      <w:r>
        <w:rPr>
          <w:b/>
        </w:rPr>
        <w:t>Community note:</w:t>
      </w:r>
      <w:r>
        <w:t xml:space="preserve"> The party doubled as a nod to Innes’ years of producing parties that centre queer joy and connection.</w:t>
      </w:r>
      <w:r/>
      <w:r/>
    </w:p>
    <w:p>
      <w:pPr>
        <w:pStyle w:val="Heading2"/>
      </w:pPr>
      <w:r>
        <w:t>A West Hollywood night that felt cinematic</w:t>
      </w:r>
      <w:r/>
    </w:p>
    <w:p>
      <w:r/>
      <w:r>
        <w:t>The Abbey has long been a go-to for landmark nightlife moments, and this weekend’s birthday bash for Oly Innes carried that same glossy energy. Guests arrived in statement shades, giving the room a playful, slightly surreal look, like a retro music video given a modern twist. Crowd reactions , laughter, raised drinks, and constant photos , made the evening feel intimate despite the packed dance floor.</w:t>
      </w:r>
      <w:r/>
    </w:p>
    <w:p>
      <w:r/>
      <w:r>
        <w:t>The party wasn’t accidental theatre. Innes’ career as an event producer has been built on those exact, orchestrated highs, and the setting at The Abbey reflected his ability to create moments that feel both celebratory and expertly timed. If you’ve spent an evening at a standout queer night, you recognise the pattern: a tight playlist, visual flair, and a crowd that feeds off each beat.</w:t>
      </w:r>
      <w:r/>
    </w:p>
    <w:p>
      <w:pPr>
        <w:pStyle w:val="Heading2"/>
      </w:pPr>
      <w:r>
        <w:t>Why the theme mattered , and why guests played along</w:t>
      </w:r>
      <w:r/>
    </w:p>
    <w:p>
      <w:r/>
      <w:r>
        <w:t>A themed dress code can be hit or miss, but “Sunglasses at Night” landed because it asked for an attitude as much as an accessory. Shades became a prop for performance, a unifying visual cue, and a way for everyone to lean into the party persona. There’s a small, mischievous pleasure in keeping your sunglasses on under club lights; it adds an extra layer of play.</w:t>
      </w:r>
      <w:r/>
    </w:p>
    <w:p>
      <w:r/>
      <w:r>
        <w:t>From a practical point of view, a clear theme makes for easier photos and a cohesive vibe that carries on in social posts the next day. For hosts, it’s a simple tip: pick a theme people can accessorise quickly , and watch them run with it.</w:t>
      </w:r>
      <w:r/>
    </w:p>
    <w:p>
      <w:pPr>
        <w:pStyle w:val="Heading2"/>
      </w:pPr>
      <w:r>
        <w:t>Erika Jayne’s set: the soundtrack that kept people dancing</w:t>
      </w:r>
      <w:r/>
    </w:p>
    <w:p>
      <w:r/>
      <w:r>
        <w:t>Erika Jayne took over the DJ booth as The Pretty Mess and delivered a set that matched the room’s restless energy. The transitions were tight, the tempo stayed high, and the crowd responded with sing-alongs and raised hands. A celebrity DJ can be a novelty, but in this case she was an integral part of the evening’s momentum.</w:t>
      </w:r>
      <w:r/>
    </w:p>
    <w:p>
      <w:r/>
      <w:r>
        <w:t>It’s a reminder that the right performer can shift a party from lively to unforgettable. For anyone planning a special event, consider a DJ who doubles as a performer , someone who reads the room and raises the temperature when it’s needed.</w:t>
      </w:r>
      <w:r/>
    </w:p>
    <w:p>
      <w:pPr>
        <w:pStyle w:val="Heading2"/>
      </w:pPr>
      <w:r>
        <w:t>Production and pacing: small touches, big effect</w:t>
      </w:r>
      <w:r/>
    </w:p>
    <w:p>
      <w:r/>
      <w:r>
        <w:t>Go-go dancers stationed around the venue added choreographed flair, while seamless transitions kept the momentum alive between tracks. The night climbed naturally towards its finale, and when the birthday cake moment arrived, it felt earned rather than staged. People cheered, sang, and clustered close , the kind of genuine warmth that comes when a community celebrates one of its own.</w:t>
      </w:r>
      <w:r/>
    </w:p>
    <w:p>
      <w:r/>
      <w:r>
        <w:t>Event producers will recognise the simple beats that make a night work: clear theme, strong musical arc, visual performers, and a meaningful moment of recognition. It’s a formula Innes has honed across projects from major club nights to touring pop-ups.</w:t>
      </w:r>
      <w:r/>
    </w:p>
    <w:p>
      <w:pPr>
        <w:pStyle w:val="Heading2"/>
      </w:pPr>
      <w:r>
        <w:t>Why this night mattered beyond the party photos</w:t>
      </w:r>
      <w:r/>
    </w:p>
    <w:p>
      <w:r/>
      <w:r>
        <w:t>Oly Innes’ birthday was more than a social event; it was a quiet testament to the role of producers in shaping queer nightlife. He’s spent years building nights where people can be openly joyful and feel seen, and on Saturday that labour was reflected back at him , in the chorus of voices, the packed dance floor, and the shared nostalgia of late-night euphoria.</w:t>
      </w:r>
      <w:r/>
    </w:p>
    <w:p>
      <w:r/>
      <w:r>
        <w:t>For regulars and newcomers alike, the evening was a reminder that nightlife is cultural work as much as entertainment. And for organisers, it’s proof that when you centre community and craft the details, people show up , sunglasses and all.</w:t>
      </w:r>
      <w:r/>
    </w:p>
    <w:p>
      <w:r/>
      <w:r>
        <w:t>It's a small change that can make every night feel intentional and electric.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https://gayety.com/oly-innes-birthday-party-the-abbey-erika-jayne</w:t>
        </w:r>
      </w:hyperlink>
      <w:r>
        <w:t xml:space="preserve"> - Please view link - unable to able to access data</w:t>
      </w:r>
      <w:r/>
    </w:p>
    <w:p>
      <w:pPr>
        <w:pStyle w:val="ListNumber"/>
        <w:spacing w:line="240" w:lineRule="auto"/>
        <w:ind w:left="720"/>
      </w:pPr>
      <w:r/>
      <w:hyperlink r:id="rId10">
        <w:r>
          <w:rPr>
            <w:color w:val="0000EE"/>
            <w:u w:val="single"/>
          </w:rPr>
          <w:t>https://www.gaycities.com/articles/104911/madonna-rocks-the-abbey-in-west-hollywood-with-surprise-appearance/</w:t>
        </w:r>
      </w:hyperlink>
      <w:r>
        <w:t xml:space="preserve"> - Madonna made a surprise appearance at The Abbey in West Hollywood during a private 'Club Confessions' event. The party, organised by MISTR, celebrated both Tristan Schukraft's birthday and the refurbishment of the venue's dancefloor. Schukraft, who owns both MISTR and The Abbey, invited Madonna to mark the occasion, coinciding with her upcoming album 'Confessions On A Dancefloor II'.</w:t>
      </w:r>
      <w:r/>
    </w:p>
    <w:p>
      <w:pPr>
        <w:pStyle w:val="ListNumber"/>
        <w:spacing w:line="240" w:lineRule="auto"/>
        <w:ind w:left="720"/>
      </w:pPr>
      <w:r/>
      <w:hyperlink r:id="rId12">
        <w:r>
          <w:rPr>
            <w:color w:val="0000EE"/>
            <w:u w:val="single"/>
          </w:rPr>
          <w:t>https://www.famousbirthdays.com/people/erika-jayne.html</w:t>
        </w:r>
      </w:hyperlink>
      <w:r>
        <w:t xml:space="preserve"> - Erika Jayne, born on July 10, 1971, in Atlanta, Georgia, is a renowned American pop singer and television personality. She gained prominence with her 2007 club hit 'Rollercoaster', which topped the U.S. Billboard Dance Charts. In 2015, she joined the cast of 'The Real Housewives of Beverly Hills'.</w:t>
      </w:r>
      <w:r/>
    </w:p>
    <w:p>
      <w:pPr>
        <w:pStyle w:val="ListNumber"/>
        <w:spacing w:line="240" w:lineRule="auto"/>
        <w:ind w:left="720"/>
      </w:pPr>
      <w:r/>
      <w:hyperlink r:id="rId11">
        <w:r>
          <w:rPr>
            <w:color w:val="0000EE"/>
            <w:u w:val="single"/>
          </w:rPr>
          <w:t>https://www.famousbirthdays.com/people/millie-innes.html</w:t>
        </w:r>
      </w:hyperlink>
      <w:r>
        <w:t xml:space="preserve"> - Millie Innes, born on October 5, 2000, in Cardonald, Scotland, is a Scottish actress best known for her role as Maisy in 'Dani's House' and as the title character in 'Millie Inbetween'. She began her acting career in 2010 with a role in the BBC One drama 'Single Father'.</w:t>
      </w:r>
      <w:r/>
    </w:p>
    <w:p>
      <w:pPr>
        <w:pStyle w:val="ListNumber"/>
        <w:spacing w:line="240" w:lineRule="auto"/>
        <w:ind w:left="720"/>
      </w:pPr>
      <w:r/>
      <w:hyperlink r:id="rId13">
        <w:r>
          <w:rPr>
            <w:color w:val="0000EE"/>
            <w:u w:val="single"/>
          </w:rPr>
          <w:t>https://www.rottentomatoes.com/celebrity/erika_girardi</w:t>
        </w:r>
      </w:hyperlink>
      <w:r>
        <w:t xml:space="preserve"> - Erika Jayne, born in 1971, is an American singer, actress, and television personality. Raised in Atlanta, Georgia, she moved to New York City at 18 to pursue a career in the performing arts. She later relocated to Los Angeles, where she began her career with small roles in movies and television. Her first single, 'Roller Coaster', was released in 2007 and topped Billboard's Club Chart.</w:t>
      </w:r>
      <w:r/>
    </w:p>
    <w:p>
      <w:pPr>
        <w:pStyle w:val="ListNumber"/>
        <w:spacing w:line="240" w:lineRule="auto"/>
        <w:ind w:left="720"/>
      </w:pPr>
      <w:r/>
      <w:hyperlink r:id="rId14">
        <w:r>
          <w:rPr>
            <w:color w:val="0000EE"/>
            <w:u w:val="single"/>
          </w:rPr>
          <w:t>https://www.imdb.com/title/tt6315040/</w:t>
        </w:r>
      </w:hyperlink>
      <w:r>
        <w:t xml:space="preserve"> - In the 2016 episode 'The Buddha Bentley Birthday' of 'The Real Housewives of Beverly Hills', Erika auditions dancers for her new music video 'Xxpensive'. Dorit's extravagant birthday party provides a few surprises, both planned and unplanned. At the party, Lisa Vanderpump shows Lisa Rinna and Eileen exactly where they stand.</w:t>
      </w:r>
      <w:r/>
    </w:p>
    <w:p>
      <w:pPr>
        <w:pStyle w:val="ListNumber"/>
        <w:spacing w:line="240" w:lineRule="auto"/>
        <w:ind w:left="720"/>
      </w:pPr>
      <w:r/>
      <w:hyperlink r:id="rId15">
        <w:r>
          <w:rPr>
            <w:color w:val="0000EE"/>
            <w:u w:val="single"/>
          </w:rPr>
          <w:t>https://www.vegas.eater.com/2016/7/12/12143188/erika-girardi-birthday-beauty-essex</w:t>
        </w:r>
      </w:hyperlink>
      <w:r>
        <w:t xml:space="preserve"> - In 2016, Erika Girardi, also known as Erika Jayne, celebrated her birthday at Beauty &amp; Essex in Las Vegas. She dined in the restaurant's private dining room, The Jewelry Box, before being presented with a candlelit dessert, prompting everyone to sing 'Happy Birthday'.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oly-innes-birthday-party-the-abbey-erika-jayne" TargetMode="External"/><Relationship Id="rId10" Type="http://schemas.openxmlformats.org/officeDocument/2006/relationships/hyperlink" Target="https://www.gaycities.com/articles/104911/madonna-rocks-the-abbey-in-west-hollywood-with-surprise-appearance/" TargetMode="External"/><Relationship Id="rId11" Type="http://schemas.openxmlformats.org/officeDocument/2006/relationships/hyperlink" Target="https://www.famousbirthdays.com/people/millie-innes.html" TargetMode="External"/><Relationship Id="rId12" Type="http://schemas.openxmlformats.org/officeDocument/2006/relationships/hyperlink" Target="https://www.famousbirthdays.com/people/erika-jayne.html" TargetMode="External"/><Relationship Id="rId13" Type="http://schemas.openxmlformats.org/officeDocument/2006/relationships/hyperlink" Target="https://www.rottentomatoes.com/celebrity/erika_girardi" TargetMode="External"/><Relationship Id="rId14" Type="http://schemas.openxmlformats.org/officeDocument/2006/relationships/hyperlink" Target="https://www.imdb.com/title/tt6315040/" TargetMode="External"/><Relationship Id="rId15" Type="http://schemas.openxmlformats.org/officeDocument/2006/relationships/hyperlink" Target="https://www.vegas.eater.com/2016/7/12/12143188/erika-girardi-birthday-beauty-ess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