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Summer Pool Parties for LGBTQ Folks: Inside Out at the Rodeo’s Wild Wild Wet Bash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Splash into summer: Out at the Rodeo’s Wild Wild Wet Pool Party turned Montrose Country Club into a vivid, sun-soaked celebration of queer community, music, and fundraising, where cowboy hats met floaties and DJs mixed country twang with disco grooves for an afternoon of friends, dancing and poolside lounging.</w:t>
      </w:r>
      <w:r/>
      <w:r/>
    </w:p>
    <w:p>
      <w:pPr>
        <w:pStyle w:val="ListBullet"/>
        <w:spacing w:line="240" w:lineRule="auto"/>
        <w:ind w:left="720"/>
      </w:pPr>
      <w:r/>
      <w:r>
        <w:rPr>
          <w:b/>
        </w:rPr>
        <w:t>Vibrant atmosphere:</w:t>
      </w:r>
      <w:r>
        <w:t xml:space="preserve"> Cowboy hats, colourful floaties and swimsuits created a playful, celebratory vibe. </w:t>
      </w:r>
      <w:r/>
    </w:p>
    <w:p>
      <w:pPr>
        <w:pStyle w:val="ListBullet"/>
        <w:spacing w:line="240" w:lineRule="auto"/>
        <w:ind w:left="720"/>
      </w:pPr>
      <w:r/>
      <w:r>
        <w:rPr>
          <w:b/>
        </w:rPr>
        <w:t>Music mix:</w:t>
      </w:r>
      <w:r>
        <w:t xml:space="preserve"> DJ Stephen Jusko spun country and disco-inspired sets that kept people dancing poolside. </w:t>
      </w:r>
      <w:r/>
    </w:p>
    <w:p>
      <w:pPr>
        <w:pStyle w:val="ListBullet"/>
        <w:spacing w:line="240" w:lineRule="auto"/>
        <w:ind w:left="720"/>
      </w:pPr>
      <w:r/>
      <w:r>
        <w:rPr>
          <w:b/>
        </w:rPr>
        <w:t>Community focus:</w:t>
      </w:r>
      <w:r>
        <w:t xml:space="preserve"> The event doubled as a fundraiser, with ticket sales supporting Out at the Rodeo’s year-round programming. </w:t>
      </w:r>
      <w:r/>
    </w:p>
    <w:p>
      <w:pPr>
        <w:pStyle w:val="ListBullet"/>
        <w:spacing w:line="240" w:lineRule="auto"/>
        <w:ind w:left="720"/>
      </w:pPr>
      <w:r/>
      <w:r>
        <w:rPr>
          <w:b/>
        </w:rPr>
        <w:t>Laid-back luxe:</w:t>
      </w:r>
      <w:r>
        <w:t xml:space="preserve"> Guests relaxed under umbrellas and floated in the pool at Montrose Country Club, a private-club setting with a polished feel. </w:t>
      </w:r>
      <w:r/>
      <w:r/>
    </w:p>
    <w:p>
      <w:pPr>
        <w:pStyle w:val="Heading2"/>
      </w:pPr>
      <w:r>
        <w:t>A splashy scene with a queer heartbeat</w:t>
      </w:r>
      <w:r/>
    </w:p>
    <w:p>
      <w:r/>
      <w:r>
        <w:t>The moment you walk in, it feels like summer dialled up a notch , bright inflatables bobbing in water, friends clustered under striped umbrellas and a steady beat that makes you sway, even if you’re perched on the pool edge. Outsmart’s coverage captures that easy, joyful energy and the unmistakable sense of being with your people. It’s not just a party; it’s a small ritual of visibility and connection set to a summery soundtrack.</w:t>
      </w:r>
      <w:r/>
    </w:p>
    <w:p>
      <w:r/>
      <w:r>
        <w:t>Behind the frivolity is a clear purpose. According to event details and community chatter, a share of ticket proceeds goes back into Out at the Rodeo’s programmes, so every tan line and sunhat helps fund queer initiatives. That mix of fun and fundraising is part of why these gatherings resonate: you leave tired, happy and a little proud.</w:t>
      </w:r>
      <w:r/>
    </w:p>
    <w:p>
      <w:pPr>
        <w:pStyle w:val="Heading2"/>
      </w:pPr>
      <w:r>
        <w:t>Why Montrose Country Club is the perfect backdrop</w:t>
      </w:r>
      <w:r/>
    </w:p>
    <w:p>
      <w:r/>
      <w:r>
        <w:t>Montrose Country Club’s manicured lawns and private-pool vibe lend the event a polished, slightly retro glamour. The venue’s intimate, upscale feel keeps the crowd feeling exclusive without being stuffy; it’s pool-party chic rather than neon-club chaos. Guests noted the setting felt both comfortable and celebratory, the kind of place where you can sip, float and flirt without losing any of the carefree energy.</w:t>
      </w:r>
      <w:r/>
    </w:p>
    <w:p>
      <w:r/>
      <w:r>
        <w:t>If you’re picking a pool party to bring a friend, this kind of venue matters: shaded spots for longer chats, clean facilities, and a staff that helps the day run smoothly. For fast chewers of fun, it’s worth choosing events at established spots like this for an easier, more relaxed afternoon.</w:t>
      </w:r>
      <w:r/>
    </w:p>
    <w:p>
      <w:pPr>
        <w:pStyle w:val="Heading2"/>
      </w:pPr>
      <w:r>
        <w:t>The soundtrack: country meets disco , and it works</w:t>
      </w:r>
      <w:r/>
    </w:p>
    <w:p>
      <w:r/>
      <w:r>
        <w:t>DJ Stephen Jusko’s sets were a clever twist: think toe-tapping country rhythms softened by glittery disco flourishes. The mix gave the party both a camp wink and genuine musicality. Outsmart’s report emphasised how the eclectic playlist kept different groups on their feet, from longtime locals craving country nostalgia to younger guests chasing a disco revival.</w:t>
      </w:r>
      <w:r/>
    </w:p>
    <w:p>
      <w:r/>
      <w:r>
        <w:t>Music can make or break a summer event, and here it became the social glue. If you’re organising or choosing a party, look for DJs who can read the room and blend genres , it makes for those unexpectedly perfect moments when everyone sings along, floating to the same beat.</w:t>
      </w:r>
      <w:r/>
    </w:p>
    <w:p>
      <w:pPr>
        <w:pStyle w:val="Heading2"/>
      </w:pPr>
      <w:r>
        <w:t>How fundraising and friendship blend at events like this</w:t>
      </w:r>
      <w:r/>
    </w:p>
    <w:p>
      <w:r/>
      <w:r>
        <w:t>Events that combine merriment with mission often feel more meaningful. Out at the Rodeo’s pool party is a textbook example: the gathering supports year-round programming while being low-pressure and joyful. People arrive for the sunshine and music, and they leave having supported a cause without the heaviness of a formal fundraiser.</w:t>
      </w:r>
      <w:r/>
    </w:p>
    <w:p>
      <w:r/>
      <w:r>
        <w:t>Practical tip: check event pages before you buy tickets to see how proceeds are used and whether additional options , like donation add-ons or volunteer sign-ups , are available. It’s a small step that keeps your social life and civic life aligned.</w:t>
      </w:r>
      <w:r/>
    </w:p>
    <w:p>
      <w:pPr>
        <w:pStyle w:val="Heading2"/>
      </w:pPr>
      <w:r>
        <w:t>Planning your own summer queer pool day</w:t>
      </w:r>
      <w:r/>
    </w:p>
    <w:p>
      <w:r/>
      <w:r>
        <w:t>Want to recreate this vibe at home or in your community? Start with three things: a playful dress code (cowboy hats, retro swimsuits, bright floaties), a versatile DJ or playlist that mixes eras and genres, and a clear cause or community partner so people feel they’re part of something. Add umbrellas, shaded seating and chilled drinks, and you’ve got the formula for a relaxed, feel-good afternoon.</w:t>
      </w:r>
      <w:r/>
    </w:p>
    <w:p>
      <w:r/>
      <w:r>
        <w:t>And if you’re going out, bring sunscreen, a towel you won’t mind losing to SPF stains, and an open schedule , the best pool parties are the ones that let you drift in and out, literally and socially.</w:t>
      </w:r>
      <w:r/>
    </w:p>
    <w:p>
      <w:r/>
      <w:r>
        <w:t>It's a small change that can make every splash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[6]</w:t>
        </w:r>
      </w:hyperlink>
      <w:r>
        <w:t xml:space="preserve">- Paragraph 5: </w:t>
      </w:r>
      <w:hyperlink r:id="rId11">
        <w:r>
          <w:rPr>
            <w:color w:val="0000EE"/>
            <w:u w:val="single"/>
          </w:rPr>
          <w:t>[4]</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https://www.outsmartmagazine.com/2026/07/out-at-the-rodeos-2026-wild-wild-wet-pool-party/</w:t>
        </w:r>
      </w:hyperlink>
      <w:r>
        <w:t xml:space="preserve"> - Please view link - unable to able to access data</w:t>
      </w:r>
      <w:r/>
    </w:p>
    <w:p>
      <w:pPr>
        <w:pStyle w:val="ListNumber"/>
        <w:spacing w:line="240" w:lineRule="auto"/>
        <w:ind w:left="720"/>
      </w:pPr>
      <w:r/>
      <w:hyperlink r:id="rId10">
        <w:r>
          <w:rPr>
            <w:color w:val="0000EE"/>
            <w:u w:val="single"/>
          </w:rPr>
          <w:t>https://www.themontrosecountryclub.com/about-us</w:t>
        </w:r>
      </w:hyperlink>
      <w:r>
        <w:t xml:space="preserve"> - The Montrose Country Club is a Houston-based pool club, chef-driven restaurant, and social destination. It features a 65-foot cocktail pool, diverse dining options, handcrafted cocktails, and indoor and outdoor social spaces. The venue hosts weekend entertainment and private events, aiming to provide a unique experience where poolside relaxation can seamlessly transition into dining and nightlife. Located in the heart of Montrose, it is proudly LGBTQ+ inclusive and open to all, with no membership required for dining, events, or pool access.</w:t>
      </w:r>
      <w:r/>
    </w:p>
    <w:p>
      <w:pPr>
        <w:pStyle w:val="ListNumber"/>
        <w:spacing w:line="240" w:lineRule="auto"/>
        <w:ind w:left="720"/>
      </w:pPr>
      <w:r/>
      <w:hyperlink r:id="rId12">
        <w:r>
          <w:rPr>
            <w:color w:val="0000EE"/>
            <w:u w:val="single"/>
          </w:rPr>
          <w:t>https://www.outsmartmagazine.com/2025/07/pool-party-montrose-country-club/2/?envira_id=175212</w:t>
        </w:r>
      </w:hyperlink>
      <w:r>
        <w:t xml:space="preserve"> - In July 2025, Out at the Rodeo hosted its inaugural Wild, Wild Wet pool party at The Montrose Country Club. The sold-out event attracted over 300 guests for an afternoon of music, connection, and summer enjoyment. Attendees lounged in the 65-foot cocktail pool, enjoyed Crown Royal cocktails, and sampled dishes curated by executive chef Diego Chiarello. DJ Stephen Jusko provided a blend of country and disco beats, while exclusive merchandise added to the festive atmosphere.</w:t>
      </w:r>
      <w:r/>
    </w:p>
    <w:p>
      <w:pPr>
        <w:pStyle w:val="ListNumber"/>
        <w:spacing w:line="240" w:lineRule="auto"/>
        <w:ind w:left="720"/>
      </w:pPr>
      <w:r/>
      <w:hyperlink r:id="rId11">
        <w:r>
          <w:rPr>
            <w:color w:val="0000EE"/>
            <w:u w:val="single"/>
          </w:rPr>
          <w:t>https://www.outsmartmagazine.com/2026/07/queer-things-to-do-in-houston-july-16-july-19/</w:t>
        </w:r>
      </w:hyperlink>
      <w:r>
        <w:t xml:space="preserve"> - OutSmart Magazine's July 2026 edition highlights queer events in Houston from July 16 to July 19. Notably, on Saturday, July 18, Out at the Rodeo presents the Wild Wild Wet Pool Party at Montrose Country Club. Attendees are encouraged to wear swim trunks, sunscreen, and cowboy hats as DJ Stephen Jusko spins country-disco mixes. The event offers poolside drinks, dancing, and insights into upcoming Out at the Rodeo activities for 2027.</w:t>
      </w:r>
      <w:r/>
    </w:p>
    <w:p>
      <w:pPr>
        <w:pStyle w:val="ListNumber"/>
        <w:spacing w:line="240" w:lineRule="auto"/>
        <w:ind w:left="720"/>
      </w:pPr>
      <w:r/>
      <w:hyperlink r:id="rId13">
        <w:r>
          <w:rPr>
            <w:color w:val="0000EE"/>
            <w:u w:val="single"/>
          </w:rPr>
          <w:t>https://ra.co/events/2367498</w:t>
        </w:r>
      </w:hyperlink>
      <w:r>
        <w:t xml:space="preserve"> - The 'HOUSTON: Sinners Ball' event, scheduled for February 27, 2026, at Rich's Houston, features DJs Dan Darlington and Stephen Jusko. The event promises six hours of intense, sexy chaos, with a lineup designed to ignite the dance floor. Dan Darlington, BRÜT founder and a longtime favorite in the LGBTQ+ party scene, delivers high-energy, vocal-driven tech house, while Stephen Jusko is known for his energetic live sets that deeply connect with the crowd.</w:t>
      </w:r>
      <w:r/>
    </w:p>
    <w:p>
      <w:pPr>
        <w:pStyle w:val="ListNumber"/>
        <w:spacing w:line="240" w:lineRule="auto"/>
        <w:ind w:left="720"/>
      </w:pPr>
      <w:r/>
      <w:hyperlink r:id="rId14">
        <w:r>
          <w:rPr>
            <w:color w:val="0000EE"/>
            <w:u w:val="single"/>
          </w:rPr>
          <w:t>https://www.unation.com/event/bunnies-in-heat-pool-party-67686899/</w:t>
        </w:r>
      </w:hyperlink>
      <w:r>
        <w:t xml:space="preserve"> - The 'Bunnies in Heat - Pool Party' is scheduled for June 28, 2026, at Montrose Country Club. The event is set to begin at 11:00 AM CDT and offers a day of poolside fun. For more details and ticket information, attendees are encouraged to visit the provided website link. The event is open to all ages, and further information can be found on the UNATION website or app, which also lists similar lifestyle events in and around Houston.</w:t>
      </w:r>
      <w:r/>
    </w:p>
    <w:p>
      <w:pPr>
        <w:pStyle w:val="ListNumber"/>
        <w:spacing w:line="240" w:lineRule="auto"/>
        <w:ind w:left="720"/>
      </w:pPr>
      <w:r/>
      <w:hyperlink r:id="rId15">
        <w:r>
          <w:rPr>
            <w:color w:val="0000EE"/>
            <w:u w:val="single"/>
          </w:rPr>
          <w:t>https://www.outsmartmagazine.com/2025/08/pure-for-men-10th-anniversary/</w:t>
        </w:r>
      </w:hyperlink>
      <w:r>
        <w:t xml:space="preserve"> - In August 2025, Pure for Men celebrated its 10th anniversary with a pool party at Montrose Country Club. The event brought together community leaders, customers, and creatives for an afternoon of sun, conversation, and connection. Attendees enjoyed live poolside entertainment, food and drinks, limited-edition merchandise, and product giveaways. The celebration also featured conversations with LGBTQ celebrities, entrepreneurs, and nonprofit leaders, reflecting the brand's commitment to visibility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7/out-at-the-rodeos-2026-wild-wild-wet-pool-party/" TargetMode="External"/><Relationship Id="rId10" Type="http://schemas.openxmlformats.org/officeDocument/2006/relationships/hyperlink" Target="https://www.themontrosecountryclub.com/about-us" TargetMode="External"/><Relationship Id="rId11" Type="http://schemas.openxmlformats.org/officeDocument/2006/relationships/hyperlink" Target="https://www.outsmartmagazine.com/2026/07/queer-things-to-do-in-houston-july-16-july-19/" TargetMode="External"/><Relationship Id="rId12" Type="http://schemas.openxmlformats.org/officeDocument/2006/relationships/hyperlink" Target="https://www.outsmartmagazine.com/2025/07/pool-party-montrose-country-club/2/?envira_id=175212" TargetMode="External"/><Relationship Id="rId13" Type="http://schemas.openxmlformats.org/officeDocument/2006/relationships/hyperlink" Target="https://ra.co/events/2367498" TargetMode="External"/><Relationship Id="rId14" Type="http://schemas.openxmlformats.org/officeDocument/2006/relationships/hyperlink" Target="https://www.unation.com/event/bunnies-in-heat-pool-party-67686899/" TargetMode="External"/><Relationship Id="rId15" Type="http://schemas.openxmlformats.org/officeDocument/2006/relationships/hyperlink" Target="https://www.outsmartmagazine.com/2025/08/pure-for-men-10th-anniversa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