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San Diego Pride 2026 Moments: Candy Floats, Kink Community and Inclusive Spaces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revellers turned up the colour and the cheek at San Diego Pride 2026, where candy-themed floats, a busy Leather Realm and playful kink-friendly events helped Hillcrest and Balboa Park celebrate community, visibility and belonging , and reminded everyone why Pride matters in a fraught year.</w:t>
      </w:r>
      <w:r/>
    </w:p>
    <w:p>
      <w:r/>
      <w:r>
        <w:t>Essential Takeaways</w:t>
      </w:r>
      <w:r/>
      <w:r/>
    </w:p>
    <w:p>
      <w:pPr>
        <w:pStyle w:val="ListBullet"/>
        <w:spacing w:line="240" w:lineRule="auto"/>
        <w:ind w:left="720"/>
      </w:pPr>
      <w:r/>
      <w:r>
        <w:rPr>
          <w:b/>
        </w:rPr>
        <w:t>Candy-coated spectacle:</w:t>
      </w:r>
      <w:r>
        <w:t xml:space="preserve"> Rich’s candy-themed float was a parade standout, bright, playful and packed with satirical sweetness.</w:t>
      </w:r>
      <w:r/>
    </w:p>
    <w:p>
      <w:pPr>
        <w:pStyle w:val="ListBullet"/>
        <w:spacing w:line="240" w:lineRule="auto"/>
        <w:ind w:left="720"/>
      </w:pPr>
      <w:r/>
      <w:r>
        <w:rPr>
          <w:b/>
        </w:rPr>
        <w:t>Kink inclusivity on show:</w:t>
      </w:r>
      <w:r>
        <w:t xml:space="preserve"> Leather Realm created an 18+ space for workshops, demos and community groups with a welcoming, educational vibe.</w:t>
      </w:r>
      <w:r/>
    </w:p>
    <w:p>
      <w:pPr>
        <w:pStyle w:val="ListBullet"/>
        <w:spacing w:line="240" w:lineRule="auto"/>
        <w:ind w:left="720"/>
      </w:pPr>
      <w:r/>
      <w:r>
        <w:rPr>
          <w:b/>
        </w:rPr>
        <w:t>Grassroots gatherings:</w:t>
      </w:r>
      <w:r>
        <w:t xml:space="preserve"> Swap Meat and venue parties offered flea-market style stalls, vendors and live demonstrations , tactile, social and lively.</w:t>
      </w:r>
      <w:r/>
    </w:p>
    <w:p>
      <w:pPr>
        <w:pStyle w:val="ListBullet"/>
        <w:spacing w:line="240" w:lineRule="auto"/>
        <w:ind w:left="720"/>
      </w:pPr>
      <w:r/>
      <w:r>
        <w:rPr>
          <w:b/>
        </w:rPr>
        <w:t>Community-first energy:</w:t>
      </w:r>
      <w:r>
        <w:t xml:space="preserve"> Organisers and participants said Pride felt essential as a refuge amid rising anti-LGBTQ+ sentiment.</w:t>
      </w:r>
      <w:r/>
    </w:p>
    <w:p>
      <w:pPr>
        <w:pStyle w:val="ListBullet"/>
        <w:spacing w:line="240" w:lineRule="auto"/>
        <w:ind w:left="720"/>
      </w:pPr>
      <w:r/>
      <w:r>
        <w:rPr>
          <w:b/>
        </w:rPr>
        <w:t>Sensory details:</w:t>
      </w:r>
      <w:r>
        <w:t xml:space="preserve"> Think confetti, harnesses, shibari rope art, scented candles and the low thrum of pup play on the dancefloor.</w:t>
      </w:r>
      <w:r/>
      <w:r/>
    </w:p>
    <w:p>
      <w:pPr>
        <w:pStyle w:val="Heading2"/>
      </w:pPr>
      <w:r>
        <w:t>A candy float stole the parade , and everyone smiled</w:t>
      </w:r>
      <w:r/>
    </w:p>
    <w:p>
      <w:r/>
      <w:r>
        <w:t>The parade down 6th Street looked like a late-summer confection, with Rich’s candy-themed float serving as an instant visual headline. It was bright, noisy and a little cheeky , the kind of theatrical fun that turns a march into a party. Parade-goers responded the way crowds do to something delightful: laughing, taking photos, and lingering a beat longer. Parade organisers told attendees the route through Balboa Park was chosen to keep the community close to its cultural heart, and that mix of pageant and prank is part of why locals keep coming back.</w:t>
      </w:r>
      <w:r/>
    </w:p>
    <w:p>
      <w:pPr>
        <w:pStyle w:val="Heading2"/>
      </w:pPr>
      <w:r>
        <w:t>Swap Meat and nightlife events knitted Hillcrest together</w:t>
      </w:r>
      <w:r/>
    </w:p>
    <w:p>
      <w:r/>
      <w:r>
        <w:t>Pride week didn’t begin with the parade; it began in Hillcrest’s pubs and pop-ups. Swap Meat, a fetish-themed flea market at Urban Mo’s, doubled as a social hub where leather folk traded gear and stories. Meanwhile, nights at The Brass Rail and other venues offered live shibari and flogging demonstrations alongside DJs and themed parties. That combination of market, performance and party is exactly what Hillcrest’s weekend scene is built for , tactile, social and a little bit edgy , and it gave people a place to reconnect in person.</w:t>
      </w:r>
      <w:r/>
    </w:p>
    <w:p>
      <w:pPr>
        <w:pStyle w:val="Heading2"/>
      </w:pPr>
      <w:r>
        <w:t>Leather Realm: making an 18+ kink space feel communal</w:t>
      </w:r>
      <w:r/>
    </w:p>
    <w:p>
      <w:r/>
      <w:r>
        <w:t>Leather Realm at the festival carved out a private area for adults to explore kink culture in a curated, consenting environment. Workshops on everything from basic techniques to safety were run in open-air tents, with volunteers guiding beginners through introductions to spanking, ropework and other practices. Club leaders and volunteers emphasised that the space is as much about community-building as it is about fetish: people often find friends and support networks through kink groups, not just partners.</w:t>
      </w:r>
      <w:r/>
    </w:p>
    <w:p>
      <w:pPr>
        <w:pStyle w:val="Heading2"/>
      </w:pPr>
      <w:r>
        <w:t>Vendors, crafts and the small-business heartbeat of Pride</w:t>
      </w:r>
      <w:r/>
    </w:p>
    <w:p>
      <w:r/>
      <w:r>
        <w:t>Beyond performances and demos, Pride’s market scene was a parade of small businesses: handmade crowns, scented candles with drag-themed names and customised collectibles. Local makers like A. Russell Design and craftspeople selling mosaic jewellery or scented goods brought a tactile, local-market energy to Balboa Park. For shoppers, it was less about souvenirs and more about supporting folks who make community their livelihood.</w:t>
      </w:r>
      <w:r/>
    </w:p>
    <w:p>
      <w:pPr>
        <w:pStyle w:val="Heading2"/>
      </w:pPr>
      <w:r>
        <w:t>Why this Pride felt necessary , and what it means going forward</w:t>
      </w:r>
      <w:r/>
    </w:p>
    <w:p>
      <w:r/>
      <w:r>
        <w:t>Many attendees described the 2026 event as a refuge: a chance to gather face-to-face while political and cultural pressures grow elsewhere. Organisers framed Pride as a site of resistance and joy, not just marching but making space for diverse expressions of queer life. Looking ahead, expect more curated adult-only spaces, continued collaboration between nightlife venues and festival teams, and an emphasis on safety and education so newcomers can participate confidently.</w:t>
      </w:r>
      <w:r/>
    </w:p>
    <w:p>
      <w:r/>
      <w:r>
        <w:t>It's a small change that can make every celebration safer and sweeter.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https://www.gaycities.com/articles/106251/san-diego-pride-2026-served-up-a-candy-land-of-queer-community-and-kink-inclusion/</w:t>
        </w:r>
      </w:hyperlink>
      <w:r>
        <w:t xml:space="preserve"> - Please view link - unable to able to access data</w:t>
      </w:r>
      <w:r/>
    </w:p>
    <w:p>
      <w:pPr>
        <w:pStyle w:val="ListNumber"/>
        <w:spacing w:line="240" w:lineRule="auto"/>
        <w:ind w:left="720"/>
      </w:pPr>
      <w:r/>
      <w:hyperlink r:id="rId10">
        <w:r>
          <w:rPr>
            <w:color w:val="0000EE"/>
            <w:u w:val="single"/>
          </w:rPr>
          <w:t>https://www.sdccd.edu/about/pride.aspx</w:t>
        </w:r>
      </w:hyperlink>
      <w:r>
        <w:t xml:space="preserve"> - The San Diego Community College District (SDCCD) has been participating in the annual San Diego Pride Parade for over 40 years. In 2026, they marched under the district banner on July 18, with the theme 'Pride Shines On.' This marked the eighth year the district marched together as a contingent, showcasing their commitment to diversity and inclusion within the LGBTQ+ community.</w:t>
      </w:r>
      <w:r/>
    </w:p>
    <w:p>
      <w:pPr>
        <w:pStyle w:val="ListNumber"/>
        <w:spacing w:line="240" w:lineRule="auto"/>
        <w:ind w:left="720"/>
      </w:pPr>
      <w:r/>
      <w:hyperlink r:id="rId15">
        <w:r>
          <w:rPr>
            <w:color w:val="0000EE"/>
            <w:u w:val="single"/>
          </w:rPr>
          <w:t>https://sdpride.org/motorcycle/</w:t>
        </w:r>
      </w:hyperlink>
      <w:r>
        <w:t xml:space="preserve"> - The San Diego Pride Motorcycle Contingent is a significant part of the Pride Parade, scheduled for July 18, 2026. Participants are required to register, with early bird registration available until May 31, 2026. The parade, themed 'Pride Shines On,' is set to take place in Hillcrest, San Diego, and is among the largest single-day civic events in the region, attracting over 250,000 supporters of the LGBTQIA+ community.</w:t>
      </w:r>
      <w:r/>
    </w:p>
    <w:p>
      <w:pPr>
        <w:pStyle w:val="ListNumber"/>
        <w:spacing w:line="240" w:lineRule="auto"/>
        <w:ind w:left="720"/>
      </w:pPr>
      <w:r/>
      <w:hyperlink r:id="rId12">
        <w:r>
          <w:rPr>
            <w:color w:val="0000EE"/>
            <w:u w:val="single"/>
          </w:rPr>
          <w:t>https://sandiegoleatherrealm.com/</w:t>
        </w:r>
      </w:hyperlink>
      <w:r>
        <w:t xml:space="preserve"> - San Diego Leather Realm is a 24,000+ square-foot, age-restricted area within the San Diego Pride Festival, dedicated to kink and leather communities. Operating for over 30 years, it offers educational workshops, hands-on demonstrations, and community spaces. In 2026, Leather Realm is scheduled to open on July 18–19, providing a safe and inclusive environment for attendees to explore various aspects of the kink lifestyle.</w:t>
      </w:r>
      <w:r/>
    </w:p>
    <w:p>
      <w:pPr>
        <w:pStyle w:val="ListNumber"/>
        <w:spacing w:line="240" w:lineRule="auto"/>
        <w:ind w:left="720"/>
      </w:pPr>
      <w:r/>
      <w:hyperlink r:id="rId14">
        <w:r>
          <w:rPr>
            <w:color w:val="0000EE"/>
            <w:u w:val="single"/>
          </w:rPr>
          <w:t>https://sdpride.org/parade-2026/</w:t>
        </w:r>
      </w:hyperlink>
      <w:r>
        <w:t xml:space="preserve"> - The San Diego Pride Parade, themed 'Pride Shines On,' is scheduled for July 18, 2026. It is the largest single-day civic event in the region, attracting over 250,000 supporters of the LGBTQIA+ community. The parade route spans 1.5 miles through Hillcrest, San Diego. Applications for parade contingents are open, with a focus on diversity and inclusion, reflecting the community's commitment to equality and pride.</w:t>
      </w:r>
      <w:r/>
    </w:p>
    <w:p>
      <w:pPr>
        <w:pStyle w:val="ListNumber"/>
        <w:spacing w:line="240" w:lineRule="auto"/>
        <w:ind w:left="720"/>
      </w:pPr>
      <w:r/>
      <w:hyperlink r:id="rId11">
        <w:r>
          <w:rPr>
            <w:color w:val="0000EE"/>
            <w:u w:val="single"/>
          </w:rPr>
          <w:t>https://www.fabuloushillcrest.com/events-pride/richsmischiefprideparty</w:t>
        </w:r>
      </w:hyperlink>
      <w:r>
        <w:t xml:space="preserve"> - Rich's San Diego is hosting 'Mischief Pride Kick-Off' events from July 15 to July 19, 2026, with the theme 'CANDYLAND.' The club will be transformed into a colorful candy fantasy, featuring various Pride events, including performances by Kandy Muse and Detox. The venue is located at 1051 University Avenue, San Diego, California, and offers a vibrant atmosphere for the LGBTQ+ community during Pride week.</w:t>
      </w:r>
      <w:r/>
    </w:p>
    <w:p>
      <w:pPr>
        <w:pStyle w:val="ListNumber"/>
        <w:spacing w:line="240" w:lineRule="auto"/>
        <w:ind w:left="720"/>
      </w:pPr>
      <w:r/>
      <w:hyperlink r:id="rId13">
        <w:r>
          <w:rPr>
            <w:color w:val="0000EE"/>
            <w:u w:val="single"/>
          </w:rPr>
          <w:t>https://mrcityentertainment.com/</w:t>
        </w:r>
      </w:hyperlink>
      <w:r>
        <w:t xml:space="preserve"> - Fetish Gras is an annual event in San Diego that blends Mardi Gras festivities with leather, lace, and unapologetic kink. Celebrating its 5th anniversary in 2026, the event is scheduled for President’s Day Weekend, aligning with Mardi Gras Weekend. It features immersive set designs, provocative fetish demonstrations, and interactive experiences, aiming to create a full-on kink carnival experience for attendees.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251/san-diego-pride-2026-served-up-a-candy-land-of-queer-community-and-kink-inclusion/" TargetMode="External"/><Relationship Id="rId10" Type="http://schemas.openxmlformats.org/officeDocument/2006/relationships/hyperlink" Target="https://www.sdccd.edu/about/pride.aspx" TargetMode="External"/><Relationship Id="rId11" Type="http://schemas.openxmlformats.org/officeDocument/2006/relationships/hyperlink" Target="https://www.fabuloushillcrest.com/events-pride/richsmischiefprideparty" TargetMode="External"/><Relationship Id="rId12" Type="http://schemas.openxmlformats.org/officeDocument/2006/relationships/hyperlink" Target="https://sandiegoleatherrealm.com/" TargetMode="External"/><Relationship Id="rId13" Type="http://schemas.openxmlformats.org/officeDocument/2006/relationships/hyperlink" Target="https://mrcityentertainment.com/" TargetMode="External"/><Relationship Id="rId14" Type="http://schemas.openxmlformats.org/officeDocument/2006/relationships/hyperlink" Target="https://sdpride.org/parade-2026/" TargetMode="External"/><Relationship Id="rId15" Type="http://schemas.openxmlformats.org/officeDocument/2006/relationships/hyperlink" Target="https://sdpride.org/motorcy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