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Roze Maandag Guides: How Tilburg’s Pride Walk Became a Big-Hearted Blockbuster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partygoers are flocking to Tilburg each Roze Maandag, where the Pride Walk, drag shows and carnival-style crowds meet , and questions about commercialisation and real inclusion keep bubbling up. Here’s what to know, where to go and how to spot a genuinely safe, welcoming moment.</w:t>
      </w:r>
      <w:r/>
    </w:p>
    <w:p>
      <w:r/>
      <w:r>
        <w:t>Essential takeaways</w:t>
      </w:r>
      <w:r/>
      <w:r/>
    </w:p>
    <w:p>
      <w:pPr>
        <w:pStyle w:val="ListBullet"/>
        <w:spacing w:line="240" w:lineRule="auto"/>
        <w:ind w:left="720"/>
      </w:pPr>
      <w:r/>
      <w:r>
        <w:rPr>
          <w:b/>
        </w:rPr>
        <w:t>Huge turnout:</w:t>
      </w:r>
      <w:r>
        <w:t xml:space="preserve"> Roze Maandag draws up to hundreds of thousands of visitors, mixing carnival crowds with Pride attendees and family groups; the Pride Walk starts at Tilburg station. </w:t>
      </w:r>
      <w:r/>
    </w:p>
    <w:p>
      <w:pPr>
        <w:pStyle w:val="ListBullet"/>
        <w:spacing w:line="240" w:lineRule="auto"/>
        <w:ind w:left="720"/>
      </w:pPr>
      <w:r/>
      <w:r>
        <w:rPr>
          <w:b/>
        </w:rPr>
        <w:t>From protest to party:</w:t>
      </w:r>
      <w:r>
        <w:t xml:space="preserve"> The day began as protest and visibility work but now reads as a public festival with mainstream acts and big hospitality involvement. </w:t>
      </w:r>
      <w:r/>
    </w:p>
    <w:p>
      <w:pPr>
        <w:pStyle w:val="ListBullet"/>
        <w:spacing w:line="240" w:lineRule="auto"/>
        <w:ind w:left="720"/>
      </w:pPr>
      <w:r/>
      <w:r>
        <w:rPr>
          <w:b/>
        </w:rPr>
        <w:t>Safety concerns:</w:t>
      </w:r>
      <w:r>
        <w:t xml:space="preserve"> Community groups still report incidents and say many queer people seek safe spaces by evening; organisers offer dedicated events and facilities like changing rooms. </w:t>
      </w:r>
      <w:r/>
    </w:p>
    <w:p>
      <w:pPr>
        <w:pStyle w:val="ListBullet"/>
        <w:spacing w:line="240" w:lineRule="auto"/>
        <w:ind w:left="720"/>
      </w:pPr>
      <w:r/>
      <w:r>
        <w:rPr>
          <w:b/>
        </w:rPr>
        <w:t>Local-led initiatives:</w:t>
      </w:r>
      <w:r>
        <w:t xml:space="preserve"> Several grassroots events, ballroom showcases and drag competitions aim to centre queer voices, especially bicultural and trans performers. </w:t>
      </w:r>
      <w:r/>
    </w:p>
    <w:p>
      <w:pPr>
        <w:pStyle w:val="ListBullet"/>
        <w:spacing w:line="240" w:lineRule="auto"/>
        <w:ind w:left="720"/>
      </w:pPr>
      <w:r/>
      <w:r>
        <w:rPr>
          <w:b/>
        </w:rPr>
        <w:t>Pick your experience:</w:t>
      </w:r>
      <w:r>
        <w:t xml:space="preserve"> You can join the mass street party or opt for niche gatherings that emphasise care, identity and community support.</w:t>
      </w:r>
      <w:r/>
      <w:r/>
    </w:p>
    <w:p>
      <w:pPr>
        <w:pStyle w:val="Heading2"/>
      </w:pPr>
      <w:r>
        <w:t>Why Roze Maandag feels like carnival , and why that’s complicated</w:t>
      </w:r>
      <w:r/>
    </w:p>
    <w:p>
      <w:r/>
      <w:r>
        <w:t>The first thing you notice is noise: brass, pop and the crowd’s chatter, with carnival energy spilling into Pride. According to local listings, the Pride Walk departs from Tilburg station and threads through the kermis, bringing together families, tourists and long-time visitors. That mix is joyful and, for many, exactly the point , visibility with confetti.</w:t>
      </w:r>
      <w:r/>
    </w:p>
    <w:p>
      <w:r/>
      <w:r>
        <w:t>But there’s a tension. Community advocates point out that Pride’s roots were protest and safety, not simply spectacle. As big-name DJs and mainstream venues chase the Roze Maandag crowd, some queer voices say the day is drifting from political purpose towards a commercial fairground. Practically, that means if you come for solidarity you might find drag shows and ballroom culture side by side with corporate sponsorships.</w:t>
      </w:r>
      <w:r/>
    </w:p>
    <w:p>
      <w:pPr>
        <w:pStyle w:val="Heading2"/>
      </w:pPr>
      <w:r>
        <w:t>Where to find the authentic queer spaces during Roze Maandag</w:t>
      </w:r>
      <w:r/>
    </w:p>
    <w:p>
      <w:r/>
      <w:r>
        <w:t>If you want something that feels like it’s by and for the community, look for smaller programmed events and ballroom-style nights. Organisers of specialist parties make an effort to create safe, affirming environments , for instance, by providing private changing areas so performers and attendees can prepare comfortably and discreetly.</w:t>
      </w:r>
      <w:r/>
    </w:p>
    <w:p>
      <w:r/>
      <w:r>
        <w:t>Local groups and community venues stage panel talks, competitions and dedicated queer nights that prioritise representation. Those events are often where bicultural, trans and queer people of colour get floor time, rather than being decorative backdrops for bigger commercial gigs. Tip: check the official Roze Maandag and Tilburg Pride event pages for lists of community-focused line-ups.</w:t>
      </w:r>
      <w:r/>
    </w:p>
    <w:p>
      <w:pPr>
        <w:pStyle w:val="Heading2"/>
      </w:pPr>
      <w:r>
        <w:t>Commercialisation: useful ally or worrying cash grab?</w:t>
      </w:r>
      <w:r/>
    </w:p>
    <w:p>
      <w:r/>
      <w:r>
        <w:t>There’s a practical upside to mainstream interest: more venues stay open, more jobs pop up and visibility reaches people who might otherwise never attend a Pride event. Some bar owners who are part of the queer community say the extra footfall helps them invest in shows and keep venues running year-round.</w:t>
      </w:r>
      <w:r/>
    </w:p>
    <w:p>
      <w:r/>
      <w:r>
        <w:t>Yet critics ask whether businesses really practise inclusion beyond the one-day branding. Are staff trained? Do venues respond to incidents the rest of the year? Experience on the ground suggests a mixed bag , some places lean into meaningful support, others merely display rainbow flags for custom. As a visitor, watch how staff interact, whether security is trained in de-escalation, and whether queer acts are paid fairly.</w:t>
      </w:r>
      <w:r/>
    </w:p>
    <w:p>
      <w:pPr>
        <w:pStyle w:val="Heading2"/>
      </w:pPr>
      <w:r>
        <w:t>Safety and visibility: what changes after the confetti falls</w:t>
      </w:r>
      <w:r/>
    </w:p>
    <w:p>
      <w:r/>
      <w:r>
        <w:t>Community representatives stress that the public warmth of Roze Maandag doesn’t erase everyday risks. Reports of harassment and assaults elsewhere in the city mean many queer people retreat to known safe spots by late evening. That’s why some organisers programme earlier, welcoming activities and then closed, protected parties later on.</w:t>
      </w:r>
      <w:r/>
    </w:p>
    <w:p>
      <w:r/>
      <w:r>
        <w:t>A sensible plan if you’re attending: map out official safe-hub locations, travel with friends, and consider joining community-led events that explicitly list safety measures. If you see or experience harassment, report it to event staff or the police; organisers increasingly emphasise reporting as part of keeping spaces safer for everyone.</w:t>
      </w:r>
      <w:r/>
    </w:p>
    <w:p>
      <w:pPr>
        <w:pStyle w:val="Heading2"/>
      </w:pPr>
      <w:r>
        <w:t>How to choose your Roze Maandag , practical tips for visitors</w:t>
      </w:r>
      <w:r/>
    </w:p>
    <w:p>
      <w:r/>
      <w:r>
        <w:t>Decide what you want: big open-air fun or intimate community programming. If it’s the former, arrive early, wear comfy shoes and expect crowds around the Paleisring and Stadhuisstraat. For more meaningful connection, look for drag competitions, ballroom nights and panel talks listed on local Pride and Roze Maandag sites.</w:t>
      </w:r>
      <w:r/>
    </w:p>
    <w:p>
      <w:r/>
      <w:r>
        <w:t>Respect spaces that identify as community-first: follow event codes, buy tickets to fund the performers and consider volunteering or donating to groups that support queer people year-round. And remember, celebrating visibly can be political , it matters how you join in.</w:t>
      </w:r>
      <w:r/>
    </w:p>
    <w:p>
      <w:r/>
      <w:r>
        <w:t>It's a small change that can make every celebration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https://www.bd.nl/tilburg/van-protest-naar-publieksfeest-is-roze-maandag-niet-gewoon-een-verdienmodel-de-vraag-is-of-bedrijven-echt-inclusief-zijn~a678881e/</w:t>
        </w:r>
      </w:hyperlink>
      <w:r>
        <w:t xml:space="preserve"> - Please view link - unable to able to access data</w:t>
      </w:r>
      <w:r/>
    </w:p>
    <w:p>
      <w:pPr>
        <w:pStyle w:val="ListNumber"/>
        <w:spacing w:line="240" w:lineRule="auto"/>
        <w:ind w:left="720"/>
      </w:pPr>
      <w:r/>
      <w:hyperlink r:id="rId10">
        <w:r>
          <w:rPr>
            <w:color w:val="0000EE"/>
            <w:u w:val="single"/>
          </w:rPr>
          <w:t>https://tilburg.com/agenda/roze-maandag/</w:t>
        </w:r>
      </w:hyperlink>
      <w:r>
        <w:t xml:space="preserve"> - Roze Maandag 2026 is scheduled for 20 July 2026 in the city centre of Tilburg. The day begins at 13:00 with the arrival of the Roze Maandag Express at Tilburg Central Station, followed by the Pride Walk towards the fairgrounds. The official opening takes place around 14:00 at the Jupiler Bierhal Plein. The event is free to attend, with various festivities and performances throughout the city. For more details, visit the official website.</w:t>
      </w:r>
      <w:r/>
    </w:p>
    <w:p>
      <w:pPr>
        <w:pStyle w:val="ListNumber"/>
        <w:spacing w:line="240" w:lineRule="auto"/>
        <w:ind w:left="720"/>
      </w:pPr>
      <w:r/>
      <w:hyperlink r:id="rId11">
        <w:r>
          <w:rPr>
            <w:color w:val="0000EE"/>
            <w:u w:val="single"/>
          </w:rPr>
          <w:t>https://kermistilburg.nl/events/pride-walk-roze-maandag/</w:t>
        </w:r>
      </w:hyperlink>
      <w:r>
        <w:t xml:space="preserve"> - The Pride Walk during Roze Maandag is a vibrant parade through Tilburg, celebrating diversity and inclusivity. Participants gather at 12:30 at Tilburg Central Station, with the walk commencing at 13:00. The procession is accompanied by festive music and entertainment, culminating at the Jupiler Bierplein around 13:45, where the official opening of Roze Maandag occurs at 14:00. The event is free to join, and all are welcome to participate.</w:t>
      </w:r>
      <w:r/>
    </w:p>
    <w:p>
      <w:pPr>
        <w:pStyle w:val="ListNumber"/>
        <w:spacing w:line="240" w:lineRule="auto"/>
        <w:ind w:left="720"/>
      </w:pPr>
      <w:r/>
      <w:hyperlink r:id="rId13">
        <w:r>
          <w:rPr>
            <w:color w:val="0000EE"/>
            <w:u w:val="single"/>
          </w:rPr>
          <w:t>https://www.tilburgpride.nl/event-details/pride-walk-roze-maandag-2026</w:t>
        </w:r>
      </w:hyperlink>
      <w:r>
        <w:t xml:space="preserve"> - Stichting Tilburg Pride invites everyone to join the Pride Walk during Roze Maandag on 20 July 2026. The walk starts at 12:00 at Tilburg Central Station, with participants gathering around 12:00. The event aims to celebrate diversity and inclusivity, and for more information, attendees are encouraged to follow the social media channels of Stichting Roze Maandag.</w:t>
      </w:r>
      <w:r/>
    </w:p>
    <w:p>
      <w:pPr>
        <w:pStyle w:val="ListNumber"/>
        <w:spacing w:line="240" w:lineRule="auto"/>
        <w:ind w:left="720"/>
      </w:pPr>
      <w:r/>
      <w:hyperlink r:id="rId14">
        <w:r>
          <w:rPr>
            <w:color w:val="0000EE"/>
            <w:u w:val="single"/>
          </w:rPr>
          <w:t>https://www.infointilburg.com/nl/evenement/roze-maandag</w:t>
        </w:r>
      </w:hyperlink>
      <w:r>
        <w:t xml:space="preserve"> - Roze Maandag is a celebration of freedom, equality, and inclusion, taking place on 20 July 2026 in Tilburg. The day begins with the Roze Maandag Express arriving from the Randstad, featuring DJs and drag queens. Upon arrival at Tilburg Central Station, the Pride Walk commences, showcasing pride and unity throughout the city. Various events and performances are scheduled across Tilburg, making it the largest pink festival terrain in the Netherlands.</w:t>
      </w:r>
      <w:r/>
    </w:p>
    <w:p>
      <w:pPr>
        <w:pStyle w:val="ListNumber"/>
        <w:spacing w:line="240" w:lineRule="auto"/>
        <w:ind w:left="720"/>
      </w:pPr>
      <w:r/>
      <w:hyperlink r:id="rId12">
        <w:r>
          <w:rPr>
            <w:color w:val="0000EE"/>
            <w:u w:val="single"/>
          </w:rPr>
          <w:t>https://www.rozemaandag.nl/</w:t>
        </w:r>
      </w:hyperlink>
      <w:r>
        <w:t xml:space="preserve"> - Roze Maandag, one of the largest LGBTQIA+ festivals in the Netherlands, is part of the Tilburgse Kermis. The event focuses on visibility, acceptance, and celebrating a pink party for everyone. The organisation is supported by the city, with Stichting Roze Maandag handling promotion and the event's philosophy. Roze Maandag 2026 is scheduled for 20 July, with various activities and performances planned throughout the day.</w:t>
      </w:r>
      <w:r/>
    </w:p>
    <w:p>
      <w:pPr>
        <w:pStyle w:val="ListNumber"/>
        <w:spacing w:line="240" w:lineRule="auto"/>
        <w:ind w:left="720"/>
      </w:pPr>
      <w:r/>
      <w:hyperlink r:id="rId15">
        <w:r>
          <w:rPr>
            <w:color w:val="0000EE"/>
            <w:u w:val="single"/>
          </w:rPr>
          <w:t>https://d66.nl/tilburg/events/roze-maandag/</w:t>
        </w:r>
      </w:hyperlink>
      <w:r>
        <w:t xml:space="preserve"> - D66 Tilburg is hosting a joint breakfast on 20 July 2026 at Smeer 'm, Spoorlaan 422, 5038 CG Tilburg, to celebrate Roze Maandag. After the breakfast, attendees are invited to join the Pride Walk, which starts at the station across the street. The Pride Walk is a collective walk through the city during Roze Maandag, one of the most renowned days of the Tilburgse Kermis, symbolising visibility, acceptance, and being oneself.</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d.nl/tilburg/van-protest-naar-publieksfeest-is-roze-maandag-niet-gewoon-een-verdienmodel-de-vraag-is-of-bedrijven-echt-inclusief-zijn~a678881e/" TargetMode="External"/><Relationship Id="rId10" Type="http://schemas.openxmlformats.org/officeDocument/2006/relationships/hyperlink" Target="https://tilburg.com/agenda/roze-maandag/" TargetMode="External"/><Relationship Id="rId11" Type="http://schemas.openxmlformats.org/officeDocument/2006/relationships/hyperlink" Target="https://kermistilburg.nl/events/pride-walk-roze-maandag/" TargetMode="External"/><Relationship Id="rId12" Type="http://schemas.openxmlformats.org/officeDocument/2006/relationships/hyperlink" Target="https://www.rozemaandag.nl/" TargetMode="External"/><Relationship Id="rId13" Type="http://schemas.openxmlformats.org/officeDocument/2006/relationships/hyperlink" Target="https://www.tilburgpride.nl/event-details/pride-walk-roze-maandag-2026" TargetMode="External"/><Relationship Id="rId14" Type="http://schemas.openxmlformats.org/officeDocument/2006/relationships/hyperlink" Target="https://www.infointilburg.com/nl/evenement/roze-maandag" TargetMode="External"/><Relationship Id="rId15" Type="http://schemas.openxmlformats.org/officeDocument/2006/relationships/hyperlink" Target="https://d66.nl/tilburg/events/roze-maanda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