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Roze Maandag Guide: Where to See the Biggest Pride Parade in Tilburg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colour and spectacle: Roze Maandag in Tilburg has become the must-see Pride event for locals and visitors alike, a joyful day of parades, drag, music and street parties that matters because it’s as much about belonging as it is about looking good. Here’s what to expect, where to go and how to make the most of the pinkest Monday of the year.</w:t>
      </w:r>
      <w:r/>
    </w:p>
    <w:p>
      <w:r/>
      <w:r>
        <w:t>Essential Takeaways</w:t>
      </w:r>
      <w:r/>
      <w:r/>
    </w:p>
    <w:p>
      <w:pPr>
        <w:pStyle w:val="ListBullet"/>
        <w:spacing w:line="240" w:lineRule="auto"/>
        <w:ind w:left="720"/>
      </w:pPr>
      <w:r/>
      <w:r>
        <w:rPr>
          <w:b/>
        </w:rPr>
        <w:t>Parade highlight:</w:t>
      </w:r>
      <w:r>
        <w:t xml:space="preserve"> The Pride Walk through Tilburg’s Stationsstraat is the day’s visual high point , flamboyant, loud and full of confetti.</w:t>
      </w:r>
      <w:r/>
    </w:p>
    <w:p>
      <w:pPr>
        <w:pStyle w:val="ListBullet"/>
        <w:spacing w:line="240" w:lineRule="auto"/>
        <w:ind w:left="720"/>
      </w:pPr>
      <w:r/>
      <w:r>
        <w:rPr>
          <w:b/>
        </w:rPr>
        <w:t>Dress for fun:</w:t>
      </w:r>
      <w:r>
        <w:t xml:space="preserve"> Expect unicorn suits, cowboy hats, bright pink tees and playful masks; comfort and layers help as the day goes on.</w:t>
      </w:r>
      <w:r/>
    </w:p>
    <w:p>
      <w:pPr>
        <w:pStyle w:val="ListBullet"/>
        <w:spacing w:line="240" w:lineRule="auto"/>
        <w:ind w:left="720"/>
      </w:pPr>
      <w:r/>
      <w:r>
        <w:rPr>
          <w:b/>
        </w:rPr>
        <w:t>Family-friendly vibe:</w:t>
      </w:r>
      <w:r>
        <w:t xml:space="preserve"> Terraces fill up, crowds are welcoming, and the atmosphere feels celebratory rather than confrontational.</w:t>
      </w:r>
      <w:r/>
    </w:p>
    <w:p>
      <w:pPr>
        <w:pStyle w:val="ListBullet"/>
        <w:spacing w:line="240" w:lineRule="auto"/>
        <w:ind w:left="720"/>
      </w:pPr>
      <w:r/>
      <w:r>
        <w:rPr>
          <w:b/>
        </w:rPr>
        <w:t>Local meaning:</w:t>
      </w:r>
      <w:r>
        <w:t xml:space="preserve"> Organisers frame the day as a celebration of freedom and acceptance , it’s political in feeling, joyful in practice.</w:t>
      </w:r>
      <w:r/>
    </w:p>
    <w:p>
      <w:pPr>
        <w:pStyle w:val="ListBullet"/>
        <w:spacing w:line="240" w:lineRule="auto"/>
        <w:ind w:left="720"/>
      </w:pPr>
      <w:r/>
      <w:r>
        <w:rPr>
          <w:b/>
        </w:rPr>
        <w:t>Practical tip:</w:t>
      </w:r>
      <w:r>
        <w:t xml:space="preserve"> Plan for busy streets and limited seating; arrive early for prime viewing spots along the route.</w:t>
      </w:r>
      <w:r/>
      <w:r/>
    </w:p>
    <w:p>
      <w:pPr>
        <w:pStyle w:val="Heading2"/>
      </w:pPr>
      <w:r>
        <w:t>Why Roze Maandag still feels like a city-wide party</w:t>
      </w:r>
      <w:r/>
    </w:p>
    <w:p>
      <w:r/>
      <w:r>
        <w:t>Start with colour: confetti cannons and pink banners turn Tilburg’s central streets into a stage, and the sensory effect is immediate , bright, noisy, and infectious. According to local listings and event pages, the Stationsstraat is where most eyes are fixed, with terraces on both sides offering good people-watching. Expect a mix of planned performances and spontaneous moments, which keeps the whole day feeling fresh and a little improvisational.</w:t>
      </w:r>
      <w:r/>
    </w:p>
    <w:p>
      <w:r/>
      <w:r>
        <w:t>Backstory matters here. Roze Maandag grew from city pride traditions into a signature Monday during Tilburg Fair week, and organisers now treat the event as both a party and a public statement about acceptance. That mix explains why crowds feel celebratory yet purposeful: people come to have fun, but many also use the day to show community support.</w:t>
      </w:r>
      <w:r/>
    </w:p>
    <w:p>
      <w:pPr>
        <w:pStyle w:val="Heading2"/>
      </w:pPr>
      <w:r>
        <w:t>What to see: Pride Walk, drag shows and themed bars</w:t>
      </w:r>
      <w:r/>
    </w:p>
    <w:p>
      <w:r/>
      <w:r>
        <w:t>The Pride Walk is the parade that sets the tempo. Drag performers, floats and community groups move through the city centre, and the visual variety is part of the charm , think sequins beside leather, loud makeup beside casual jeans. Nearby venues and pop-up stages host sets all afternoon and into the evening, including drag shows and DJ booths.</w:t>
      </w:r>
      <w:r/>
    </w:p>
    <w:p>
      <w:r/>
      <w:r>
        <w:t>If you want to focus your route, check the official Roze Maandag schedule and the event’s partnered venues. Some themed bars and pop-ups programme special acts, while larger squares host DJs and live acts. It’s a good idea to pick 2–3 spots in advance rather than trying to follow every stage.</w:t>
      </w:r>
      <w:r/>
    </w:p>
    <w:p>
      <w:pPr>
        <w:pStyle w:val="Heading2"/>
      </w:pPr>
      <w:r>
        <w:t>How it feels for first-time visitors and newcomers</w:t>
      </w:r>
      <w:r/>
    </w:p>
    <w:p>
      <w:r/>
      <w:r>
        <w:t>For many attendees who’ve come from places with fewer freedoms, Roze Maandag can be overwhelming in the best way , open, loud and inclusive. Local press coverage and event pages highlight visitors who describe the day as a kind of freedom festival. That emotional lift is part of the draw; seeing so many people openly express themselves has a contagious warmth.</w:t>
      </w:r>
      <w:r/>
    </w:p>
    <w:p>
      <w:r/>
      <w:r>
        <w:t>Practical note: bring water, wear comfortable shoes, and choose a viewing spot near a café or bench if you want a break. The crowds are friendly, but full streets mean you’ll want quick access to a quieter spot if you need it.</w:t>
      </w:r>
      <w:r/>
    </w:p>
    <w:p>
      <w:pPr>
        <w:pStyle w:val="Heading2"/>
      </w:pPr>
      <w:r>
        <w:t>Dressing up and joining in: costume tips that don’t slow you down</w:t>
      </w:r>
      <w:r/>
    </w:p>
    <w:p>
      <w:r/>
      <w:r>
        <w:t>Part of the fun is the costume play , from pink T-shirts to elaborate unicorn suits , but comfort should win. Lightweight layers breathe in warm weather and can be removed as the day cools. If you want to stand out, pick one bold element: a hat, a mask, a statement accessory. That way you’re part of the spectacle without being weighed down.</w:t>
      </w:r>
      <w:r/>
    </w:p>
    <w:p>
      <w:r/>
      <w:r>
        <w:t>If you’re photographing the day, use a small stabiliser or keep your phone handy; lighting along the Stationsstraat is generally forgiving, but stage areas can be contrasty. And if you bring a pup, check local rules and consider a quiet corner , the noise and crowds aren’t for every animal.</w:t>
      </w:r>
      <w:r/>
    </w:p>
    <w:p>
      <w:pPr>
        <w:pStyle w:val="Heading2"/>
      </w:pPr>
      <w:r>
        <w:t>The bigger picture: Roze Maandag as civic expression</w:t>
      </w:r>
      <w:r/>
    </w:p>
    <w:p>
      <w:r/>
      <w:r>
        <w:t>Organisers often stress that Roze Maandag isn’t just about fun , it’s a public demonstration that freedoms still matter. Local statements frame the event as a way to show what acceptance looks like in community form. That gives the day a doubling effect: it’s both a spectacle to enjoy and a message to take seriously.</w:t>
      </w:r>
      <w:r/>
    </w:p>
    <w:p>
      <w:r/>
      <w:r>
        <w:t>Looking ahead, organisers and local partners keep expanding programming to include more community groups and accessible options, so the event’s cultural footprint keeps growing. It’s a festival that wears its heart on its sleeve while keeping the music loud and the confetti flowing.</w:t>
      </w:r>
      <w:r/>
    </w:p>
    <w:p>
      <w:r/>
      <w:r>
        <w:t>It's a small change that can make a lot of difference to how we celebrate together.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1">
        <w:r>
          <w:rPr>
            <w:color w:val="0000EE"/>
            <w:u w:val="single"/>
          </w:rPr>
          <w:t>[5]</w:t>
        </w:r>
      </w:hyperlink>
      <w:r>
        <w:t xml:space="preserve">- Paragraph 3: </w:t>
      </w:r>
      <w:hyperlink r:id="rId12">
        <w:r>
          <w:rPr>
            <w:color w:val="0000EE"/>
            <w:u w:val="single"/>
          </w:rPr>
          <w:t>[7]</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4">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https://www.bd.nl/tilburg/het-feest-van-mooie-mensen-kijken-en-bekeken-worden-dit-is-roze-maandag~ae0a6539/</w:t>
        </w:r>
      </w:hyperlink>
      <w:r>
        <w:t xml:space="preserve"> - Please view link - unable to able to access data</w:t>
      </w:r>
      <w:r/>
    </w:p>
    <w:p>
      <w:pPr>
        <w:pStyle w:val="ListNumber"/>
        <w:spacing w:line="240" w:lineRule="auto"/>
        <w:ind w:left="720"/>
      </w:pPr>
      <w:r/>
      <w:hyperlink r:id="rId10">
        <w:r>
          <w:rPr>
            <w:color w:val="0000EE"/>
            <w:u w:val="single"/>
          </w:rPr>
          <w:t>https://tilburg.com/agenda/roze-maandag/</w:t>
        </w:r>
      </w:hyperlink>
      <w:r>
        <w:t xml:space="preserve"> - Roze Maandag 2026 is scheduled for Monday, 20 July, in the heart of Tilburg. The festivities commence at 13:00 with the arrival of the Roze Maandag Express at Tilburg Central Station, followed by the Pride Walk leading to the kermis grounds. The official opening is set for around 14:00 at the Jupiler Bierhal Plein. The event is free to attend, with various celebrations and performances throughout the city, including the Jupiler Bierhal Plein, Holy Pink in the Muzentuin, and Stadhuisstraat. For detailed schedules and more information, visit the official website.</w:t>
      </w:r>
      <w:r/>
    </w:p>
    <w:p>
      <w:pPr>
        <w:pStyle w:val="ListNumber"/>
        <w:spacing w:line="240" w:lineRule="auto"/>
        <w:ind w:left="720"/>
      </w:pPr>
      <w:r/>
      <w:hyperlink r:id="rId14">
        <w:r>
          <w:rPr>
            <w:color w:val="0000EE"/>
            <w:u w:val="single"/>
          </w:rPr>
          <w:t>https://tilburg.com/agenda/holy-pink-2026/</w:t>
        </w:r>
      </w:hyperlink>
      <w:r>
        <w:t xml:space="preserve"> - Holy Pink 2026, part of Roze Maandag, takes place on Monday, 20 July, from 13:00 to 01:00 in the Muzentuin. This free event features electronic music performances by national and international artists, including 36Framez, Hyperaktivist b2b THC, and Sandrien. The festival is open to attendees aged 18 and over, with a 'vol = vol' policy. For the latest updates and more details, refer to the official website.</w:t>
      </w:r>
      <w:r/>
    </w:p>
    <w:p>
      <w:pPr>
        <w:pStyle w:val="ListNumber"/>
        <w:spacing w:line="240" w:lineRule="auto"/>
        <w:ind w:left="720"/>
      </w:pPr>
      <w:r/>
      <w:hyperlink r:id="rId13">
        <w:r>
          <w:rPr>
            <w:color w:val="0000EE"/>
            <w:u w:val="single"/>
          </w:rPr>
          <w:t>https://tilburg.com/agenda/roze-maandag-de-lollipop-barbies-beach-house/</w:t>
        </w:r>
      </w:hyperlink>
      <w:r>
        <w:t xml:space="preserve"> - Roze Maandag at De Lollipop presents 'Barbies Beach House' on Monday, 20 July, from 12:00 to 04:00 at Capt. J’s Hurricane. The event features a beach-themed atmosphere with 14 serving points and continuous DJ acts. The lineup includes Joepie Fourtie, Daniël van der Sande, and others. Entry is free, but arriving before 01:00 is recommended due to expected long queues. For more information, visit the official website.</w:t>
      </w:r>
      <w:r/>
    </w:p>
    <w:p>
      <w:pPr>
        <w:pStyle w:val="ListNumber"/>
        <w:spacing w:line="240" w:lineRule="auto"/>
        <w:ind w:left="720"/>
      </w:pPr>
      <w:r/>
      <w:hyperlink r:id="rId11">
        <w:r>
          <w:rPr>
            <w:color w:val="0000EE"/>
            <w:u w:val="single"/>
          </w:rPr>
          <w:t>https://www.rozemaandag.nl/</w:t>
        </w:r>
      </w:hyperlink>
      <w:r>
        <w:t xml:space="preserve"> - Roze Maandag, one of the largest LGBTQIA+ celebrations in the Netherlands, is scheduled for 20 July 2026 in Tilburg. The event focuses on visibility, acceptance, and celebrating love and diversity. Organised by Stichting Roze Maandag, it aims to showcase Tilburg's hospitality, cosiness, and diversity. The official agenda includes the Roze Maandag Express, Pride Walk, and various festivities across the city. For detailed information and updates, visit the official website.</w:t>
      </w:r>
      <w:r/>
    </w:p>
    <w:p>
      <w:pPr>
        <w:pStyle w:val="ListNumber"/>
        <w:spacing w:line="240" w:lineRule="auto"/>
        <w:ind w:left="720"/>
      </w:pPr>
      <w:r/>
      <w:hyperlink r:id="rId15">
        <w:r>
          <w:rPr>
            <w:color w:val="0000EE"/>
            <w:u w:val="single"/>
          </w:rPr>
          <w:t>https://d66.nl/tilburg/events/roze-maandag/</w:t>
        </w:r>
      </w:hyperlink>
      <w:r>
        <w:t xml:space="preserve"> - D66 Tilburg invites participants to celebrate Roze Maandag on Monday, 20 July, starting at 10:30 at Smeer ‘m, Spoorlaan 422. The day begins with a communal breakfast, followed by the Pride Walk, a joint city walk promoting visibility, acceptance, and self-expression. The event is open to all, aiming to celebrate a vibrant and colourful Roze Maandag together. For more details, visit the official website.</w:t>
      </w:r>
      <w:r/>
    </w:p>
    <w:p>
      <w:pPr>
        <w:pStyle w:val="ListNumber"/>
        <w:spacing w:line="240" w:lineRule="auto"/>
        <w:ind w:left="720"/>
      </w:pPr>
      <w:r/>
      <w:hyperlink r:id="rId12">
        <w:r>
          <w:rPr>
            <w:color w:val="0000EE"/>
            <w:u w:val="single"/>
          </w:rPr>
          <w:t>https://kermistilburg.nl/events/pride-walk-roze-maandag/</w:t>
        </w:r>
      </w:hyperlink>
      <w:r>
        <w:t xml:space="preserve"> - The Pride Walk on Roze Maandag is scheduled for Monday, 20 July, from 12:30 to 13:45, starting at Tilburg Central Station. Participants are invited to join the festive walk through the city, leading to the official opening at the Jupiler Bierplein. The event is accompanied by music, entertainment, and a vibrant display of pink and rainbows. For more information, visit the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tilburg/het-feest-van-mooie-mensen-kijken-en-bekeken-worden-dit-is-roze-maandag~ae0a6539/" TargetMode="External"/><Relationship Id="rId10" Type="http://schemas.openxmlformats.org/officeDocument/2006/relationships/hyperlink" Target="https://tilburg.com/agenda/roze-maandag/" TargetMode="External"/><Relationship Id="rId11" Type="http://schemas.openxmlformats.org/officeDocument/2006/relationships/hyperlink" Target="https://www.rozemaandag.nl/" TargetMode="External"/><Relationship Id="rId12" Type="http://schemas.openxmlformats.org/officeDocument/2006/relationships/hyperlink" Target="https://kermistilburg.nl/events/pride-walk-roze-maandag/" TargetMode="External"/><Relationship Id="rId13" Type="http://schemas.openxmlformats.org/officeDocument/2006/relationships/hyperlink" Target="https://tilburg.com/agenda/roze-maandag-de-lollipop-barbies-beach-house/" TargetMode="External"/><Relationship Id="rId14" Type="http://schemas.openxmlformats.org/officeDocument/2006/relationships/hyperlink" Target="https://tilburg.com/agenda/holy-pink-2026/" TargetMode="External"/><Relationship Id="rId15" Type="http://schemas.openxmlformats.org/officeDocument/2006/relationships/hyperlink" Target="https://d66.nl/tilburg/events/roze-maanda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