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Reed Symbolism Explained: Why Reeds Mean Flexibility, Rebirth and Voice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Observe the humble reed and you’ll find more than a plant , shoppers of symbolism and curious readers are turning to reed imagery for lessons in resilience, renewal and voice, from wetlands in Britain to ancient reed pipes that still sing. Here’s why reeds matter, what they’ve signified across cultures, and how to use the motif in life and ritual.</w:t>
      </w:r>
      <w:r/>
    </w:p>
    <w:p>
      <w:r/>
      <w:r>
        <w:t>Essential Takeaways</w:t>
      </w:r>
      <w:r/>
      <w:r/>
    </w:p>
    <w:p>
      <w:pPr>
        <w:pStyle w:val="ListBullet"/>
        <w:spacing w:line="240" w:lineRule="auto"/>
        <w:ind w:left="720"/>
      </w:pPr>
      <w:r/>
      <w:r>
        <w:rPr>
          <w:b/>
        </w:rPr>
        <w:t>Symbol of resilience:</w:t>
      </w:r>
      <w:r>
        <w:t xml:space="preserve"> Reeds bend in storms, teaching flexible strength rather than rigid endurance.</w:t>
      </w:r>
      <w:r/>
    </w:p>
    <w:p>
      <w:pPr>
        <w:pStyle w:val="ListBullet"/>
        <w:spacing w:line="240" w:lineRule="auto"/>
        <w:ind w:left="720"/>
      </w:pPr>
      <w:r/>
      <w:r>
        <w:rPr>
          <w:b/>
        </w:rPr>
        <w:t>Associated with water and rebirth:</w:t>
      </w:r>
      <w:r>
        <w:t xml:space="preserve"> Tall green reeds link to wetlands, fertility, abundance and seasonal renewal.</w:t>
      </w:r>
      <w:r/>
    </w:p>
    <w:p>
      <w:pPr>
        <w:pStyle w:val="ListBullet"/>
        <w:spacing w:line="240" w:lineRule="auto"/>
        <w:ind w:left="720"/>
      </w:pPr>
      <w:r/>
      <w:r>
        <w:rPr>
          <w:b/>
        </w:rPr>
        <w:t>Voice and longing:</w:t>
      </w:r>
      <w:r>
        <w:t xml:space="preserve"> Reed pipes are heard across cultures as the plaintive instrument of yearning or spiritual petition.</w:t>
      </w:r>
      <w:r/>
    </w:p>
    <w:p>
      <w:pPr>
        <w:pStyle w:val="ListBullet"/>
        <w:spacing w:line="240" w:lineRule="auto"/>
        <w:ind w:left="720"/>
      </w:pPr>
      <w:r/>
      <w:r>
        <w:rPr>
          <w:b/>
        </w:rPr>
        <w:t>Everyday uses:</w:t>
      </w:r>
      <w:r>
        <w:t xml:space="preserve"> Reedbeds support wildlife, provide traditional craft material and even have herbal uses like cattail food and fibre.</w:t>
      </w:r>
      <w:r/>
    </w:p>
    <w:p>
      <w:pPr>
        <w:pStyle w:val="ListBullet"/>
        <w:spacing w:line="240" w:lineRule="auto"/>
        <w:ind w:left="720"/>
      </w:pPr>
      <w:r/>
      <w:r>
        <w:rPr>
          <w:b/>
        </w:rPr>
        <w:t>Practical tip:</w:t>
      </w:r>
      <w:r>
        <w:t xml:space="preserve"> Spot healthy reedbeds by dense, rustling stems near shallow water; avoid areas with heavy pollution.</w:t>
      </w:r>
      <w:r/>
      <w:r/>
    </w:p>
    <w:p>
      <w:pPr>
        <w:pStyle w:val="Heading2"/>
      </w:pPr>
      <w:r>
        <w:t>Why reeds read as resilience and not weakness</w:t>
      </w:r>
      <w:r/>
    </w:p>
    <w:p>
      <w:r/>
      <w:r>
        <w:t>Look closely and you see a tactile lesson: reeds are supple, they sway and survive where rigid trees might snap. That image , the green reed bending in high winds , has filtered into folk wisdom across Europe and beyond. According to habitat accounts of reedbeds, these plants are built for wet margins, where water levels and weather are unpredictable, so flexibility is evolutionary advantage as well as a poetic metaphor. If you’re choosing a symbol for recovery or durability, the reed makes a powerful, quietly hopeful emblem.</w:t>
      </w:r>
      <w:r/>
    </w:p>
    <w:p>
      <w:pPr>
        <w:pStyle w:val="Heading2"/>
      </w:pPr>
      <w:r>
        <w:t>Reeds, water and the promise of rebirth</w:t>
      </w:r>
      <w:r/>
    </w:p>
    <w:p>
      <w:r/>
      <w:r>
        <w:t>Reedbeds sit where land meets water, and so they naturally pick up associations with fertility, cleansing and abundance. Conservation groups note that reedbeds are dynamic habitats , they grow, die back and regenerate , which maps neatly onto ideas of seasonal rebirth. Use reed imagery in a ritual or a garden to hint at regrowth: a reed arch at a midsummer gathering or a simple reed motif in a journal can signal turning points and fresh starts.</w:t>
      </w:r>
      <w:r/>
    </w:p>
    <w:p>
      <w:pPr>
        <w:pStyle w:val="Heading2"/>
      </w:pPr>
      <w:r>
        <w:t>The reed pipe: a small instrument, a big emotional range</w:t>
      </w:r>
      <w:r/>
    </w:p>
    <w:p>
      <w:r/>
      <w:r>
        <w:t>Across cultures, thin reed pipes carry an uncanny ability to mimic the human voice , plaintive, longing, even devotional. Scholars writing about nomadic reed instruments highlight how the sound evokes exile, desire or prayer. Whether it’s a simple pastoral tune or a ritual lament, a reed pipe’s tone is intimate and textured. If you’re a musician or a maker, try crafting a basic reed whistle; the act of shaping a reed and hearing a clear, breathy note is surprisingly immediate and moving.</w:t>
      </w:r>
      <w:r/>
    </w:p>
    <w:p>
      <w:pPr>
        <w:pStyle w:val="Heading2"/>
      </w:pPr>
      <w:r>
        <w:t>Reedbeds and wildlife, plus practical stewardship tips</w:t>
      </w:r>
      <w:r/>
    </w:p>
    <w:p>
      <w:r/>
      <w:r>
        <w:t>Reedbeds are wildlife magnets: birds nest in the stems, insects breed in the water, and small mammals shelter along the margins. Environmental groups recommend protecting reedbeds not only for biodiversity but because they help filter water and stabilise banks. For gardeners or community green-space volunteers, planting native reed species in appropriate wet corners can boost local ecology. Just don’t transplant reeds into unsuitable, dry spots , they need shallow water and periodic disturbance to thrive.</w:t>
      </w:r>
      <w:r/>
    </w:p>
    <w:p>
      <w:pPr>
        <w:pStyle w:val="Heading2"/>
      </w:pPr>
      <w:r>
        <w:t>Everyday uses: crafts, food and simple rituals</w:t>
      </w:r>
      <w:r/>
    </w:p>
    <w:p>
      <w:r/>
      <w:r>
        <w:t>Beyond symbolism, reeds and related wetland plants like cattail offer practical uses. Traditional crafts use reeds for weaving screens, thatching and simple instruments, while some communities have eaten young shoots or used fibres for cordage. If you’re experimenting at home, gather materials responsibly , take only from abundant stands and follow local guidance , and start small: a coaster woven from a few stems or a tiny reed whistle makes a sensory, hands-on connection to the symbol.</w:t>
      </w:r>
      <w:r/>
    </w:p>
    <w:p>
      <w:r/>
      <w:r>
        <w:t>Closing line It’s a small change to think like a reed , bend when you must, and let the next season find you standing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1">
        <w:r>
          <w:rPr>
            <w:color w:val="0000EE"/>
            <w:u w:val="single"/>
          </w:rPr>
          <w:t>[5]</w:t>
        </w:r>
      </w:hyperlink>
      <w:r>
        <w:t xml:space="preserve">- Paragraph 3: </w:t>
      </w:r>
      <w:hyperlink r:id="rId12">
        <w:r>
          <w:rPr>
            <w:color w:val="0000EE"/>
            <w:u w:val="single"/>
          </w:rPr>
          <w:t>[4]</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[5]</w:t>
        </w:r>
      </w:hyperlink>
      <w:r>
        <w:t xml:space="preserve">- Paragraph 5: </w:t>
      </w:r>
      <w:hyperlink r:id="rId14">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https://thewildreed.blogspot.com/2026/07/chase-t-m-anderson-queer-has-become-one.html</w:t>
        </w:r>
      </w:hyperlink>
      <w:r>
        <w:t xml:space="preserve"> - Please view link - unable to able to access data</w:t>
      </w:r>
      <w:r/>
    </w:p>
    <w:p>
      <w:pPr>
        <w:pStyle w:val="ListNumber"/>
        <w:spacing w:line="240" w:lineRule="auto"/>
        <w:ind w:left="720"/>
      </w:pPr>
      <w:r/>
      <w:hyperlink r:id="rId10">
        <w:r>
          <w:rPr>
            <w:color w:val="0000EE"/>
            <w:u w:val="single"/>
          </w:rPr>
          <w:t>https://www.ywt.org.uk/habitats/wetlands/reedbed</w:t>
        </w:r>
      </w:hyperlink>
      <w:r>
        <w:t xml:space="preserve"> - Reedbeds are transitional habitats found between water and land, forming extensive swamps in lowland floodplains or along streams, rivers, ditches, ponds, and lakes. Dominated by common reed, these areas support a wide range of wildlife, including bitterns, water voles, and otters. Reeds grow rapidly, particularly in fertile waters, and can take over quickly. Traditionally, their bare stems were harvested in winter for thatching, helping to maintain single-species stands of reeds and prevent the development of fen.</w:t>
      </w:r>
      <w:r/>
    </w:p>
    <w:p>
      <w:pPr>
        <w:pStyle w:val="ListNumber"/>
        <w:spacing w:line="240" w:lineRule="auto"/>
        <w:ind w:left="720"/>
      </w:pPr>
      <w:r/>
      <w:hyperlink r:id="rId14">
        <w:r>
          <w:rPr>
            <w:color w:val="0000EE"/>
            <w:u w:val="single"/>
          </w:rPr>
          <w:t>https://www.enchantedrealm.ca/herbs/cattail</w:t>
        </w:r>
      </w:hyperlink>
      <w:r>
        <w:t xml:space="preserve"> - Cattail (Typha spp.) is a tall, reed-like plant commonly found in wetlands, ponds, and marshes worldwide. Valued for centuries in both practical and spiritual traditions, cattail symbolizes resilience, adaptability, and prosperity. It thrives in tough, marshy conditions, representing endurance and the ability to find strength even in uncertain terrain. In magical practice, cattail is associated with resilience, transformation, and abundance, supporting personal growth and attracting prosperity and stability.</w:t>
      </w:r>
      <w:r/>
    </w:p>
    <w:p>
      <w:pPr>
        <w:pStyle w:val="ListNumber"/>
        <w:spacing w:line="240" w:lineRule="auto"/>
        <w:ind w:left="720"/>
      </w:pPr>
      <w:r/>
      <w:hyperlink r:id="rId12">
        <w:r>
          <w:rPr>
            <w:color w:val="0000EE"/>
            <w:u w:val="single"/>
          </w:rPr>
          <w:t>https://sites.duke.edu/destinyofrebirth/jia-%E7%AC%B3-nomadic-reed-pipe/</w:t>
        </w:r>
      </w:hyperlink>
      <w:r>
        <w:t xml:space="preserve"> - The Jia is a musical instrument used by nomadic ethnic tribes in northern China. Resembling a vertical flute, it is made of reed, wood, or bone, with a double reed similar to an oboe or Persian surnay. Often played during cavalry marches, border ceremonies, or solitary reflection, the Jia produces a loud, piercing, and melancholic sound. The sound of the Jia is famously represented in Cai Wenji’s 'Eighteen Stanzas of a Nomad Reed Flute' as a symbol of homesickness.</w:t>
      </w:r>
      <w:r/>
    </w:p>
    <w:p>
      <w:pPr>
        <w:pStyle w:val="ListNumber"/>
        <w:spacing w:line="240" w:lineRule="auto"/>
        <w:ind w:left="720"/>
      </w:pPr>
      <w:r/>
      <w:hyperlink r:id="rId11">
        <w:r>
          <w:rPr>
            <w:color w:val="0000EE"/>
            <w:u w:val="single"/>
          </w:rPr>
          <w:t>https://spiritualityessence.com/reed-symbolism-and-meanings/</w:t>
        </w:r>
      </w:hyperlink>
      <w:r>
        <w:t xml:space="preserve"> - Reeds are special plants that show how flexible and strong they can be. They bend easily without breaking, even when things get tough. This teaches us to be strong and adapt to hard times. Many cultures talk about reeds in their stories, showing how they bounce back and keep going. Reeds also remind us of soft music. When the wind blows through them, they create gentle sounds that inspire musicians and artists. This connection to nature helps us appreciate beauty around us.</w:t>
      </w:r>
      <w:r/>
    </w:p>
    <w:p>
      <w:pPr>
        <w:pStyle w:val="ListNumber"/>
        <w:spacing w:line="240" w:lineRule="auto"/>
        <w:ind w:left="720"/>
      </w:pPr>
      <w:r/>
      <w:hyperlink r:id="rId13">
        <w:r>
          <w:rPr>
            <w:color w:val="0000EE"/>
            <w:u w:val="single"/>
          </w:rPr>
          <w:t>https://www.colinpykett.org.uk/reedpipe.htm</w:t>
        </w:r>
      </w:hyperlink>
      <w:r>
        <w:t xml:space="preserve"> - This article discusses the sound-producing mechanisms of organ reed pipes in detail, without resorting to mathematics. It includes examples of waveforms and frequency spectra of real reed pipes, explaining their details in terms of the physical processes involved. The variable quality of organ reed work is remarked upon, and it is considered likely that further research could improve the situation and reduce costs, as it has for some other instruments. However, it is concluded that this prospect is remote due to the continuing decline of interest in the organ, at least in Britain.</w:t>
      </w:r>
      <w:r/>
    </w:p>
    <w:p>
      <w:pPr>
        <w:pStyle w:val="ListNumber"/>
        <w:spacing w:line="240" w:lineRule="auto"/>
        <w:ind w:left="720"/>
      </w:pPr>
      <w:r/>
      <w:hyperlink r:id="rId15">
        <w:r>
          <w:rPr>
            <w:color w:val="0000EE"/>
            <w:u w:val="single"/>
          </w:rPr>
          <w:t>https://studyguides.com/study-methods/overview/cmlf01twdd6lu01920eip34h0</w:t>
        </w:r>
      </w:hyperlink>
      <w:r>
        <w:t xml:space="preserve"> - Reed pipes are a cornerstone of pipe organ technology, distinguished by their vibrant, imitative voices within the instrument's vast sonic arsenal. Unlike their flue counterparts, which generate sound through air-edge interactions, reed pipes employ a vibrating metal tongue to produce tones that evoke the bold timbres of brass and woodwind instruments, from triumphant trumpets to plaintive oboes. This mechanism allows organists to craft expressive palettes, blending orchestral colours into sacred and concert repertoires.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wildreed.blogspot.com/2026/07/chase-t-m-anderson-queer-has-become-one.html" TargetMode="External"/><Relationship Id="rId10" Type="http://schemas.openxmlformats.org/officeDocument/2006/relationships/hyperlink" Target="https://www.ywt.org.uk/habitats/wetlands/reedbed" TargetMode="External"/><Relationship Id="rId11" Type="http://schemas.openxmlformats.org/officeDocument/2006/relationships/hyperlink" Target="https://spiritualityessence.com/reed-symbolism-and-meanings/" TargetMode="External"/><Relationship Id="rId12" Type="http://schemas.openxmlformats.org/officeDocument/2006/relationships/hyperlink" Target="https://sites.duke.edu/destinyofrebirth/jia-%E7%AC%B3-nomadic-reed-pipe/" TargetMode="External"/><Relationship Id="rId13" Type="http://schemas.openxmlformats.org/officeDocument/2006/relationships/hyperlink" Target="https://www.colinpykett.org.uk/reedpipe.htm" TargetMode="External"/><Relationship Id="rId14" Type="http://schemas.openxmlformats.org/officeDocument/2006/relationships/hyperlink" Target="https://www.enchantedrealm.ca/herbs/cattail" TargetMode="External"/><Relationship Id="rId15" Type="http://schemas.openxmlformats.org/officeDocument/2006/relationships/hyperlink" Target="https://studyguides.com/study-methods/overview/cmlf01twdd6lu01920eip34h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