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Sci‑Fi Books of the Century So Far: Why They're Leading the Genre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turning to queer science fiction for fresh voices, emotional depth, and bold worldbuilding; here’s a lively guide to the standout LGBTQ sci‑fi titles from Book Riot’s Best Books of the Century list and why they matter to readers today.</w:t>
      </w:r>
      <w:r/>
    </w:p>
    <w:p>
      <w:r/>
      <w:r>
        <w:t>Essential Takeaways</w:t>
      </w:r>
      <w:r/>
      <w:r/>
    </w:p>
    <w:p>
      <w:pPr>
        <w:pStyle w:val="ListBullet"/>
        <w:spacing w:line="240" w:lineRule="auto"/>
        <w:ind w:left="720"/>
      </w:pPr>
      <w:r/>
      <w:r>
        <w:rPr>
          <w:b/>
        </w:rPr>
        <w:t>Broad appeal:</w:t>
      </w:r>
      <w:r>
        <w:t xml:space="preserve"> Queer sci‑fi now appears across subgenres, from cozy space operas to slippery time‑travel tales.</w:t>
      </w:r>
      <w:r/>
    </w:p>
    <w:p>
      <w:pPr>
        <w:pStyle w:val="ListBullet"/>
        <w:spacing w:line="240" w:lineRule="auto"/>
        <w:ind w:left="720"/>
      </w:pPr>
      <w:r/>
      <w:r>
        <w:rPr>
          <w:b/>
        </w:rPr>
        <w:t>Emotional resonance:</w:t>
      </w:r>
      <w:r>
        <w:t xml:space="preserve"> Many picks pair speculative ideas with tender, character‑driven relationships, comforting and thought‑provoking.</w:t>
      </w:r>
      <w:r/>
    </w:p>
    <w:p>
      <w:pPr>
        <w:pStyle w:val="ListBullet"/>
        <w:spacing w:line="240" w:lineRule="auto"/>
        <w:ind w:left="720"/>
      </w:pPr>
      <w:r/>
      <w:r>
        <w:rPr>
          <w:b/>
        </w:rPr>
        <w:t>Diverse representation:</w:t>
      </w:r>
      <w:r>
        <w:t xml:space="preserve"> The list highlights trans, queer, Two‑Spirit and other voices, bringing cultural richness and new perspectives.</w:t>
      </w:r>
      <w:r/>
    </w:p>
    <w:p>
      <w:pPr>
        <w:pStyle w:val="ListBullet"/>
        <w:spacing w:line="240" w:lineRule="auto"/>
        <w:ind w:left="720"/>
      </w:pPr>
      <w:r/>
      <w:r>
        <w:rPr>
          <w:b/>
        </w:rPr>
        <w:t>Accessible reads:</w:t>
      </w:r>
      <w:r>
        <w:t xml:space="preserve"> Several recommendations are warm and readable, great for newcomers to sci‑fi as well as long‑time fans.</w:t>
      </w:r>
      <w:r/>
      <w:r/>
    </w:p>
    <w:p>
      <w:pPr>
        <w:pStyle w:val="Heading2"/>
      </w:pPr>
      <w:r>
        <w:t>Why queer sci‑fi is suddenly the place to be for big ideas and small comforts</w:t>
      </w:r>
      <w:r/>
    </w:p>
    <w:p>
      <w:r/>
      <w:r>
        <w:t>There’s a juicy, human pulse running through much of the recent queer science fiction scene, stories that both stretch your imagination and tug at the heart. According to the Book Riot feature on the Best Science Fiction of the Century, queer titles weren’t a footnote but a sizeable, visible part of the list.</w:t>
      </w:r>
      <w:r/>
    </w:p>
    <w:p>
      <w:r/>
      <w:r>
        <w:t>That shift matters because speculative fiction has long been the place to ask “what if?”, and queer authors are asking richer, more inclusive versions of that question. Expect characters whose identities shape political systems, relationships that pivot entire plots, and worlds designed around experiences outside cis heteronormativity. The result feels both fresh and urgently necessary.</w:t>
      </w:r>
      <w:r/>
    </w:p>
    <w:p>
      <w:pPr>
        <w:pStyle w:val="Heading2"/>
      </w:pPr>
      <w:r>
        <w:t>The books readers are talking about (and why they resonate)</w:t>
      </w:r>
      <w:r/>
    </w:p>
    <w:p>
      <w:r/>
      <w:r>
        <w:t>Some of the titles Book Riot highlights have become touchstones: Adaptation by Malinda Lo, Light From Uncommon Stars by Ryka Aoki, The Long Way to a Small, Angry Planet by Becky Chambers, The Space Between Worlds by Micaiah Johnson, and This Is How You Lose the Time War by Amal El‑Mohtar and Max Gladstone. Each brings a different tone, quiet community, interstellar warmth, high‑concept suspense, lyrical epistolary duels, but they’re united by character first storytelling.</w:t>
      </w:r>
      <w:r/>
    </w:p>
    <w:p>
      <w:r/>
      <w:r>
        <w:t>Readers praise the way these books balance speculative scale with intimate stakes. If you like your sci‑fi with heart, start here. If you prefer plot‑driven adventures, there are queer thrillers that keep adrenaline high while also interrogating identity and belonging. Either way, you’re likely to find empathy alongside invention.</w:t>
      </w:r>
      <w:r/>
    </w:p>
    <w:p>
      <w:pPr>
        <w:pStyle w:val="Heading2"/>
      </w:pPr>
      <w:r>
        <w:t>New subgenres: cozy space opera and tender speculative fiction</w:t>
      </w:r>
      <w:r/>
    </w:p>
    <w:p>
      <w:r/>
      <w:r>
        <w:t>One neat trend Book Riot flags is the rise of “cozy” sci‑fi, space operas that favour friendliness over grim spectacle. Becky Chambers popularised that warm, communal approach, and it’s been lovingly adopted by other queer writers who centre care, meals, and found families aboard ships or within colonies.</w:t>
      </w:r>
      <w:r/>
    </w:p>
    <w:p>
      <w:r/>
      <w:r>
        <w:t>This matters for readers who find traditional hard sci‑fi cold or exclusionary. Cozy queer sci‑fi invites you in: the worlds feel lived‑in, the smells and textures come through, and the emotional payoff is as important as the plot. It’s also an easy entry point for people newly exploring speculative fiction.</w:t>
      </w:r>
      <w:r/>
    </w:p>
    <w:p>
      <w:pPr>
        <w:pStyle w:val="Heading2"/>
      </w:pPr>
      <w:r>
        <w:t>Voices missing from mainstream lists , and what to add to your TBR</w:t>
      </w:r>
      <w:r/>
    </w:p>
    <w:p>
      <w:r/>
      <w:r>
        <w:t>While Book Riot’s picks are strong, several noteworthy queer speculative works often mentioned by readers didn’t make that particular list. For instance, Caitlin Starling’s The Luminous Dead brings claustrophobic queer horror, and anthologies like Love After the End: An Anthology of Two‑Spirit &amp; Indigiqueer Speculative Fiction showcase Indigenous and Two‑Spirit futures. Meanwhile, shorter fiction collections and comics, such as Space Battle Lunchtime, offer playful detours.</w:t>
      </w:r>
      <w:r/>
    </w:p>
    <w:p>
      <w:r/>
      <w:r>
        <w:t>If you want a more expansive queer sci‑fi shelf, mix novels, anthologies, and graphic works. That gives you lyrical experiments, high concept plots, and culturally specific storytelling all in one reading pile.</w:t>
      </w:r>
      <w:r/>
    </w:p>
    <w:p>
      <w:pPr>
        <w:pStyle w:val="Heading2"/>
      </w:pPr>
      <w:r>
        <w:t>How to choose your next queer sci‑fi read</w:t>
      </w:r>
      <w:r/>
    </w:p>
    <w:p>
      <w:r/>
      <w:r>
        <w:t>Start with mood, not labels. Want melancholy and language? Try poetic time‑travel or epistolary duels. Craving comfort and community? Pick cozy space opera. After high stakes and social critique? Opt for an urban or speculative thriller. Look at blurbs for words like “found family,” “identity,” or “colonies” to gauge tone.</w:t>
      </w:r>
      <w:r/>
    </w:p>
    <w:p>
      <w:r/>
      <w:r>
        <w:t>Also consider format. Shorter novels and anthologies are perfect if you want variety, while longer series let you dwell in a richly built world. And don’t be shy about recommendations: online lists like Book Riot’s are handy, but community reading groups and LGBTQ bookshops often surface hidden gems.</w:t>
      </w:r>
      <w:r/>
    </w:p>
    <w:p>
      <w:r/>
      <w:r>
        <w:t>It's a small change that can make every voyage into speculative fiction more humane and surprising.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https://bookriot.com/best-lgbtq-sci-fi-books-of-the-century/</w:t>
        </w:r>
      </w:hyperlink>
      <w:r>
        <w:t xml:space="preserve"> - Please view link - unable to able to access data</w:t>
      </w:r>
      <w:r/>
    </w:p>
    <w:p>
      <w:pPr>
        <w:pStyle w:val="ListNumber"/>
        <w:spacing w:line="240" w:lineRule="auto"/>
        <w:ind w:left="720"/>
      </w:pPr>
      <w:r/>
      <w:hyperlink r:id="rId9">
        <w:r>
          <w:rPr>
            <w:color w:val="0000EE"/>
            <w:u w:val="single"/>
          </w:rPr>
          <w:t>https://bookriot.com/best-lgbtq-sci-fi-books-of-the-century/</w:t>
        </w:r>
      </w:hyperlink>
      <w:r>
        <w:t xml:space="preserve"> - Book Riot's article highlights 14 queer science fiction books that have significantly contributed to the genre in the 21st century. The list includes titles such as 'Adaptation' by Malinda Lo, 'Light From Uncommon Stars' by Ryka Aoki, 'The Long Way to a Small, Angry Planet' by Becky Chambers, 'The Space Between Worlds' by Micaiah Johnson, and 'This Is How You Lose the Time War' by Amal El-Mohtar and Max Gladstone. The article also mentions additional works like 'The Luminous Dead' by Caitlin Starling and 'Love after the End: An Anthology of Two-Spirit &amp; Indigiqueer Speculative Fiction' edited by Joshua Whitehead.</w:t>
      </w:r>
      <w:r/>
    </w:p>
    <w:p>
      <w:pPr>
        <w:pStyle w:val="ListNumber"/>
        <w:spacing w:line="240" w:lineRule="auto"/>
        <w:ind w:left="720"/>
      </w:pPr>
      <w:r/>
      <w:hyperlink r:id="rId10">
        <w:r>
          <w:rPr>
            <w:color w:val="0000EE"/>
            <w:u w:val="single"/>
          </w:rPr>
          <w:t>https://bookdna.com/bookshelf/queer-sci-fi</w:t>
        </w:r>
      </w:hyperlink>
      <w:r>
        <w:t xml:space="preserve"> - Book DNA's compilation presents a selection of the best queer science fiction books, as chosen by queer sci-fi authors. The list features titles such as 'Gideon the Ninth' by Tamsyn Muir, 'The Left Hand of Darkness' by Ursula K. Le Guin, 'The Long Way to a Small, Angry Planet' by Becky Chambers, and 'Her Body and Other Parties' by Carmen Maria Machado. This collection showcases the diversity and richness of queer narratives within the science fiction genre.</w:t>
      </w:r>
      <w:r/>
    </w:p>
    <w:p>
      <w:pPr>
        <w:pStyle w:val="ListNumber"/>
        <w:spacing w:line="240" w:lineRule="auto"/>
        <w:ind w:left="720"/>
      </w:pPr>
      <w:r/>
      <w:hyperlink r:id="rId14">
        <w:r>
          <w:rPr>
            <w:color w:val="0000EE"/>
            <w:u w:val="single"/>
          </w:rPr>
          <w:t>https://en.wikipedia.org/wiki/The_Trans_Space_Octopus_Congregation</w:t>
        </w:r>
      </w:hyperlink>
      <w:r>
        <w:t xml:space="preserve"> - The Wikipedia page for 'The Trans Space Octopus Congregation' provides detailed information about the 2019 science fiction and fantasy anthology by Bogi Takács. The book comprises 23 short stories, many featuring non-binary or gender-neutral characters, exploring themes of leadership, submission, and resistance. The anthology is noted for its inclusive representation and contribution to queer speculative fiction.</w:t>
      </w:r>
      <w:r/>
    </w:p>
    <w:p>
      <w:pPr>
        <w:pStyle w:val="ListNumber"/>
        <w:spacing w:line="240" w:lineRule="auto"/>
        <w:ind w:left="720"/>
      </w:pPr>
      <w:r/>
      <w:hyperlink r:id="rId12">
        <w:r>
          <w:rPr>
            <w:color w:val="0000EE"/>
            <w:u w:val="single"/>
          </w:rPr>
          <w:t>https://en.wikipedia.org/wiki/No_Straight_Lines</w:t>
        </w:r>
      </w:hyperlink>
      <w:r>
        <w:t xml:space="preserve"> - The Wikipedia entry for 'No Straight Lines: Four Decades of Queer Comics' offers insights into the 2012 anthology edited by Justin Hall. Covering a 40-year period, the collection features works from established and emerging queer comic artists, documenting the evolution and diversity of LGBTQ comics. The anthology is recognized for its historical significance and impact on the queer comics scene.</w:t>
      </w:r>
      <w:r/>
    </w:p>
    <w:p>
      <w:pPr>
        <w:pStyle w:val="ListNumber"/>
        <w:spacing w:line="240" w:lineRule="auto"/>
        <w:ind w:left="720"/>
      </w:pPr>
      <w:r/>
      <w:hyperlink r:id="rId11">
        <w:r>
          <w:rPr>
            <w:color w:val="0000EE"/>
            <w:u w:val="single"/>
          </w:rPr>
          <w:t>https://en.wikipedia.org/wiki/We%27re_Here%3A_The_Best_Queer_Speculative_Fiction_2020</w:t>
        </w:r>
      </w:hyperlink>
      <w:r>
        <w:t xml:space="preserve"> - The Wikipedia page for 'We're Here: The Best Queer Speculative Fiction 2020' provides information about the 2021 anthology edited by Charles Payseur and C. L. Clark. The collection focuses on LGBTQ characters and themes in speculative fiction, featuring works published in 2020. The anthology has been recognized with awards such as the 2022 Ignyte Award for Outstanding Anthology/Collected Works and the 2022 Locus Award for Best Anthology.</w:t>
      </w:r>
      <w:r/>
    </w:p>
    <w:p>
      <w:pPr>
        <w:pStyle w:val="ListNumber"/>
        <w:spacing w:line="240" w:lineRule="auto"/>
        <w:ind w:left="720"/>
      </w:pPr>
      <w:r/>
      <w:hyperlink r:id="rId13">
        <w:r>
          <w:rPr>
            <w:color w:val="0000EE"/>
            <w:u w:val="single"/>
          </w:rPr>
          <w:t>https://en.wikipedia.org/wiki/O_Human_Star</w:t>
        </w:r>
      </w:hyperlink>
      <w:r>
        <w:t xml:space="preserve"> - The Wikipedia article for 'O Human Star' details the science fiction webcomic by Blue Delliquanti. The narrative follows Alastair 'Al' Sterling, the inventor of modern robots, who is resurrected in a synthetic body 16 years after his death. The webcomic explores themes of identity, technology, and relationships, featuring LGBTQ characters and addressing issues of gender and sexuality within a futuristic setting.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okriot.com/best-lgbtq-sci-fi-books-of-the-century/" TargetMode="External"/><Relationship Id="rId10" Type="http://schemas.openxmlformats.org/officeDocument/2006/relationships/hyperlink" Target="https://bookdna.com/bookshelf/queer-sci-fi" TargetMode="External"/><Relationship Id="rId11" Type="http://schemas.openxmlformats.org/officeDocument/2006/relationships/hyperlink" Target="https://en.wikipedia.org/wiki/We%27re_Here%3A_The_Best_Queer_Speculative_Fiction_2020" TargetMode="External"/><Relationship Id="rId12" Type="http://schemas.openxmlformats.org/officeDocument/2006/relationships/hyperlink" Target="https://en.wikipedia.org/wiki/No_Straight_Lines" TargetMode="External"/><Relationship Id="rId13" Type="http://schemas.openxmlformats.org/officeDocument/2006/relationships/hyperlink" Target="https://en.wikipedia.org/wiki/O_Human_Star" TargetMode="External"/><Relationship Id="rId14" Type="http://schemas.openxmlformats.org/officeDocument/2006/relationships/hyperlink" Target="https://en.wikipedia.org/wiki/The_Trans_Space_Octopus_Congreg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