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Is Awesome Party Guide: Warm Up Your Vancouver Pride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already eyeing an early Pride warm-up , the Pride Is Awesome Party , happening Thursday, July 30 at the historic Bayside Lounge in Vancouver’s West End. It’s a sunset-ready, after-work celebration of music, food and community, with a portion of ticket sales supporting the Vancouver Pride Society.</w:t>
      </w:r>
      <w:r/>
    </w:p>
    <w:p>
      <w:r/>
      <w:r>
        <w:t>Essential Takeaways</w:t>
      </w:r>
      <w:r/>
      <w:r/>
    </w:p>
    <w:p>
      <w:pPr>
        <w:pStyle w:val="ListBullet"/>
        <w:spacing w:line="240" w:lineRule="auto"/>
        <w:ind w:left="720"/>
      </w:pPr>
      <w:r/>
      <w:r>
        <w:rPr>
          <w:b/>
        </w:rPr>
        <w:t>When and where:</w:t>
      </w:r>
      <w:r>
        <w:t xml:space="preserve"> Thursday, July 30, 6–10pm at the Bayside Lounge, 1755 Davie Street, English Bay , an easy stop after work or the beach. </w:t>
      </w:r>
      <w:r/>
    </w:p>
    <w:p>
      <w:pPr>
        <w:pStyle w:val="ListBullet"/>
        <w:spacing w:line="240" w:lineRule="auto"/>
        <w:ind w:left="720"/>
      </w:pPr>
      <w:r/>
      <w:r>
        <w:rPr>
          <w:b/>
        </w:rPr>
        <w:t>What to expect:</w:t>
      </w:r>
      <w:r>
        <w:t xml:space="preserve"> DJs Leanne, Marcela and G-Luve, a live spot from Tracey Bell’s Madonna act, a memory photo wall, complimentary tasting stations and Pride swag. </w:t>
      </w:r>
      <w:r/>
    </w:p>
    <w:p>
      <w:pPr>
        <w:pStyle w:val="ListBullet"/>
        <w:spacing w:line="240" w:lineRule="auto"/>
        <w:ind w:left="720"/>
      </w:pPr>
      <w:r/>
      <w:r>
        <w:rPr>
          <w:b/>
        </w:rPr>
        <w:t>Vibe and view:</w:t>
      </w:r>
      <w:r>
        <w:t xml:space="preserve"> Classic Bayside atmosphere with sweeping English Bay vistas, relaxed early-evening energy and inclusive crowd. </w:t>
      </w:r>
      <w:r/>
    </w:p>
    <w:p>
      <w:pPr>
        <w:pStyle w:val="ListBullet"/>
        <w:spacing w:line="240" w:lineRule="auto"/>
        <w:ind w:left="720"/>
      </w:pPr>
      <w:r/>
      <w:r>
        <w:rPr>
          <w:b/>
        </w:rPr>
        <w:t>Community benefit:</w:t>
      </w:r>
      <w:r>
        <w:t xml:space="preserve"> A portion of proceeds goes to the Vancouver Pride Society, continuing established local partnerships. </w:t>
      </w:r>
      <w:r/>
      <w:r/>
    </w:p>
    <w:p>
      <w:pPr>
        <w:pStyle w:val="Heading2"/>
      </w:pPr>
      <w:r>
        <w:t>A perfect post-work party with sunset views</w:t>
      </w:r>
      <w:r/>
    </w:p>
    <w:p>
      <w:r/>
      <w:r>
        <w:t>If you want to slide straight from the office or the beach into Pride mode, this event nails the brief. The Bayside Lounge is a West End landmark with panoramic sightlines over English Bay, so you’ll actually see the sun dip behind the water while the DJs kick things off. That calm-before-the-late-night buzz is a lovely, low-stakes way to start Pride weekend , the music’s lively but the mood stays convivial.</w:t>
      </w:r>
      <w:r/>
    </w:p>
    <w:p>
      <w:r/>
      <w:r>
        <w:t>Local nightlife organisers designed the party to be accessible: think after-work crowd rather than full-on clubbers. According to Bayside’s event listings and local Pride calendars, the venue often hosts similar early-evening gatherings, so the format feels familiar and reliably fun. Bring light layers , it gets breezy by the water once the sun drops.</w:t>
      </w:r>
      <w:r/>
    </w:p>
    <w:p>
      <w:pPr>
        <w:pStyle w:val="Heading2"/>
      </w:pPr>
      <w:r>
        <w:t>DJs, drag and nostalgic anthems , what’s on the playlist</w:t>
      </w:r>
      <w:r/>
    </w:p>
    <w:p>
      <w:r/>
      <w:r>
        <w:t>Expect a mix that nods to classic Pride energy while keeping things current. Local DJs Leanne, Marcela and G-Luve will weave house, pop and throwback hits, creating a soundtrack that’s easy to dance to without being overwhelming. Then there’s Tracey Bell, performing as Madonna , a theatrical moment that’s both camp and crowd-pleasing.</w:t>
      </w:r>
      <w:r/>
    </w:p>
    <w:p>
      <w:r/>
      <w:r>
        <w:t>This blend mirrors how Vancouver’s queer nightlife has evolved: DJs and performers who respect nostalgia and also push new sounds. If you’re picking when to arrive, early doors give you time to enjoy the sunset and the tastings; later on the vibe ramps up as people settle into the music.</w:t>
      </w:r>
      <w:r/>
    </w:p>
    <w:p>
      <w:pPr>
        <w:pStyle w:val="Heading2"/>
      </w:pPr>
      <w:r>
        <w:t>Food, freebies and a photo wall , small touches that matter</w:t>
      </w:r>
      <w:r/>
    </w:p>
    <w:p>
      <w:r/>
      <w:r>
        <w:t>The event pairs music with bite-sized experiences , complimentary food tasting stations, Pride-themed swag on arrival and a memory photo wall featuring local drag artist Ra. These details make it feel more like a proper party and less like a one-set DJ night. The tastings mean you can graze rather than commit to a late dinner, and the photo wall gives you a tangible keepsake to prove you were there.</w:t>
      </w:r>
      <w:r/>
    </w:p>
    <w:p>
      <w:r/>
      <w:r>
        <w:t>If you’re going with friends, plan to arrive together so you can grab group photos before the crowd thickens. And if you’re avoiding alcohol, organisers will have non-alcoholic options, so everyone can join the toast.</w:t>
      </w:r>
      <w:r/>
    </w:p>
    <w:p>
      <w:pPr>
        <w:pStyle w:val="Heading2"/>
      </w:pPr>
      <w:r>
        <w:t>Community-first: tickets that give back</w:t>
      </w:r>
      <w:r/>
    </w:p>
    <w:p>
      <w:r/>
      <w:r>
        <w:t>One of the nicer things about this party is that it’s set up to support the Vancouver Pride Society. A portion of each ticket goes to the Society, continuing a pattern of longtime collaboration between local media and Pride programming. That connection keeps this event tied into the wider festival calendar rather than standing apart from it.</w:t>
      </w:r>
      <w:r/>
    </w:p>
    <w:p>
      <w:r/>
      <w:r>
        <w:t>Buying a ticket feels like a double win: you get a pleasant evening out and help sustain community programming. If you’d like to make a bigger impact, check in with the Vancouver Pride Society about other ways to support during the festival weekend.</w:t>
      </w:r>
      <w:r/>
    </w:p>
    <w:p>
      <w:pPr>
        <w:pStyle w:val="Heading2"/>
      </w:pPr>
      <w:r>
        <w:t>How to make the most of the evening</w:t>
      </w:r>
      <w:r/>
    </w:p>
    <w:p>
      <w:r/>
      <w:r>
        <w:t>Arrive early to enjoy the sunset and the complimentary tastings, then move to the front for the Madonna set if you want a show. Dress for a seaside breeze and comfy dancing shoes , the floor is meant for moving. If you’re coming with a group, set a meeting spot near the photo wall so you don’t get split up once the place fills.</w:t>
      </w:r>
      <w:r/>
    </w:p>
    <w:p>
      <w:r/>
      <w:r>
        <w:t>Finally, treat it as a warm-up. The Pride Is Awesome Party is designed to complement, not replace, the late-night events and main Pride festivities that follow. It’s an easy, sociable way to start the weekend with friends, views and a soundtrack you’ll be humming on the way home.</w:t>
      </w:r>
      <w:r/>
    </w:p>
    <w:p>
      <w:r/>
      <w:r>
        <w:t>It’s a small change that can make your Pride weekend feel a little more celebratory from the first sunset.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1">
        <w:r>
          <w:rPr>
            <w:color w:val="0000EE"/>
            <w:u w:val="single"/>
          </w:rPr>
          <w:t>[2]</w:t>
        </w:r>
      </w:hyperlink>
      <w:r>
        <w:t xml:space="preserve">- Paragraph 4: </w:t>
      </w:r>
      <w:hyperlink r:id="rId10">
        <w:r>
          <w:rPr>
            <w:color w:val="0000EE"/>
            <w:u w:val="single"/>
          </w:rPr>
          <w:t>[3]</w:t>
        </w:r>
      </w:hyperlink>
      <w:r>
        <w:t xml:space="preserve">, </w:t>
      </w:r>
      <w:hyperlink r:id="rId11">
        <w:r>
          <w:rPr>
            <w:color w:val="0000EE"/>
            <w:u w:val="single"/>
          </w:rPr>
          <w:t>[2]</w:t>
        </w:r>
      </w:hyperlink>
      <w:r>
        <w:t xml:space="preserve">- Paragraph 5: </w:t>
      </w:r>
      <w:hyperlink r:id="rId12">
        <w:r>
          <w:rPr>
            <w:color w:val="0000EE"/>
            <w:u w:val="single"/>
          </w:rPr>
          <w:t>[4]</w:t>
        </w:r>
      </w:hyperlink>
      <w:r>
        <w:t xml:space="preserve">, </w:t>
      </w:r>
      <w:hyperlink r:id="rId10">
        <w:r>
          <w:rPr>
            <w:color w:val="0000EE"/>
            <w:u w:val="single"/>
          </w:rPr>
          <w:t>[3]</w:t>
        </w:r>
      </w:hyperlink>
      <w:r>
        <w:t xml:space="preserve">- Paragraph 6: </w:t>
      </w:r>
      <w:hyperlink r:id="rId10">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https://thebuzzmag.ca/2026/07/pride-is-awesome-party-kicks-off-vancouver-pride-celebrations-at-the-historic-bayside-lounge-july-30-2026/</w:t>
        </w:r>
      </w:hyperlink>
      <w:r>
        <w:t xml:space="preserve"> - Please view link - unable to able to access data</w:t>
      </w:r>
      <w:r/>
    </w:p>
    <w:p>
      <w:pPr>
        <w:pStyle w:val="ListNumber"/>
        <w:spacing w:line="240" w:lineRule="auto"/>
        <w:ind w:left="720"/>
      </w:pPr>
      <w:r/>
      <w:hyperlink r:id="rId11">
        <w:r>
          <w:rPr>
            <w:color w:val="0000EE"/>
            <w:u w:val="single"/>
          </w:rPr>
          <w:t>https://www.baysidelounge.ca/events</w:t>
        </w:r>
      </w:hyperlink>
      <w:r>
        <w:t xml:space="preserve"> - The Bayside Lounge's official events page lists the 'Pride Is Awesome Party' scheduled for July 30, 2026, from 6 to 10 PM. The venue is located at 1755 Davie Street in Vancouver's West End, offering sweeping views of English Bay. The event is designed as a warm-up to Vancouver Pride weekend, inviting members of the LGBTQIA2S+ community and allies to connect, celebrate, and enjoy an evening of music, food, and drinks before the city's larger, late-night festivities begin. The page also provides information on other weekly events and private bookings.</w:t>
      </w:r>
      <w:r/>
    </w:p>
    <w:p>
      <w:pPr>
        <w:pStyle w:val="ListNumber"/>
        <w:spacing w:line="240" w:lineRule="auto"/>
        <w:ind w:left="720"/>
      </w:pPr>
      <w:r/>
      <w:hyperlink r:id="rId10">
        <w:r>
          <w:rPr>
            <w:color w:val="0000EE"/>
            <w:u w:val="single"/>
          </w:rPr>
          <w:t>https://www.whatsonqueerbc.com/vancouver-pride-calendar-2026/pride-is-awesome-party</w:t>
        </w:r>
      </w:hyperlink>
      <w:r>
        <w:t xml:space="preserve"> - This event listing provides details about the 'Pride Is Awesome Party' taking place on Thursday, July 30, 2026, from 6:00 PM to 10:00 PM at the Bayside Lounge in Vancouver. The event is produced by the team behind Vancouver Cocktail Week and presented by Vancouver Is Awesome, The Growler, The Alchemist, and Vitis. It features rotating DJs, amazing food, and craft drink stations, all in support of the Vancouver Pride Society. The listing includes information on the event's schedule, location, and ticket availability.</w:t>
      </w:r>
      <w:r/>
    </w:p>
    <w:p>
      <w:pPr>
        <w:pStyle w:val="ListNumber"/>
        <w:spacing w:line="240" w:lineRule="auto"/>
        <w:ind w:left="720"/>
      </w:pPr>
      <w:r/>
      <w:hyperlink r:id="rId12">
        <w:r>
          <w:rPr>
            <w:color w:val="0000EE"/>
            <w:u w:val="single"/>
          </w:rPr>
          <w:t>https://www.vancouverpride.ca/events</w:t>
        </w:r>
      </w:hyperlink>
      <w:r>
        <w:t xml:space="preserve"> - The Vancouver Pride Society's official events page outlines the 'Pride Is Awesome Party' as part of the 2026 Vancouver Pride celebrations. Scheduled for Thursday, July 30, 2026, from 6 to 10 p.m. at the Bayside Lounge, the event aims to kick off Pride Weekend with live DJs, a special performance by Tracey Bell as Madonna, Pride swag, a photo wall, complimentary beer, wine, and cocktail tastings, plus a Pride-themed food and drink menu. A portion of the event proceeds will support the Vancouver Pride Society.</w:t>
      </w:r>
      <w:r/>
    </w:p>
    <w:p>
      <w:pPr>
        <w:pStyle w:val="ListNumber"/>
        <w:spacing w:line="240" w:lineRule="auto"/>
        <w:ind w:left="720"/>
      </w:pPr>
      <w:r/>
      <w:hyperlink r:id="rId13">
        <w:r>
          <w:rPr>
            <w:color w:val="0000EE"/>
            <w:u w:val="single"/>
          </w:rPr>
          <w:t>https://www.whatsonqueerbc.com/vancouver-pride-calendar-2026/joy-of-drag-pride-party-</w:t>
        </w:r>
      </w:hyperlink>
      <w:r>
        <w:t xml:space="preserve"> - This event listing details the 'Joy Of Drag -Pride Party-' scheduled for Thursday, July 30, 2026, from 8:00 PM to 10:00 PM at The Portside Pub in Vancouver. The event is part of Vancouver Pride Week and features dazzling performances, bold self-expression, and community celebration. It includes two special guests and promises stunning looks, amazing music, high-energy performances, and a night filled with Pride, creativity, and joy. The listing provides information on tickets and event details.</w:t>
      </w:r>
      <w:r/>
    </w:p>
    <w:p>
      <w:pPr>
        <w:pStyle w:val="ListNumber"/>
        <w:spacing w:line="240" w:lineRule="auto"/>
        <w:ind w:left="720"/>
      </w:pPr>
      <w:r/>
      <w:hyperlink r:id="rId14">
        <w:r>
          <w:rPr>
            <w:color w:val="0000EE"/>
            <w:u w:val="single"/>
          </w:rPr>
          <w:t>https://www.whatsonqueerbc.com/vancouver-pride-calendar-2026/ponys-pride-groove-lounge</w:t>
        </w:r>
      </w:hyperlink>
      <w:r>
        <w:t xml:space="preserve"> - This event listing provides details about 'Pony’s Pride Groove Lounge,' scheduled for Friday, July 31, 2026, at 8:00 PM and Saturday, August 1, 2026, at 2:00 AM at 555 Gore Avenue in Vancouver. The event features three rooms plus a dance floor, with music genres including R&amp;B, house, disco, and classics. The lineup includes DJs Jody G, PAYE4PREZ, DJ Abbie, and 2flowers. The event also offers a special snack menu. Ticket prices vary depending on arrival time, and the listing provides information on tickets and event details.</w:t>
      </w:r>
      <w:r/>
    </w:p>
    <w:p>
      <w:pPr>
        <w:pStyle w:val="ListNumber"/>
        <w:spacing w:line="240" w:lineRule="auto"/>
        <w:ind w:left="720"/>
      </w:pPr>
      <w:r/>
      <w:hyperlink r:id="rId15">
        <w:r>
          <w:rPr>
            <w:color w:val="0000EE"/>
            <w:u w:val="single"/>
          </w:rPr>
          <w:t>https://www.whatsonqueerbc.com/vancouver-pride-calendar-2026/man-up-pride</w:t>
        </w:r>
      </w:hyperlink>
      <w:r>
        <w:t xml:space="preserve"> - This event listing details 'MAN UP PRIDE,' scheduled for Friday, July 31, 2026, at 9:00 PM and Saturday, August 1, 2026, at 2:00 AM at The Pearl in Vancouver. The event is the 18th annual Pride show and features a pop-up drag and rock n' roll venue downtown. The lineup includes live music by Blonde Diamond and drag acts at 11:15 PM and 12:15 AM. The listing provides information on tickets and event details.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buzzmag.ca/2026/07/pride-is-awesome-party-kicks-off-vancouver-pride-celebrations-at-the-historic-bayside-lounge-july-30-2026/" TargetMode="External"/><Relationship Id="rId10" Type="http://schemas.openxmlformats.org/officeDocument/2006/relationships/hyperlink" Target="https://www.whatsonqueerbc.com/vancouver-pride-calendar-2026/pride-is-awesome-party" TargetMode="External"/><Relationship Id="rId11" Type="http://schemas.openxmlformats.org/officeDocument/2006/relationships/hyperlink" Target="https://www.baysidelounge.ca/events" TargetMode="External"/><Relationship Id="rId12" Type="http://schemas.openxmlformats.org/officeDocument/2006/relationships/hyperlink" Target="https://www.vancouverpride.ca/events" TargetMode="External"/><Relationship Id="rId13" Type="http://schemas.openxmlformats.org/officeDocument/2006/relationships/hyperlink" Target="https://www.whatsonqueerbc.com/vancouver-pride-calendar-2026/joy-of-drag-pride-party-" TargetMode="External"/><Relationship Id="rId14" Type="http://schemas.openxmlformats.org/officeDocument/2006/relationships/hyperlink" Target="https://www.whatsonqueerbc.com/vancouver-pride-calendar-2026/ponys-pride-groove-lounge" TargetMode="External"/><Relationship Id="rId15" Type="http://schemas.openxmlformats.org/officeDocument/2006/relationships/hyperlink" Target="https://www.whatsonqueerbc.com/vancouver-pride-calendar-2026/man-up-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