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Houston Parade Plans: What to Expect at the August 15 Reschedule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spectators and marchers are already shifting plans as Pride Houston 365 moves its downtown parade to Saturday, August 15 , a summer night that matters for safety, attendance and how the celebration looks and feels. Here’s what to know about timing, heat protections, performances and how you can take part.</w:t>
      </w:r>
      <w:r/>
    </w:p>
    <w:p>
      <w:r/>
      <w:r>
        <w:t>Essential Takeaways</w:t>
      </w:r>
      <w:r/>
      <w:r/>
    </w:p>
    <w:p>
      <w:pPr>
        <w:pStyle w:val="ListBullet"/>
        <w:spacing w:line="240" w:lineRule="auto"/>
        <w:ind w:left="720"/>
      </w:pPr>
      <w:r/>
      <w:r>
        <w:rPr>
          <w:b/>
        </w:rPr>
        <w:t>New date and time:</w:t>
      </w:r>
      <w:r>
        <w:t xml:space="preserve"> Parade will step off at 7 p.m. on Saturday, August 15, with drag performances starting at 5 p.m. at Hermann Square. </w:t>
      </w:r>
      <w:r/>
    </w:p>
    <w:p>
      <w:pPr>
        <w:pStyle w:val="ListBullet"/>
        <w:spacing w:line="240" w:lineRule="auto"/>
        <w:ind w:left="720"/>
      </w:pPr>
      <w:r/>
      <w:r>
        <w:rPr>
          <w:b/>
        </w:rPr>
        <w:t>Heat-safety measures:</w:t>
      </w:r>
      <w:r>
        <w:t xml:space="preserve"> Two cooling tents, 48 hydration stations, and on-site EMTs will be in place; organisers are soliciting water donations and volunteers. </w:t>
      </w:r>
      <w:r/>
    </w:p>
    <w:p>
      <w:pPr>
        <w:pStyle w:val="ListBullet"/>
        <w:spacing w:line="240" w:lineRule="auto"/>
        <w:ind w:left="720"/>
      </w:pPr>
      <w:r/>
      <w:r>
        <w:rPr>
          <w:b/>
        </w:rPr>
        <w:t>Participation strong:</w:t>
      </w:r>
      <w:r>
        <w:t xml:space="preserve"> About 90 contingents are expected to march, with only a handful withdrawing after the original June cancellation. </w:t>
      </w:r>
      <w:r/>
    </w:p>
    <w:p>
      <w:pPr>
        <w:pStyle w:val="ListBullet"/>
        <w:spacing w:line="240" w:lineRule="auto"/>
        <w:ind w:left="720"/>
      </w:pPr>
      <w:r/>
      <w:r>
        <w:rPr>
          <w:b/>
        </w:rPr>
        <w:t>Access and support:</w:t>
      </w:r>
      <w:r>
        <w:t xml:space="preserve"> ABC13 plans to livestream, and two free contingent slots are available for grassroots LGBTQ nonprofits. </w:t>
      </w:r>
      <w:r/>
    </w:p>
    <w:p>
      <w:pPr>
        <w:pStyle w:val="ListBullet"/>
        <w:spacing w:line="240" w:lineRule="auto"/>
        <w:ind w:left="720"/>
      </w:pPr>
      <w:r/>
      <w:r>
        <w:rPr>
          <w:b/>
        </w:rPr>
        <w:t>Practical tip:</w:t>
      </w:r>
      <w:r>
        <w:t xml:space="preserve"> Bring a refillable bottle, wear breathable clothing and arrive early , hydration stations open at 2 p.m.</w:t>
      </w:r>
      <w:r/>
      <w:r/>
    </w:p>
    <w:p>
      <w:pPr>
        <w:pStyle w:val="Heading2"/>
      </w:pPr>
      <w:r>
        <w:t>Why organisers picked August , and why it matters</w:t>
      </w:r>
      <w:r/>
    </w:p>
    <w:p>
      <w:r/>
      <w:r>
        <w:t>The decision to reschedule the parade to mid-August wasn’t random. Organisers weighed city calendars, municipal support availability and conflicts with other community events before settling on one of the dates the city offered. That means streets, police, cleanup and emergency services are more likely to be in step with the parade this time, which is a relief after the June cancellation due to severe weather.</w:t>
      </w:r>
      <w:r/>
    </w:p>
    <w:p>
      <w:r/>
      <w:r>
        <w:t>It also means the parade will occur during one of Houston’s warmest months. Expect a humid, warm night; the National Weather Service notes average 7 p.m. temperatures in mid-August hover higher than early June. Practical consequence: organisers are treating heat as a primary safety consideration.</w:t>
      </w:r>
      <w:r/>
    </w:p>
    <w:p>
      <w:pPr>
        <w:pStyle w:val="Heading2"/>
      </w:pPr>
      <w:r>
        <w:t>Heat plans you can actually use</w:t>
      </w:r>
      <w:r/>
    </w:p>
    <w:p>
      <w:r/>
      <w:r>
        <w:t>Heat-safety is front and centre. Pride Houston 365 is adding two cooling tents equipped with misting fans near the staging area, plus 48 hydration stations filled with ice and free bottled water along the route. EMTs will be on site and the group will run a 40-by-40-foot air-conditioned bar tent at Hermann Square.</w:t>
      </w:r>
      <w:r/>
    </w:p>
    <w:p>
      <w:r/>
      <w:r>
        <w:t>If you’re coming, pack a refillable water bottle, wear light, moisture-wicking clothes and plan to sit or stand in shady or cooled spots between performances. Volunteers will be needed to keep stations stocked, so consider signing up if you can spare an hour or two.</w:t>
      </w:r>
      <w:r/>
    </w:p>
    <w:p>
      <w:pPr>
        <w:pStyle w:val="Heading2"/>
      </w:pPr>
      <w:r>
        <w:t>Performances, livestreams and grassroots access</w:t>
      </w:r>
      <w:r/>
    </w:p>
    <w:p>
      <w:r/>
      <w:r>
        <w:t>Pre-parade drag shows kick off at 5 p.m. on Hermann Square, giving the evening a party feel before the procession begins. All selected performers will be paid , organisers say they’re actively calling for drag talent , and ABC13 will livestream the event for people who can’t make it downtown.</w:t>
      </w:r>
      <w:r/>
    </w:p>
    <w:p>
      <w:r/>
      <w:r>
        <w:t>Pride Houston 365 is also offering two free contingent positions to grassroots LGBTQ nonprofits that can’t afford the entry fee; groups should email their mission statement by the stated deadline to apply. It’s a practical way to keep the parade accessible and diverse.</w:t>
      </w:r>
      <w:r/>
    </w:p>
    <w:p>
      <w:pPr>
        <w:pStyle w:val="Heading2"/>
      </w:pPr>
      <w:r>
        <w:t>Who’s marching and what to expect in the crowd</w:t>
      </w:r>
      <w:r/>
    </w:p>
    <w:p>
      <w:r/>
      <w:r>
        <w:t>Organisers report that only three contingents dropped out after the June cancellation, so expect roughly 90 units to participate. With the new date, they anticipate an even larger crowd than the original plan might have drawn , partly because summer schedules can be more flexible for some attendees.</w:t>
      </w:r>
      <w:r/>
    </w:p>
    <w:p>
      <w:r/>
      <w:r>
        <w:t>If you prefer quieter viewing, arrive early when staging opens at 2 p.m., or watch the livestream. If you love the energy, plan to be part of the density near Hermann Square for the pre-parade drag sets and the parade kick-off at 7 p.m.</w:t>
      </w:r>
      <w:r/>
    </w:p>
    <w:p>
      <w:pPr>
        <w:pStyle w:val="Heading2"/>
      </w:pPr>
      <w:r>
        <w:t>How you can help , and a quick checklist</w:t>
      </w:r>
      <w:r/>
    </w:p>
    <w:p>
      <w:r/>
      <w:r>
        <w:t>Pride Houston 365 has asked the public for water donations and volunteers to staff hydration stations. If you can help, they’ll be grateful , and you’ll be doing a small but vital thing to keep the celebration safe. Also, drag performers and grassroots groups are being invited to participate; organisers stress inclusivity and community representation.</w:t>
      </w:r>
      <w:r/>
    </w:p>
    <w:p>
      <w:r/>
      <w:r>
        <w:t>Quick checklist: bring a refillable bottle, wear comfy shoes, layer for evening cool-down, know where cooling tents are, and consider volunteering.</w:t>
      </w:r>
      <w:r/>
    </w:p>
    <w:p>
      <w:r/>
      <w:r>
        <w:t>It's a small change that can make every step and every cheer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https://www.outsmartmagazine.com/2026/07/pride-houston-365-parade-returns-august-15/</w:t>
        </w:r>
      </w:hyperlink>
      <w:r>
        <w:t xml:space="preserve"> - Please view link - unable to able to access data</w:t>
      </w:r>
      <w:r/>
    </w:p>
    <w:p>
      <w:pPr>
        <w:pStyle w:val="ListNumber"/>
        <w:spacing w:line="240" w:lineRule="auto"/>
        <w:ind w:left="720"/>
      </w:pPr>
      <w:r/>
      <w:hyperlink r:id="rId10">
        <w:r>
          <w:rPr>
            <w:color w:val="0000EE"/>
            <w:u w:val="single"/>
          </w:rPr>
          <w:t>https://www.houstonpress.com/news/the-pride-parade-must-go-on-in-august/</w:t>
        </w:r>
      </w:hyperlink>
      <w:r>
        <w:t xml:space="preserve"> - The Houston Pride Parade, initially scheduled for June 6, 2026, was postponed due to inclement weather. Organisers have rescheduled the event for August 15, 2026, at 7 p.m. in downtown Houston. To address the summer heat, organisers are implementing safety measures, including water donations, ice, misting stations, and METRO cooling buses. The parade route spans two miles from Montrose and Allen Parkway to Milam and Pease streets. Pride Houston 365 board president Kerry-Ann Morrison is coordinating these efforts to ensure a safe and enjoyable event for all attendees.</w:t>
      </w:r>
      <w:r/>
    </w:p>
    <w:p>
      <w:pPr>
        <w:pStyle w:val="ListNumber"/>
        <w:spacing w:line="240" w:lineRule="auto"/>
        <w:ind w:left="720"/>
      </w:pPr>
      <w:r/>
      <w:hyperlink r:id="rId12">
        <w:r>
          <w:rPr>
            <w:color w:val="0000EE"/>
            <w:u w:val="single"/>
          </w:rPr>
          <w:t>https://www.fox26houston.com/news/new-houston-pride-2026-parade-date-august</w:t>
        </w:r>
      </w:hyperlink>
      <w:r>
        <w:t xml:space="preserve"> - Pride Houston 365 has announced that the 2026 Pride Parade will take place on Saturday, August 15, in downtown Houston. The parade was originally scheduled for June but was postponed due to storms. The new date was determined after discussions with the Houston Mayor's Office of Special Events. While the start time for the parade has not been specified, the original parade was set to begin at 7 p.m. Organisers are working to ensure a successful event despite the rescheduling.</w:t>
      </w:r>
      <w:r/>
    </w:p>
    <w:p>
      <w:pPr>
        <w:pStyle w:val="ListNumber"/>
        <w:spacing w:line="240" w:lineRule="auto"/>
        <w:ind w:left="720"/>
      </w:pPr>
      <w:r/>
      <w:hyperlink r:id="rId14">
        <w:r>
          <w:rPr>
            <w:color w:val="0000EE"/>
            <w:u w:val="single"/>
          </w:rPr>
          <w:t>https://prensadehouston.com/noticias/locales/desfile-pride-en-houston-2026/</w:t>
        </w:r>
      </w:hyperlink>
      <w:r>
        <w:t xml:space="preserve"> - Pride Houston 365 confirmed the new date for the 2026 Pride Parade after the original June event was cancelled due to rain and storms in downtown Houston. The parade is now scheduled for Saturday, August 15, 2026. The official start time and route have not yet been published. The June parade was cancelled just hours before it was set to begin due to severe weather conditions.</w:t>
      </w:r>
      <w:r/>
    </w:p>
    <w:p>
      <w:pPr>
        <w:pStyle w:val="ListNumber"/>
        <w:spacing w:line="240" w:lineRule="auto"/>
        <w:ind w:left="720"/>
      </w:pPr>
      <w:r/>
      <w:hyperlink r:id="rId13">
        <w:r>
          <w:rPr>
            <w:color w:val="0000EE"/>
            <w:u w:val="single"/>
          </w:rPr>
          <w:t>https://pridehouston365.org/celebration/</w:t>
        </w:r>
      </w:hyperlink>
      <w:r>
        <w:t xml:space="preserve"> - Pride Houston 365 is hosting the 48th Annual Pride Houston® Festival and Parade on Saturday, June 6, 2026, at 11:00 AM at 901 Bagby Street. The event aims to unite communities from across the region to celebrate identity, visibility, and equality. The festival will feature live entertainment, local and national talent, immersive activations, community vendors, and unforgettable Pride experiences transforming downtown into a citywide celebration. Tickets are available for purchase, and information about parking, hotels, and transportation options is provided on the website.</w:t>
      </w:r>
      <w:r/>
    </w:p>
    <w:p>
      <w:pPr>
        <w:pStyle w:val="ListNumber"/>
        <w:spacing w:line="240" w:lineRule="auto"/>
        <w:ind w:left="720"/>
      </w:pPr>
      <w:r/>
      <w:hyperlink r:id="rId11">
        <w:r>
          <w:rPr>
            <w:color w:val="0000EE"/>
            <w:u w:val="single"/>
          </w:rPr>
          <w:t>https://www.houstonchronicle.com/news/houston-texas/trending/article/pride-parade-rescheduled-22324473.php</w:t>
        </w:r>
      </w:hyperlink>
      <w:r>
        <w:t xml:space="preserve"> - Houston's official Pride Parade has been rescheduled for August after it was rained out earlier this month and further delayed by events surrounding the FIFA World Cup. Houston Pride 365, an LGBT non-profit organisation that has long hosted the city's official Pride Parade, announced on social media that the event would be held on August 15. The 48th annual Houston Pride Parade was initially scheduled for June 6 but was cancelled due to heavy rain just hours before it was set to begin, even though the pre-parade festival in downtown Houston still went on.</w:t>
      </w:r>
      <w:r/>
    </w:p>
    <w:p>
      <w:pPr>
        <w:pStyle w:val="ListNumber"/>
        <w:spacing w:line="240" w:lineRule="auto"/>
        <w:ind w:left="720"/>
      </w:pPr>
      <w:r/>
      <w:hyperlink r:id="rId15">
        <w:r>
          <w:rPr>
            <w:color w:val="0000EE"/>
            <w:u w:val="single"/>
          </w:rPr>
          <w:t>https://pridehouston.org/celebration/parade-participation/</w:t>
        </w:r>
      </w:hyperlink>
      <w:r>
        <w:t xml:space="preserve"> - Pride Houston 365 is calling for parade contingents for the 2026 Pride Parade scheduled for Saturday, June 6, 2026. Registration is open for local non-profit and for-profit organisations, as well as other groups. The registration process includes early bird pricing, standard pricing, and late registration options, each with specific deadlines and requirements. The website provides detailed information on registration fees, deadlines, and necessary documentation, such as insurance certificates. Participation in the parade offers organisations the opportunity to showcase their support for the LGBTQ+ community and be part of Houston's largest Pride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7/pride-houston-365-parade-returns-august-15/" TargetMode="External"/><Relationship Id="rId10" Type="http://schemas.openxmlformats.org/officeDocument/2006/relationships/hyperlink" Target="https://www.houstonpress.com/news/the-pride-parade-must-go-on-in-august/" TargetMode="External"/><Relationship Id="rId11" Type="http://schemas.openxmlformats.org/officeDocument/2006/relationships/hyperlink" Target="https://www.houstonchronicle.com/news/houston-texas/trending/article/pride-parade-rescheduled-22324473.php" TargetMode="External"/><Relationship Id="rId12" Type="http://schemas.openxmlformats.org/officeDocument/2006/relationships/hyperlink" Target="https://www.fox26houston.com/news/new-houston-pride-2026-parade-date-august" TargetMode="External"/><Relationship Id="rId13" Type="http://schemas.openxmlformats.org/officeDocument/2006/relationships/hyperlink" Target="https://pridehouston365.org/celebration/" TargetMode="External"/><Relationship Id="rId14" Type="http://schemas.openxmlformats.org/officeDocument/2006/relationships/hyperlink" Target="https://prensadehouston.com/noticias/locales/desfile-pride-en-houston-2026/" TargetMode="External"/><Relationship Id="rId15" Type="http://schemas.openxmlformats.org/officeDocument/2006/relationships/hyperlink" Target="https://pridehouston.org/celebration/parade-particip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