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Oasis Reopening Coverage: Inside San Francisco’s Revived Drag Nightclub</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with the crowd: Oasis, the iconic South of Market drag nightclub, reopened after seven months of renovations and a last‑minute lifesaving donation, bringing back big production numbers, familiar faces and a spark for nightlife in San Francisco.</w:t>
      </w:r>
      <w:r/>
    </w:p>
    <w:p>
      <w:r/>
      <w:r>
        <w:t>Essential Takeaways</w:t>
      </w:r>
      <w:r/>
      <w:r/>
    </w:p>
    <w:p>
      <w:pPr>
        <w:pStyle w:val="ListBullet"/>
        <w:spacing w:line="240" w:lineRule="auto"/>
        <w:ind w:left="720"/>
      </w:pPr>
      <w:r/>
      <w:r>
        <w:rPr>
          <w:b/>
        </w:rPr>
        <w:t>Saved by philanthropy:</w:t>
      </w:r>
      <w:r>
        <w:t xml:space="preserve"> A $3.5 million donation from Mark and Mary Stevens kept Oasis from closing for good.</w:t>
      </w:r>
      <w:r/>
    </w:p>
    <w:p>
      <w:pPr>
        <w:pStyle w:val="ListBullet"/>
        <w:spacing w:line="240" w:lineRule="auto"/>
        <w:ind w:left="720"/>
      </w:pPr>
      <w:r/>
      <w:r>
        <w:rPr>
          <w:b/>
        </w:rPr>
        <w:t>Fresh look:</w:t>
      </w:r>
      <w:r>
        <w:t xml:space="preserve"> The club at 298 11th Street reopened after seven months of renovations, with upgraded spaces and a sleeker feel.</w:t>
      </w:r>
      <w:r/>
    </w:p>
    <w:p>
      <w:pPr>
        <w:pStyle w:val="ListBullet"/>
        <w:spacing w:line="240" w:lineRule="auto"/>
        <w:ind w:left="720"/>
      </w:pPr>
      <w:r/>
      <w:r>
        <w:rPr>
          <w:b/>
        </w:rPr>
        <w:t>Starry reopening:</w:t>
      </w:r>
      <w:r>
        <w:t xml:space="preserve"> Drag performers and the venue’s artistic director, D’Arcy Drollinger, led a splashy, high‑energy relaunch night.</w:t>
      </w:r>
      <w:r/>
    </w:p>
    <w:p>
      <w:pPr>
        <w:pStyle w:val="ListBullet"/>
        <w:spacing w:line="240" w:lineRule="auto"/>
        <w:ind w:left="720"/>
      </w:pPr>
      <w:r/>
      <w:r>
        <w:rPr>
          <w:b/>
        </w:rPr>
        <w:t>Community pulse:</w:t>
      </w:r>
      <w:r>
        <w:t xml:space="preserve"> Reopening draws attention to the challenges and resilience of LGBTQ nightlife in San Francisco.</w:t>
      </w:r>
      <w:r/>
    </w:p>
    <w:p>
      <w:pPr>
        <w:pStyle w:val="ListBullet"/>
        <w:spacing w:line="240" w:lineRule="auto"/>
        <w:ind w:left="720"/>
      </w:pPr>
      <w:r/>
      <w:r>
        <w:rPr>
          <w:b/>
        </w:rPr>
        <w:t>What it felt like:</w:t>
      </w:r>
      <w:r>
        <w:t xml:space="preserve"> The room buzzed, costumes glittered and the crowd cheered , a clear emotional lift for regulars and visitors alike.</w:t>
      </w:r>
      <w:r/>
      <w:r/>
    </w:p>
    <w:p>
      <w:pPr>
        <w:pStyle w:val="Heading2"/>
      </w:pPr>
      <w:r>
        <w:t>A triumphant return with sequins, sound and smiles</w:t>
      </w:r>
      <w:r/>
    </w:p>
    <w:p>
      <w:r/>
      <w:r>
        <w:t>The reopening night felt electric, a sensory hit of bright lights, booming music and the soft rustle of elaborate costumes. According to reporting in the Bay Area Reporter, D’Arcy Drollinger was beaming as longtime fans and newcomers packed the room. This wasn’t a quiet relaunch; it was designed to remind the city what Oasis has meant to South of Market for decades.</w:t>
      </w:r>
      <w:r/>
    </w:p>
    <w:p>
      <w:r/>
      <w:r>
        <w:t>Backstory matters here. Oasis closed for renovations and nearly shuttered permanently until philanthropists stepped in with a multimillion‑dollar gift. That intervention transformed what could have been an obituary for a beloved venue into a fresh chapter , and it shows how cultural institutions sometimes rely on private support to survive amid rising rents and changing nightlife habits.</w:t>
      </w:r>
      <w:r/>
    </w:p>
    <w:p>
      <w:pPr>
        <w:pStyle w:val="Heading2"/>
      </w:pPr>
      <w:r>
        <w:t>Why the donation changed everything</w:t>
      </w:r>
      <w:r/>
    </w:p>
    <w:p>
      <w:r/>
      <w:r>
        <w:t>A $3.5 million donation from Mark and Mary Stevens bought time and the ability to renovate rather than liquidate. The sum covered renovations and likely operational breathing room, protecting jobs in a tight entertainment sector. It’s a reminder that places like Oasis don’t just offer shows; they anchor communities, provide performance platforms and preserve queer cultural history.</w:t>
      </w:r>
      <w:r/>
    </w:p>
    <w:p>
      <w:r/>
      <w:r>
        <w:t>Industry watchers say private giving for nightlife is unusual but increasingly necessary. When a venue feels like home , full of rituals, inside jokes and emotional milestones , benefactors sometimes step up to preserve that fabric.</w:t>
      </w:r>
      <w:r/>
    </w:p>
    <w:p>
      <w:pPr>
        <w:pStyle w:val="Heading2"/>
      </w:pPr>
      <w:r>
        <w:t>What the renovations delivered , and what to look for</w:t>
      </w:r>
      <w:r/>
    </w:p>
    <w:p>
      <w:r/>
      <w:r>
        <w:t>The revamped Oasis opened with refreshed interiors that felt modern without erasing the club’s personality. Patrons noted improved sightlines, brighter staging and a cleaner, more comfortable lobby and bar areas. For anyone planning a visit, choose seats with a clear view of the main stage to catch the choreography and costume details.</w:t>
      </w:r>
      <w:r/>
    </w:p>
    <w:p>
      <w:r/>
      <w:r>
        <w:t>If you’re a performer or promoter, the updated technical rig and stage tweaks are the kind of practical improvements that let shows run smoother and look slicker. For guests, it translates into a more immersive night out and, for the neighbourhood, renewed footfall.</w:t>
      </w:r>
      <w:r/>
    </w:p>
    <w:p>
      <w:pPr>
        <w:pStyle w:val="Heading2"/>
      </w:pPr>
      <w:r>
        <w:t>A night of performances that reminded the city why Oasis matters</w:t>
      </w:r>
      <w:r/>
    </w:p>
    <w:p>
      <w:r/>
      <w:r>
        <w:t>Drag artists and production numbers took centre stage at the reopening, delivering the camp, precision and warmth audiences expect. The atmosphere mixed nostalgia with optimism; older regulars hugged new attendees, and the applause felt both personal and civic. Coverage from local outlets framed the event as a sign that San Francisco’s queer nightlife can adapt and remain vital.</w:t>
      </w:r>
      <w:r/>
    </w:p>
    <w:p>
      <w:r/>
      <w:r>
        <w:t>That said, Oasis’s rescue also highlights broader conversations about affordability, preservation and who gets to decide a city’s cultural future. The club’s story could inspire similar interventions for other endangered institutions , or spur policy interest in protecting cultural spaces.</w:t>
      </w:r>
      <w:r/>
    </w:p>
    <w:p>
      <w:pPr>
        <w:pStyle w:val="Heading2"/>
      </w:pPr>
      <w:r>
        <w:t>What it means for San Francisco’s nightlife scene</w:t>
      </w:r>
      <w:r/>
    </w:p>
    <w:p>
      <w:r/>
      <w:r>
        <w:t>Oasis’s relaunch is both symbolic and practical: symbolic because it reaffirms queer visibility in a changing city, and practical because it restores a venue that hosts artists, launches careers and offers a safe hangout. Expect more people to scout the SOMA corridor for evening entertainment, and for Oasis to once again be a testing ground for new acts.</w:t>
      </w:r>
      <w:r/>
    </w:p>
    <w:p>
      <w:r/>
      <w:r>
        <w:t>If you’re thinking of going, book ahead for headline nights and check social pages for themed events. Oasis’s comeback isn’t just a party , it’s a small cultural victory worth supporting.</w:t>
      </w:r>
      <w:r/>
    </w:p>
    <w:p>
      <w:r/>
      <w:r>
        <w:t>It's a small change that can make every night out a bit brighter.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https://www.ebar.com/story/168540/</w:t>
        </w:r>
      </w:hyperlink>
      <w:r>
        <w:t xml:space="preserve"> - Please view link - unable to able to access data</w:t>
      </w:r>
      <w:r/>
    </w:p>
    <w:p>
      <w:pPr>
        <w:pStyle w:val="ListNumber"/>
        <w:spacing w:line="240" w:lineRule="auto"/>
        <w:ind w:left="720"/>
      </w:pPr>
      <w:r/>
      <w:hyperlink r:id="rId10">
        <w:r>
          <w:rPr>
            <w:color w:val="0000EE"/>
            <w:u w:val="single"/>
          </w:rPr>
          <w:t>https://www.sfchronicle.com/entertainment/article/sf-oasis-reopening-22349533.php</w:t>
        </w:r>
      </w:hyperlink>
      <w:r>
        <w:t xml:space="preserve"> - San Francisco's Oasis drag club reopened on July 17, 2026, after a seven-month closure for renovations. The club was saved from closure by a multimillion-dollar gift from philanthropists Mark and Mary Stevens, enabling Oasis Arts to purchase the building at 298 11th Street for $3.5 million. The reopening featured performances by drag artists and marked a new chapter for the venue, which has been a cornerstone of the city's LGBTQ+ nightlife since its opening in 2014. (</w:t>
      </w:r>
      <w:hyperlink r:id="rId15">
        <w:r>
          <w:rPr>
            <w:color w:val="0000EE"/>
            <w:u w:val="single"/>
          </w:rPr>
          <w:t>sfchronicle.com</w:t>
        </w:r>
      </w:hyperlink>
      <w:r>
        <w:t>)</w:t>
      </w:r>
      <w:r/>
    </w:p>
    <w:p>
      <w:pPr>
        <w:pStyle w:val="ListNumber"/>
        <w:spacing w:line="240" w:lineRule="auto"/>
        <w:ind w:left="720"/>
      </w:pPr>
      <w:r/>
      <w:hyperlink r:id="rId11">
        <w:r>
          <w:rPr>
            <w:color w:val="0000EE"/>
            <w:u w:val="single"/>
          </w:rPr>
          <w:t>https://www.sfchronicle.com/entertainment/article/oasis-sf-reopening-drag-22343266.php</w:t>
        </w:r>
      </w:hyperlink>
      <w:r>
        <w:t xml:space="preserve"> - The Oasis nightclub in San Francisco underwent a significant transformation before its reopening on July 17, 2026. The renovation included mirror-tiled bars, pink-washed walls, and red theatrical curtains around the main stage. The club's nonprofit arm, Oasis Arts, purchased the building at 298 11th Street for $3.5 million, thanks to a generous donation from philanthropists Mark and Mary Stevens. The reopening event, titled 'The Grand Reveal,' showcased the venue's new look and revitalised energy. (</w:t>
      </w:r>
      <w:hyperlink r:id="rId16">
        <w:r>
          <w:rPr>
            <w:color w:val="0000EE"/>
            <w:u w:val="single"/>
          </w:rPr>
          <w:t>sfchronicle.com</w:t>
        </w:r>
      </w:hyperlink>
      <w:r>
        <w:t>)</w:t>
      </w:r>
      <w:r/>
    </w:p>
    <w:p>
      <w:pPr>
        <w:pStyle w:val="ListNumber"/>
        <w:spacing w:line="240" w:lineRule="auto"/>
        <w:ind w:left="720"/>
      </w:pPr>
      <w:r/>
      <w:hyperlink r:id="rId13">
        <w:r>
          <w:rPr>
            <w:color w:val="0000EE"/>
            <w:u w:val="single"/>
          </w:rPr>
          <w:t>https://www.sfchronicle.com/entertainment/article/oasis-drag-club-san-francisco-22308127.php</w:t>
        </w:r>
      </w:hyperlink>
      <w:r>
        <w:t xml:space="preserve"> - San Francisco's iconic drag club, Oasis, is set to reopen after a six-month hiatus. The venue faced closure due to financial difficulties but was saved by a multimillion-dollar gift from philanthropists Mark and Mary Stevens. The reopening marks a new chapter for Oasis, which has been a cornerstone of the city's LGBTQ+ nightlife since its opening in 2014. (</w:t>
      </w:r>
      <w:hyperlink r:id="rId17">
        <w:r>
          <w:rPr>
            <w:color w:val="0000EE"/>
            <w:u w:val="single"/>
          </w:rPr>
          <w:t>sfchronicle.com</w:t>
        </w:r>
      </w:hyperlink>
      <w:r>
        <w:t>)</w:t>
      </w:r>
      <w:r/>
    </w:p>
    <w:p>
      <w:pPr>
        <w:pStyle w:val="ListNumber"/>
        <w:spacing w:line="240" w:lineRule="auto"/>
        <w:ind w:left="720"/>
      </w:pPr>
      <w:r/>
      <w:hyperlink r:id="rId14">
        <w:r>
          <w:rPr>
            <w:color w:val="0000EE"/>
            <w:u w:val="single"/>
          </w:rPr>
          <w:t>https://secretsanfrancisco.com/oasis-drag-club-reopening-party-sf/</w:t>
        </w:r>
      </w:hyperlink>
      <w:r>
        <w:t xml:space="preserve"> - After a brief hiatus, San Francisco's beloved drag club, Oasis, is set to reopen on July 17, 2026, with a major party. The reopening follows a significant donation from philanthropists Mark and Mary Stevens, which saved the club from permanent closure. The event is expected to be a grand celebration, marking the return of one of the city's most cherished LGBTQ+ venues. (</w:t>
      </w:r>
      <w:hyperlink r:id="rId18">
        <w:r>
          <w:rPr>
            <w:color w:val="0000EE"/>
            <w:u w:val="single"/>
          </w:rPr>
          <w:t>secretsanfrancisco.com</w:t>
        </w:r>
      </w:hyperlink>
      <w:r>
        <w:t>)</w:t>
      </w:r>
      <w:r/>
    </w:p>
    <w:p>
      <w:pPr>
        <w:pStyle w:val="ListNumber"/>
        <w:spacing w:line="240" w:lineRule="auto"/>
        <w:ind w:left="720"/>
      </w:pPr>
      <w:r/>
      <w:hyperlink r:id="rId12">
        <w:r>
          <w:rPr>
            <w:color w:val="0000EE"/>
            <w:u w:val="single"/>
          </w:rPr>
          <w:t>https://www.ebar.com/story/167429/BARtab/Drag/Oasis%20announces%20reopening%20date%20%E2%80%93%20Famed%20nightclub%20nearly%20completes%20renovations</w:t>
        </w:r>
      </w:hyperlink>
      <w:r>
        <w:t xml:space="preserve"> - Oasis, the renowned drag nightclub in San Francisco's South of Market district, has announced its reopening date after a six-month renovation. The venue is set to reopen on July 17, 2026, with a grand celebration titled 'The Grand Reveal.' The reopening follows a substantial donation from the Stevens Family, which enabled Oasis Arts to purchase the building at 298 11th Street for $3.5 million. (</w:t>
      </w:r>
      <w:hyperlink r:id="rId19">
        <w:r>
          <w:rPr>
            <w:color w:val="0000EE"/>
            <w:u w:val="single"/>
          </w:rPr>
          <w:t>ebar.com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540/" TargetMode="External"/><Relationship Id="rId10" Type="http://schemas.openxmlformats.org/officeDocument/2006/relationships/hyperlink" Target="https://www.sfchronicle.com/entertainment/article/sf-oasis-reopening-22349533.php" TargetMode="External"/><Relationship Id="rId11" Type="http://schemas.openxmlformats.org/officeDocument/2006/relationships/hyperlink" Target="https://www.sfchronicle.com/entertainment/article/oasis-sf-reopening-drag-22343266.php" TargetMode="External"/><Relationship Id="rId12" Type="http://schemas.openxmlformats.org/officeDocument/2006/relationships/hyperlink" Target="https://www.ebar.com/story/167429/BARtab/Drag/Oasis%20announces%20reopening%20date%20%E2%80%93%20Famed%20nightclub%20nearly%20completes%20renovations" TargetMode="External"/><Relationship Id="rId13" Type="http://schemas.openxmlformats.org/officeDocument/2006/relationships/hyperlink" Target="https://www.sfchronicle.com/entertainment/article/oasis-drag-club-san-francisco-22308127.php" TargetMode="External"/><Relationship Id="rId14" Type="http://schemas.openxmlformats.org/officeDocument/2006/relationships/hyperlink" Target="https://secretsanfrancisco.com/oasis-drag-club-reopening-party-sf/" TargetMode="External"/><Relationship Id="rId15" Type="http://schemas.openxmlformats.org/officeDocument/2006/relationships/hyperlink" Target="https://www.sfchronicle.com/entertainment/article/sf-oasis-reopening-22349533.php?utm_source=openai" TargetMode="External"/><Relationship Id="rId16" Type="http://schemas.openxmlformats.org/officeDocument/2006/relationships/hyperlink" Target="https://www.sfchronicle.com/entertainment/article/oasis-sf-reopening-drag-22343266.php?utm_source=openai" TargetMode="External"/><Relationship Id="rId17" Type="http://schemas.openxmlformats.org/officeDocument/2006/relationships/hyperlink" Target="https://www.sfchronicle.com/entertainment/article/oasis-drag-club-san-francisco-22308127.php?utm_source=openai" TargetMode="External"/><Relationship Id="rId18" Type="http://schemas.openxmlformats.org/officeDocument/2006/relationships/hyperlink" Target="https://secretsanfrancisco.com/oasis-drag-club-reopening-party-sf/?utm_source=openai" TargetMode="External"/><Relationship Id="rId19" Type="http://schemas.openxmlformats.org/officeDocument/2006/relationships/hyperlink" Target="https://www.ebar.com/story/167429/BARtab/Drag/Oasis%20announces%20reopening%20date%20%E2%80%93%20Famed%20nightclub%20nearly%20completes%20renovation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