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Notts Pride 2026 Acts and Where to Catch Them in Sneinton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families and party-goers are gearing up for Notts Pride on Saturday 25 July , a bolder, brighter celebration across Sneinton Market with marchers, two stages, family fun and a brand-new official afterparty. Here’s what to expect, who’s performing and how to make the most of the day.</w:t>
      </w:r>
      <w:r/>
    </w:p>
    <w:p>
      <w:r/>
      <w:r>
        <w:t>Essential Takeaways</w:t>
      </w:r>
      <w:r/>
      <w:r/>
    </w:p>
    <w:p>
      <w:pPr>
        <w:pStyle w:val="ListBullet"/>
        <w:spacing w:line="240" w:lineRule="auto"/>
        <w:ind w:left="720"/>
      </w:pPr>
      <w:r/>
      <w:r>
        <w:rPr>
          <w:b/>
        </w:rPr>
        <w:t>When and where:</w:t>
      </w:r>
      <w:r>
        <w:t xml:space="preserve"> Notts Pride takes place on Saturday 25 July, starting with the march from Lister Gate at noon and finishing in Sneinton Market. </w:t>
      </w:r>
      <w:r/>
    </w:p>
    <w:p>
      <w:pPr>
        <w:pStyle w:val="ListBullet"/>
        <w:spacing w:line="240" w:lineRule="auto"/>
        <w:ind w:left="720"/>
      </w:pPr>
      <w:r/>
      <w:r>
        <w:rPr>
          <w:b/>
        </w:rPr>
        <w:t>Mainstage highlights:</w:t>
      </w:r>
      <w:r>
        <w:t xml:space="preserve"> Pop act Meek, Drag Race UK alum Nyongbella, local stars like Bin Bag and a host of drag and tribute acts promise high-energy performances. </w:t>
      </w:r>
      <w:r/>
    </w:p>
    <w:p>
      <w:pPr>
        <w:pStyle w:val="ListBullet"/>
        <w:spacing w:line="240" w:lineRule="auto"/>
        <w:ind w:left="720"/>
      </w:pPr>
      <w:r/>
      <w:r>
        <w:rPr>
          <w:b/>
        </w:rPr>
        <w:t>Grove stage:</w:t>
      </w:r>
      <w:r>
        <w:t xml:space="preserve"> A quieter, acoustic space showcases live music, poetry and comedy with an intimate vibe. </w:t>
      </w:r>
      <w:r/>
    </w:p>
    <w:p>
      <w:pPr>
        <w:pStyle w:val="ListBullet"/>
        <w:spacing w:line="240" w:lineRule="auto"/>
        <w:ind w:left="720"/>
      </w:pPr>
      <w:r/>
      <w:r>
        <w:rPr>
          <w:b/>
        </w:rPr>
        <w:t>Family area:</w:t>
      </w:r>
      <w:r>
        <w:t xml:space="preserve"> Blend Square hosts family-friendly activities from 1pm–3pm, with a quiet hour at midday and Drag Story Time among the events. </w:t>
      </w:r>
      <w:r/>
    </w:p>
    <w:p>
      <w:pPr>
        <w:pStyle w:val="ListBullet"/>
        <w:spacing w:line="240" w:lineRule="auto"/>
        <w:ind w:left="720"/>
      </w:pPr>
      <w:r/>
      <w:r>
        <w:rPr>
          <w:b/>
        </w:rPr>
        <w:t>Nightlife:</w:t>
      </w:r>
      <w:r>
        <w:t xml:space="preserve"> The Palais hosts the first official Notts Pride afterparty while The Bodega runs a Homoelectric special, with proceeds helping keep Pride free.</w:t>
      </w:r>
      <w:r/>
      <w:r/>
    </w:p>
    <w:p>
      <w:pPr>
        <w:pStyle w:val="Heading2"/>
      </w:pPr>
      <w:r>
        <w:t>What the day looks like , march, market and mainstage spectacle</w:t>
      </w:r>
      <w:r/>
    </w:p>
    <w:p>
      <w:r/>
      <w:r>
        <w:t>The march kicks off at noon from Lister Gate and winds into Sneinton Market, where the main stage becomes the focal point for performances with a bright, celebratory feel. Organisers are emphasising accessibility and stewarded routes, so it should feel safe and welcoming for everyone taking part. If you’re joining the march, bring a water bottle and wear comfy shoes , it’s a day meant for movement, music and colour.</w:t>
      </w:r>
      <w:r/>
    </w:p>
    <w:p>
      <w:pPr>
        <w:pStyle w:val="Heading2"/>
      </w:pPr>
      <w:r>
        <w:t>Who’s playing , headline names and local favourites</w:t>
      </w:r>
      <w:r/>
    </w:p>
    <w:p>
      <w:r/>
      <w:r>
        <w:t>Expect a mix of national and local talent: pop sensation Meek is billed alongside Drag Race UK alumni Nyongbella, tribute acts, and a roll-call of Nottingham drag favourites. Hosts and performers range from touring shows to community champions, giving the bill both sparkle and local heart. If you want to catch specific sets, check the day’s timetable on the event site so you don’t miss the acts you’ve come for.</w:t>
      </w:r>
      <w:r/>
    </w:p>
    <w:p>
      <w:pPr>
        <w:pStyle w:val="Heading2"/>
      </w:pPr>
      <w:r>
        <w:t>The Grove stage , a calmer corner for underrepresented voices</w:t>
      </w:r>
      <w:r/>
    </w:p>
    <w:p>
      <w:r/>
      <w:r>
        <w:t>The Grove returns as an acoustic and alternative space, offering poetry, comedy and live music in a more intimate setting away from the mainstage bustle. It’s ideal if you prefer quieter performances that spotlight emerging or underrepresented artists. Arrive early to grab a good spot and soak up the atmosphere between mainstage highlights.</w:t>
      </w:r>
      <w:r/>
    </w:p>
    <w:p>
      <w:pPr>
        <w:pStyle w:val="Heading2"/>
      </w:pPr>
      <w:r>
        <w:t>Family-friendly plans , relaxed, creative and inclusive</w:t>
      </w:r>
      <w:r/>
    </w:p>
    <w:p>
      <w:r/>
      <w:r>
        <w:t>Blend Square expands its family area this year, open from 1pm to 3pm with a quiet hour at noon for those who need a gentler start. Activities include Drag Story Time, face painting and crafts, created in partnership with The Spencer Trust to make Pride accessible for younger visitors and families. Families should allow time to settle in around the busiest slot between 12.30pm and 1.30pm.</w:t>
      </w:r>
      <w:r/>
    </w:p>
    <w:p>
      <w:pPr>
        <w:pStyle w:val="Heading2"/>
      </w:pPr>
      <w:r>
        <w:t>After-dark celebrations , club nights, burlesque and fundraising</w:t>
      </w:r>
      <w:r/>
    </w:p>
    <w:p>
      <w:r/>
      <w:r>
        <w:t>For night owls, the first official Notts Pride afterparty will run at The Palais with drag, burlesque and DJs across two headline shows and club sets. Alternatively, The Bodega hosts a Homoelectric Notts Pride Special, with a share of ticket sales supporting the charity that runs the event. It’s a neat way to keep celebrating while contributing to the scene that makes Pride possible.</w:t>
      </w:r>
      <w:r/>
    </w:p>
    <w:p>
      <w:pPr>
        <w:pStyle w:val="Heading2"/>
      </w:pPr>
      <w:r>
        <w:t>Why community funding and volunteers matter</w:t>
      </w:r>
      <w:r/>
    </w:p>
    <w:p>
      <w:r/>
      <w:r>
        <w:t>Notts Pride is in its 29th year and runs entirely on volunteers and sponsor support, keeping the event free and community-led throughout the city. Principal sponsor Sladen Estates returns, while several other local partners help cover costs. That backing means organisers can offer stages, family areas and accessible programming without a ticket barrier.</w:t>
      </w:r>
      <w:r/>
    </w:p>
    <w:p>
      <w:r/>
      <w:r>
        <w:t>It’s a day built for visibility, protest and joy , and a small change in your plans, like catching a Grove set or staying for the afterparty, can make the whole experience richer.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[7]</w:t>
        </w:r>
      </w:hyperlink>
      <w:r>
        <w:t xml:space="preserve">- Paragraph 5: </w:t>
      </w:r>
      <w:hyperlink r:id="rId9">
        <w:r>
          <w:rPr>
            <w:color w:val="0000EE"/>
            <w:u w:val="single"/>
          </w:rPr>
          <w:t>[2]</w:t>
        </w:r>
      </w:hyperlink>
      <w:r>
        <w:t xml:space="preserve">, </w:t>
      </w:r>
      <w:hyperlink r:id="rId9">
        <w:r>
          <w:rPr>
            <w:color w:val="0000EE"/>
            <w:u w:val="single"/>
          </w:rPr>
          <w:t>[1]</w:t>
        </w:r>
      </w:hyperlink>
      <w:r>
        <w:t xml:space="preserve">- Paragraph 6: </w:t>
      </w:r>
      <w:hyperlink r:id="rId9">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https://dluxe-magazine.co.uk/nottingham/final-wave-of-acts-are-revealed-for-notts-pride-2026/</w:t>
        </w:r>
      </w:hyperlink>
      <w:r>
        <w:t xml:space="preserve"> - Please view link - unable to able to access data</w:t>
      </w:r>
      <w:r/>
    </w:p>
    <w:p>
      <w:pPr>
        <w:pStyle w:val="ListNumber"/>
        <w:spacing w:line="240" w:lineRule="auto"/>
        <w:ind w:left="720"/>
      </w:pPr>
      <w:r/>
      <w:hyperlink r:id="rId9">
        <w:r>
          <w:rPr>
            <w:color w:val="0000EE"/>
            <w:u w:val="single"/>
          </w:rPr>
          <w:t>https://dluxe-magazine.co.uk/nottingham/final-wave-of-acts-are-revealed-for-notts-pride-2026/</w:t>
        </w:r>
      </w:hyperlink>
      <w:r>
        <w:t xml:space="preserve"> - This article announces the final lineup for Notts Pride 2026, highlighting the main stage's role in showcasing artists from Nottinghamshire's LGBTQ+ communities. The event, themed 'Bolder and Brighter', is scheduled for Saturday, 25 July 2026, beginning with the Notts Pride March at 12 noon from Lister Gate to Sneinton Market. The main stage will feature performances by Meek, Nyongbella, Bin Bag, and local DJ collective Vibrations. Additional acts include Liv Presents, Marilyn Sane, Nana Arthole, The Harry Styles Show with Sean Mac, LYVIA, Ghetto Fabulous, Bella Bestia, Priscilla Shona Krakow, Vayne, Arthur Itis, and Climax. The Grove stage will return as an acoustic and alternative space, offering live music, poetry, and comedy. A family-friendly area at Blend Square in Sneinton Market will provide activities like Drag Story Time with Kitty Tray, face painting, crafts, and games. The Lord Roberts and The New Foresters, Nottingham's oldest LGBTQ+ bar, will host Pride celebrations throughout the day and into the early hours. Leigh Ellis, chair of Nottinghamshire Pride, emphasised the event's focus on visibility, protest, and joy, aiming to involve new partners and offer diverse ways for people to participate.</w:t>
      </w:r>
      <w:r/>
    </w:p>
    <w:p>
      <w:pPr>
        <w:pStyle w:val="ListNumber"/>
        <w:spacing w:line="240" w:lineRule="auto"/>
        <w:ind w:left="720"/>
      </w:pPr>
      <w:r/>
      <w:hyperlink r:id="rId11">
        <w:r>
          <w:rPr>
            <w:color w:val="0000EE"/>
            <w:u w:val="single"/>
          </w:rPr>
          <w:t>https://notts.com/venues/the-grove/notts-pride-2026/</w:t>
        </w:r>
      </w:hyperlink>
      <w:r>
        <w:t xml:space="preserve"> - This page provides details about Notts Pride 2026's partnership with The Grove, an acoustic and alternative space returning for its second year. The event is scheduled for Saturday, 25 July 2026, from 13:00 to 23:00. The Grove will feature a dedicated stage with live music, poetry, and comedy performances, spotlighting underrepresented voices in a more intimate setting away from the main stage. Entry is free, with advance tickets available through Gigantic to manage venue capacity and attendance numbers. The Grove is located at Unit 48, Freckingham St, Sneinton Market Avenues, Nottingham, NG1 1DQ.</w:t>
      </w:r>
      <w:r/>
    </w:p>
    <w:p>
      <w:pPr>
        <w:pStyle w:val="ListNumber"/>
        <w:spacing w:line="240" w:lineRule="auto"/>
        <w:ind w:left="720"/>
      </w:pPr>
      <w:r/>
      <w:hyperlink r:id="rId10">
        <w:r>
          <w:rPr>
            <w:color w:val="0000EE"/>
            <w:u w:val="single"/>
          </w:rPr>
          <w:t>https://notts.com/venues/sneinton-market-avenues/notts-pride/</w:t>
        </w:r>
      </w:hyperlink>
      <w:r>
        <w:t xml:space="preserve"> - This page outlines the events of Notts Pride 2026, taking place on Saturday, 25 July 2026, at Sneinton Market Avenues. The day begins with a visibility march at 12:00 from Lister Gate to Sneinton Market. The main stage at Sneinton Market will feature performances from artists like Vibrations, Meek, Ghetto Fabulous, and Vayne. The event also includes celebrations at Hockley venues such as Broadway Cinema, Rough Trade, and The Lord Roberts. The family-friendly area at Blend Square in Sneinton Market will offer activities like Drag Story Time with Kitty Tray, face painting, crafts, and games. The Lord Roberts and The New Foresters will host Pride celebrations throughout the day and into the early hours.</w:t>
      </w:r>
      <w:r/>
    </w:p>
    <w:p>
      <w:pPr>
        <w:pStyle w:val="ListNumber"/>
        <w:spacing w:line="240" w:lineRule="auto"/>
        <w:ind w:left="720"/>
      </w:pPr>
      <w:r/>
      <w:hyperlink r:id="rId13">
        <w:r>
          <w:rPr>
            <w:color w:val="0000EE"/>
            <w:u w:val="single"/>
          </w:rPr>
          <w:t>https://nottspride.co.uk/</w:t>
        </w:r>
      </w:hyperlink>
      <w:r>
        <w:t xml:space="preserve"> - The official website of Notts Pride, a registered charity run entirely by volunteers, organising the East Midlands' largest free Pride event on the last Saturday of July. The site provides information about the 2026 event, including the Notts Pride March starting at 12:00 on 25 July 2026, the main stage lineup at Sneinton Square from 12:45 to 19:00, and the family area at Blend Square in Sneinton Market from 12:00 to 15:30. The website also offers details on how to get involved, sponsorship opportunities, and information about the event's sponsors and partners.</w:t>
      </w:r>
      <w:r/>
    </w:p>
    <w:p>
      <w:pPr>
        <w:pStyle w:val="ListNumber"/>
        <w:spacing w:line="240" w:lineRule="auto"/>
        <w:ind w:left="720"/>
      </w:pPr>
      <w:r/>
      <w:hyperlink r:id="rId14">
        <w:r>
          <w:rPr>
            <w:color w:val="0000EE"/>
            <w:u w:val="single"/>
          </w:rPr>
          <w:t>https://gay.events/nottingham/event/notts-pride</w:t>
        </w:r>
      </w:hyperlink>
      <w:r>
        <w:t xml:space="preserve"> - This page provides an overview of Notts Pride 2026, scheduled for Saturday, 25 July 2026, at 11:00 in Nottingham. The event includes a visibility march through the city centre, with more than 7,000 LGBTQ+ people and allies participating. The main stage at Sneinton Market will feature artists from Nottinghamshire's LGBTQ+ community, including spoken word poets, musicians, and drag artists. The event also features educational stalls with local grassroots community groups, charities, organisations, and staff networks offering services, support, and information to LGBTQ+ people. The page includes key facts about the event, such as start and end times, city and venue details, and ticket information.</w:t>
      </w:r>
      <w:r/>
    </w:p>
    <w:p>
      <w:pPr>
        <w:pStyle w:val="ListNumber"/>
        <w:spacing w:line="240" w:lineRule="auto"/>
        <w:ind w:left="720"/>
      </w:pPr>
      <w:r/>
      <w:hyperlink r:id="rId12">
        <w:r>
          <w:rPr>
            <w:color w:val="0000EE"/>
            <w:u w:val="single"/>
          </w:rPr>
          <w:t>https://nottspride.co.uk/whats-on/</w:t>
        </w:r>
      </w:hyperlink>
      <w:r>
        <w:t xml:space="preserve"> - This page outlines the schedule and activities for Notts Pride 2026, including the Notts Pride March starting at 12:00 on 25 July 2026 from Listergate to Sneinton Square. The main stage at Sneinton Market Square will host performances from 12:45 to 19:00, featuring artists from Nottinghamshire's LGBTQ+ community. The market area will host around 5,000 people, with educational stalls from local grassroots community groups, charities, organisations, and staff networks offering services, support, and information to LGBTQ+ people. The family area at Blend Square in Sneinton Market will offer activities like Drag Story Time with Kitty Tray, face painting, crafts, and games. The page also provides information on accessibility, including designated spaces in the march for people with disabilities and wheelchair users, British Sign Language interpreters on the main stage, and assistance for attendees with additional needs.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luxe-magazine.co.uk/nottingham/final-wave-of-acts-are-revealed-for-notts-pride-2026/" TargetMode="External"/><Relationship Id="rId10" Type="http://schemas.openxmlformats.org/officeDocument/2006/relationships/hyperlink" Target="https://notts.com/venues/sneinton-market-avenues/notts-pride/" TargetMode="External"/><Relationship Id="rId11" Type="http://schemas.openxmlformats.org/officeDocument/2006/relationships/hyperlink" Target="https://notts.com/venues/the-grove/notts-pride-2026/" TargetMode="External"/><Relationship Id="rId12" Type="http://schemas.openxmlformats.org/officeDocument/2006/relationships/hyperlink" Target="https://nottspride.co.uk/whats-on/" TargetMode="External"/><Relationship Id="rId13" Type="http://schemas.openxmlformats.org/officeDocument/2006/relationships/hyperlink" Target="https://nottspride.co.uk/" TargetMode="External"/><Relationship Id="rId14" Type="http://schemas.openxmlformats.org/officeDocument/2006/relationships/hyperlink" Target="https://gay.events/nottingham/event/notts-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