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Shorts: The Male Gaze Anthology’s Courage Under Fire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emerging filmmakers from Belgium, France, Morocco and Spain turn small moments into big bravery, with sports rivalries, first love and quiet confessions making this the queer short-film collection to stream this summer. It matters because these stories make coming out feel real, intimate and sometimes very funny.</w:t>
      </w:r>
      <w:r/>
    </w:p>
    <w:p>
      <w:r/>
      <w:r>
        <w:t>Essential Takeaways</w:t>
      </w:r>
      <w:r/>
      <w:r/>
    </w:p>
    <w:p>
      <w:pPr>
        <w:pStyle w:val="ListBullet"/>
        <w:spacing w:line="240" w:lineRule="auto"/>
        <w:ind w:left="720"/>
      </w:pPr>
      <w:r/>
      <w:r>
        <w:rPr>
          <w:b/>
        </w:rPr>
        <w:t>What it is:</w:t>
      </w:r>
      <w:r>
        <w:t xml:space="preserve"> A new queer short-film anthology from NQV Media, The Male Gaze: Courage Under Fire, collecting international shorts about acts of courage.</w:t>
      </w:r>
      <w:r/>
    </w:p>
    <w:p>
      <w:pPr>
        <w:pStyle w:val="ListBullet"/>
        <w:spacing w:line="240" w:lineRule="auto"/>
        <w:ind w:left="720"/>
      </w:pPr>
      <w:r/>
      <w:r>
        <w:rPr>
          <w:b/>
        </w:rPr>
        <w:t>Where to watch:</w:t>
      </w:r>
      <w:r>
        <w:t xml:space="preserve"> Available to rent or buy on Amazon Prime Video from 1 August.</w:t>
      </w:r>
      <w:r/>
    </w:p>
    <w:p>
      <w:pPr>
        <w:pStyle w:val="ListBullet"/>
        <w:spacing w:line="240" w:lineRule="auto"/>
        <w:ind w:left="720"/>
      </w:pPr>
      <w:r/>
      <w:r>
        <w:rPr>
          <w:b/>
        </w:rPr>
        <w:t>Tone and variety:</w:t>
      </w:r>
      <w:r>
        <w:t xml:space="preserve"> Stories range from tender rugby-crush romance to apocalyptic first love, with drama, comedy and sports themes.</w:t>
      </w:r>
      <w:r/>
    </w:p>
    <w:p>
      <w:pPr>
        <w:pStyle w:val="ListBullet"/>
        <w:spacing w:line="240" w:lineRule="auto"/>
        <w:ind w:left="720"/>
      </w:pPr>
      <w:r/>
      <w:r>
        <w:rPr>
          <w:b/>
        </w:rPr>
        <w:t>Creators:</w:t>
      </w:r>
      <w:r>
        <w:t xml:space="preserve"> Features emerging directors from Belgium, France, Morocco and Spain, showcasing diverse languages and perspectives.</w:t>
      </w:r>
      <w:r/>
    </w:p>
    <w:p>
      <w:pPr>
        <w:pStyle w:val="ListBullet"/>
        <w:spacing w:line="240" w:lineRule="auto"/>
        <w:ind w:left="720"/>
      </w:pPr>
      <w:r/>
      <w:r>
        <w:rPr>
          <w:b/>
        </w:rPr>
        <w:t>Feel:</w:t>
      </w:r>
      <w:r>
        <w:t xml:space="preserve"> Intimate, hopeful and sometimes playful, with a visual range that’s both sleek and emotionally immediate.</w:t>
      </w:r>
      <w:r/>
      <w:r/>
    </w:p>
    <w:p>
      <w:pPr>
        <w:pStyle w:val="Heading2"/>
      </w:pPr>
      <w:r>
        <w:t>A brave little rugby film that keeps its feet on the ground</w:t>
      </w:r>
      <w:r/>
    </w:p>
    <w:p>
      <w:r/>
      <w:r>
        <w:t>Jean Fell In Love centres on teen rugby player Jean, who finds himself crushing on a rival, Ayoub. The opening image feels tactile , mud, breath, the ache of wanting someone you’re supposed to be competing against , and that modest scale is the film’s strength. According to NQV Media, the story captures the odd bravery of coming out in a team locker-room world, where a whispered truth can shift friendships. If your dog-eared sports dramas usually end in triumphal gestures, this one keeps things smaller and truer: here courage is a quiet choice, not a stadium spectacle.</w:t>
      </w:r>
      <w:r/>
    </w:p>
    <w:p>
      <w:pPr>
        <w:pStyle w:val="Heading2"/>
      </w:pPr>
      <w:r>
        <w:t>Sports settings make coming out feel immediate and social</w:t>
      </w:r>
      <w:r/>
    </w:p>
    <w:p>
      <w:r/>
      <w:r>
        <w:t>Several shorts in the anthology use sport as a pressure cooker , the publicness of play amplifies private truth. NQV Media’s catalogue shows the collection includes a swimmer’s contest with fear and a rugby romance, both of which exploit the sport-as-stage idea. These settings are useful shorthand: teammates, uniforms, and competition give filmmakers instant stakes. For viewers, it’s a reminder that coming out isn’t always a single grand speech; sometimes it’s a look across a pool, a short message, or a tiny act of defiance in front of mates.</w:t>
      </w:r>
      <w:r/>
    </w:p>
    <w:p>
      <w:pPr>
        <w:pStyle w:val="Heading2"/>
      </w:pPr>
      <w:r>
        <w:t>First love at the end of the world: intimacy meets cinematic scale</w:t>
      </w:r>
      <w:r/>
    </w:p>
    <w:p>
      <w:r/>
      <w:r>
        <w:t>One standout, Until Now, approaches first love with an apocalyptic tilt and a lot of feeling. Director Manel F. Gonda has said the film grew from personal shyness about confessing feelings, and that vulnerability fuels its small, devastating moments. The film’s mood trades in quiet visual poetry rather than bombast, so you feel every hesitation and regret. That approach is typical of the anthology: big emotional ideas presented in compact, well-crafted doses.</w:t>
      </w:r>
      <w:r/>
    </w:p>
    <w:p>
      <w:pPr>
        <w:pStyle w:val="Heading2"/>
      </w:pPr>
      <w:r>
        <w:t>The Male Gaze keeps finding new filmmakers and fresh perspectives</w:t>
      </w:r>
      <w:r/>
    </w:p>
    <w:p>
      <w:r/>
      <w:r>
        <w:t>NQV Media’s anthology series has been curating new queer shorts for years, and this instalment keeps that streak alive by sourcing films across Europe and North Africa. The international mix , Belgium, France, Morocco, Spain , brings accents, languages and cultural inflections that prevent the collection from feeling one-note. For viewers, it’s an easy way to sample rising talents you might otherwise miss unless you roam festival line-ups. And for cinephiles, the variety of tones , from comic to elegiac , makes for good double bills.</w:t>
      </w:r>
      <w:r/>
    </w:p>
    <w:p>
      <w:pPr>
        <w:pStyle w:val="Heading2"/>
      </w:pPr>
      <w:r>
        <w:t>Practical tips for watching and choosing which short to stream</w:t>
      </w:r>
      <w:r/>
    </w:p>
    <w:p>
      <w:r/>
      <w:r>
        <w:t>If you’re short on time, start with the rugby story for immediacy and a straightforward emotional throughline. Save Until Now for a quieter, more contemplative evening when you can savour its mood. Rent the anthology as a package on Amazon Prime Video from 1 August if you want to binge several shorts in one sitting; buying makes sense if you plan to revisit favourites. And if subtitles make you wary, don’t be: the performances are physical and expressive, so the emotional beats come through even before you read the lines.</w:t>
      </w:r>
      <w:r/>
    </w:p>
    <w:p>
      <w:r/>
      <w:r>
        <w:t>It’s a small-screen collection that proves courage can be modest, messy and very watchable.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0">
        <w:r>
          <w:rPr>
            <w:color w:val="0000EE"/>
            <w:u w:val="single"/>
          </w:rPr>
          <w:t>[3]</w:t>
        </w:r>
      </w:hyperlink>
      <w:r>
        <w:t xml:space="preserve">- Paragraph 3: </w:t>
      </w:r>
      <w:hyperlink r:id="rId12">
        <w:r>
          <w:rPr>
            <w:color w:val="0000EE"/>
            <w:u w:val="single"/>
          </w:rPr>
          <w:t>[5]</w:t>
        </w:r>
      </w:hyperlink>
      <w:r>
        <w:t xml:space="preserve">, </w:t>
      </w:r>
      <w:hyperlink r:id="rId10">
        <w:r>
          <w:rPr>
            <w:color w:val="0000EE"/>
            <w:u w:val="single"/>
          </w:rPr>
          <w:t>[3]</w:t>
        </w:r>
      </w:hyperlink>
      <w:r>
        <w:t xml:space="preserve">- Paragraph 4: </w:t>
      </w:r>
      <w:hyperlink r:id="rId10">
        <w:r>
          <w:rPr>
            <w:color w:val="0000EE"/>
            <w:u w:val="single"/>
          </w:rPr>
          <w:t>[3]</w:t>
        </w:r>
      </w:hyperlink>
      <w:r>
        <w:t xml:space="preserve">, </w:t>
      </w:r>
      <w:hyperlink r:id="rId13">
        <w:r>
          <w:rPr>
            <w:color w:val="0000EE"/>
            <w:u w:val="single"/>
          </w:rPr>
          <w:t>[6]</w:t>
        </w:r>
      </w:hyperlink>
      <w:r>
        <w:t xml:space="preserve">- Paragraph 5: </w:t>
      </w:r>
      <w:hyperlink r:id="rId10">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https://www.queerty.com/watch-a-rugby-stars-secret-crush-first-love-at-the-end-of-the-world-more-in-the-latest-male-gaze-anthology-20260721/</w:t>
        </w:r>
      </w:hyperlink>
      <w:r>
        <w:t xml:space="preserve"> - Please view link - unable to able to access data</w:t>
      </w:r>
      <w:r/>
    </w:p>
    <w:p>
      <w:pPr>
        <w:pStyle w:val="ListNumber"/>
        <w:spacing w:line="240" w:lineRule="auto"/>
        <w:ind w:left="720"/>
      </w:pPr>
      <w:r/>
      <w:hyperlink r:id="rId9">
        <w:r>
          <w:rPr>
            <w:color w:val="0000EE"/>
            <w:u w:val="single"/>
          </w:rPr>
          <w:t>https://www.queerty.com/watch-a-rugby-stars-secret-crush-first-love-at-the-end-of-the-world-more-in-the-latest-male-gaze-anthology-20260721/</w:t>
        </w:r>
      </w:hyperlink>
      <w:r>
        <w:t xml:space="preserve"> - An article from Queerty discussing the latest anthology in the 'Male Gaze' series, titled 'Courage Under Fire'. The piece highlights the short film 'Jean Fell In Love', which portrays a teen rugby star named Jean who falls for rival player Ayoub. The article emphasizes the courage required for Jean to embrace his truth and come out to his teammates. It also mentions other films in the anthology, including 'Until Now', directed by Manel F. Gonda, which explores the theme of confronting one's feelings. The anthology features works from emerging filmmakers from Belgium, France, Morocco, and Spain, and is set to be available for digital rental or purchase via Amazon Prime Video beginning August 1.</w:t>
      </w:r>
      <w:r/>
    </w:p>
    <w:p>
      <w:pPr>
        <w:pStyle w:val="ListNumber"/>
        <w:spacing w:line="240" w:lineRule="auto"/>
        <w:ind w:left="720"/>
      </w:pPr>
      <w:r/>
      <w:hyperlink r:id="rId10">
        <w:r>
          <w:rPr>
            <w:color w:val="0000EE"/>
            <w:u w:val="single"/>
          </w:rPr>
          <w:t>https://www.nqvmedia.com/the-male-gaze-courage-under-fire.html</w:t>
        </w:r>
      </w:hyperlink>
      <w:r>
        <w:t xml:space="preserve"> - The official page for 'The Male Gaze: Courage Under Fire' anthology by NQV Media. This collection compiles short films thematically tied by the principle of courage. The anthology includes 'Jean Fell In Love', a rugby-themed romance, and 'Until Now', a film about first love at the end of the world. The page provides details about the films, their directors, and information on how to watch them, including availability on Amazon Prime Video starting August 1.</w:t>
      </w:r>
      <w:r/>
    </w:p>
    <w:p>
      <w:pPr>
        <w:pStyle w:val="ListNumber"/>
        <w:spacing w:line="240" w:lineRule="auto"/>
        <w:ind w:left="720"/>
      </w:pPr>
      <w:r/>
      <w:hyperlink r:id="rId11">
        <w:r>
          <w:rPr>
            <w:color w:val="0000EE"/>
            <w:u w:val="single"/>
          </w:rPr>
          <w:t>https://www.nqvmedia.com/jean-fell-in-love.html</w:t>
        </w:r>
      </w:hyperlink>
      <w:r>
        <w:t xml:space="preserve"> - The official page for the short film 'Jean Fell In Love' by NQV Media. The film tells the story of Jean, a teen rugby star who falls for rival player Ayoub. The page provides information about the film's director, cast, and themes, highlighting the courage required for Jean to embrace his truth and come out to his teammates. It also includes details on how to watch the film, including its inclusion in the 'Courage Under Fire' anthology available on Amazon Prime Video starting August 1.</w:t>
      </w:r>
      <w:r/>
    </w:p>
    <w:p>
      <w:pPr>
        <w:pStyle w:val="ListNumber"/>
        <w:spacing w:line="240" w:lineRule="auto"/>
        <w:ind w:left="720"/>
      </w:pPr>
      <w:r/>
      <w:hyperlink r:id="rId12">
        <w:r>
          <w:rPr>
            <w:color w:val="0000EE"/>
            <w:u w:val="single"/>
          </w:rPr>
          <w:t>https://www.nqvmedia.com/until-now.html</w:t>
        </w:r>
      </w:hyperlink>
      <w:r>
        <w:t xml:space="preserve"> - The official page for the short film 'Until Now' by NQV Media. Directed by Manel F. Gonda, the film explores the theme of confronting one's feelings, focusing on a character who has always been shy about love and the courage required to express deep feelings. The page provides information about the film's director, cast, and themes, and includes details on how to watch the film, including its inclusion in the 'Courage Under Fire' anthology available on Amazon Prime Video starting August 1.</w:t>
      </w:r>
      <w:r/>
    </w:p>
    <w:p>
      <w:pPr>
        <w:pStyle w:val="ListNumber"/>
        <w:spacing w:line="240" w:lineRule="auto"/>
        <w:ind w:left="720"/>
      </w:pPr>
      <w:r/>
      <w:hyperlink r:id="rId13">
        <w:r>
          <w:rPr>
            <w:color w:val="0000EE"/>
            <w:u w:val="single"/>
          </w:rPr>
          <w:t>https://www.nqvmedia.com/the-male-gaze-french-connection.html</w:t>
        </w:r>
      </w:hyperlink>
      <w:r>
        <w:t xml:space="preserve"> - The official page for 'The Male Gaze: French Connection' anthology by NQV Media. This collection features five short films from France, including 'For the Love of the Game', which tells the story of John, a young man determined to make a career in football despite facing prejudices. The page provides details about the films, their directors, and information on how to watch them, including availability on Amazon Prime Video.</w:t>
      </w:r>
      <w:r/>
    </w:p>
    <w:p>
      <w:pPr>
        <w:pStyle w:val="ListNumber"/>
        <w:spacing w:line="240" w:lineRule="auto"/>
        <w:ind w:left="720"/>
      </w:pPr>
      <w:r/>
      <w:hyperlink r:id="rId14">
        <w:r>
          <w:rPr>
            <w:color w:val="0000EE"/>
            <w:u w:val="single"/>
          </w:rPr>
          <w:t>https://www.nqvmedia.com/for-the-love-of-the-game.html</w:t>
        </w:r>
      </w:hyperlink>
      <w:r>
        <w:t xml:space="preserve"> - The official page for the short film 'For the Love of the Game' by NQV Media. Directed by Clément Bompart, the film follows John, a young man passionate about football who faces challenges and prejudices in his pursuit of a career in the sport. The page provides information about the film's director, cast, and themes, and includes details on how to watch the film, including its inclusion in the 'French Connection' anthology available on Amazon Prime Video.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atch-a-rugby-stars-secret-crush-first-love-at-the-end-of-the-world-more-in-the-latest-male-gaze-anthology-20260721/" TargetMode="External"/><Relationship Id="rId10" Type="http://schemas.openxmlformats.org/officeDocument/2006/relationships/hyperlink" Target="https://www.nqvmedia.com/the-male-gaze-courage-under-fire.html" TargetMode="External"/><Relationship Id="rId11" Type="http://schemas.openxmlformats.org/officeDocument/2006/relationships/hyperlink" Target="https://www.nqvmedia.com/jean-fell-in-love.html" TargetMode="External"/><Relationship Id="rId12" Type="http://schemas.openxmlformats.org/officeDocument/2006/relationships/hyperlink" Target="https://www.nqvmedia.com/until-now.html" TargetMode="External"/><Relationship Id="rId13" Type="http://schemas.openxmlformats.org/officeDocument/2006/relationships/hyperlink" Target="https://www.nqvmedia.com/the-male-gaze-french-connection.html" TargetMode="External"/><Relationship Id="rId14" Type="http://schemas.openxmlformats.org/officeDocument/2006/relationships/hyperlink" Target="https://www.nqvmedia.com/for-the-love-of-the-gam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