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Hartford Black Pride Festival: A New Celebration Centering Black Queer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are already buzzing , Hartford is getting its first major Black Pride festival this July, a three-day celebration of art, fashion, faith and community that matters to Black queer residents and the wider capital-region crowd. It’s local, visible and built to last.</w:t>
      </w:r>
      <w:r/>
    </w:p>
    <w:p>
      <w:r/>
      <w:r>
        <w:t>Essential Takeaways</w:t>
      </w:r>
      <w:r/>
      <w:r/>
    </w:p>
    <w:p>
      <w:pPr>
        <w:pStyle w:val="ListBullet"/>
        <w:spacing w:line="240" w:lineRule="auto"/>
        <w:ind w:left="720"/>
      </w:pPr>
      <w:r/>
      <w:r>
        <w:rPr>
          <w:b/>
        </w:rPr>
        <w:t>When and where:</w:t>
      </w:r>
      <w:r>
        <w:t xml:space="preserve"> The inaugural Hartford Black Pride runs July 24–26 with events across downtown Hartford, anchored at First Presbyterian and Hartford Public Library.</w:t>
      </w:r>
      <w:r/>
    </w:p>
    <w:p>
      <w:pPr>
        <w:pStyle w:val="ListBullet"/>
        <w:spacing w:line="240" w:lineRule="auto"/>
        <w:ind w:left="720"/>
      </w:pPr>
      <w:r/>
      <w:r>
        <w:rPr>
          <w:b/>
        </w:rPr>
        <w:t>What to expect:</w:t>
      </w:r>
      <w:r>
        <w:t xml:space="preserve"> Seven headline events including an awards ceremony, an art ball and fashion show, a vendor marketplace, youth programming, dance parties and a gospel house music experience.</w:t>
      </w:r>
      <w:r/>
    </w:p>
    <w:p>
      <w:pPr>
        <w:pStyle w:val="ListBullet"/>
        <w:spacing w:line="240" w:lineRule="auto"/>
        <w:ind w:left="720"/>
      </w:pPr>
      <w:r/>
      <w:r>
        <w:rPr>
          <w:b/>
        </w:rPr>
        <w:t>Cost and access:</w:t>
      </w:r>
      <w:r>
        <w:t xml:space="preserve"> Many events are free; some ticketed shows and Social House events charge entry. A $26 weekend pass covers all paid events.</w:t>
      </w:r>
      <w:r/>
    </w:p>
    <w:p>
      <w:pPr>
        <w:pStyle w:val="ListBullet"/>
        <w:spacing w:line="240" w:lineRule="auto"/>
        <w:ind w:left="720"/>
      </w:pPr>
      <w:r/>
      <w:r>
        <w:rPr>
          <w:b/>
        </w:rPr>
        <w:t>Who’s behind it:</w:t>
      </w:r>
      <w:r>
        <w:t xml:space="preserve"> Produced by local organiser NxtThrsdy, working with NEST CT for nonprofit status and community partners.</w:t>
      </w:r>
      <w:r/>
    </w:p>
    <w:p>
      <w:pPr>
        <w:pStyle w:val="ListBullet"/>
        <w:spacing w:line="240" w:lineRule="auto"/>
        <w:ind w:left="720"/>
      </w:pPr>
      <w:r/>
      <w:r>
        <w:rPr>
          <w:b/>
        </w:rPr>
        <w:t>The vibe:</w:t>
      </w:r>
      <w:r>
        <w:t xml:space="preserve"> Culturally rooted, celebratory and affirming , think bold fashion, storytelling, soulful music and safe spaces for Black queer people and allies.</w:t>
      </w:r>
      <w:r/>
      <w:r/>
    </w:p>
    <w:p>
      <w:pPr>
        <w:pStyle w:val="Heading2"/>
      </w:pPr>
      <w:r>
        <w:t>A lively, downtown answer to a long-standing need</w:t>
      </w:r>
      <w:r/>
    </w:p>
    <w:p>
      <w:r/>
      <w:r>
        <w:t>Hartford is no stranger to Pride, but organisers and community members felt something was missing , a specifically Black-focused Pride that centres culture and identity. The festival opens Friday at Hartford Public Library with an awards ceremony recognising leaders who have strengthened Black queer life in Connecticut. Expect emotion, gratitude and a few surprises when winners are announced in the days before the event. The opening sets a tone that’s as much about legacy and visibility as it is about celebration.</w:t>
      </w:r>
      <w:r/>
    </w:p>
    <w:p>
      <w:pPr>
        <w:pStyle w:val="Heading2"/>
      </w:pPr>
      <w:r>
        <w:t>Art, fashion and storytelling: the Friday night show to watch</w:t>
      </w:r>
      <w:r/>
    </w:p>
    <w:p>
      <w:r/>
      <w:r>
        <w:t>Friday evening’s Hartford Black Pride Art Ball &amp; Fashion Show at Artists Collective promises a sensory evening , commissioned designs by Antwaun K. Wright (Antzinyopants), runway pieces by Rootswear Design and Naakt Design, plus installations and performance. If you love tactile detail and theatrical flair, this is the can’t-miss slot. There’s a modest admission for the Saturday fashion show component, so book ahead if you want a good seat.</w:t>
      </w:r>
      <w:r/>
    </w:p>
    <w:p>
      <w:pPr>
        <w:pStyle w:val="Heading2"/>
      </w:pPr>
      <w:r>
        <w:t>Market, wellness and youth , Saturday’s daytime heartbeat</w:t>
      </w:r>
      <w:r/>
    </w:p>
    <w:p>
      <w:r/>
      <w:r>
        <w:t>Saturday’s Festival &amp; Marketplace at First Presbyterian is where community meets commerce. Vendors, information booths, wellness activities and live performances run from noon to 5pm, so it’s easy to pop in for an hour or stay all day. There’s also a youth gathering at Kamora’s Cultural Corner that evening , an important space for younger community members to connect. The marketplace format is practical: buy from Black-owned makers, pick up resources from organisations, and enjoy accessible programming in a welcoming church setting.</w:t>
      </w:r>
      <w:r/>
    </w:p>
    <w:p>
      <w:pPr>
        <w:pStyle w:val="Heading2"/>
      </w:pPr>
      <w:r>
        <w:t>Parties, DJs and late-night connection</w:t>
      </w:r>
      <w:r/>
    </w:p>
    <w:p>
      <w:r/>
      <w:r>
        <w:t>If you’re after nightlife, Social House on Market Street hosts a “Tia’s Roommate” party at 6pm on Saturday with a live DJ, food and games, followed by a 10pm after-party. These are energetic, communal spaces where people meet, dance and celebrate together , expect a cover charge at the door. The mix of family-friendly daytime events and louder, late-night offerings keeps the festival layered and inclusive.</w:t>
      </w:r>
      <w:r/>
    </w:p>
    <w:p>
      <w:pPr>
        <w:pStyle w:val="Heading2"/>
      </w:pPr>
      <w:r>
        <w:t>Faith, healing and gospel house , faith is part of the picture</w:t>
      </w:r>
      <w:r/>
    </w:p>
    <w:p>
      <w:r/>
      <w:r>
        <w:t>Sunday’s programme opens with an 11am Faith &amp; Healing service at Faith Congregational Church, then returns to First Presbyterian at 3pm for a Gospel House Music Experience with DJ Soul Selektah. The inclusion of religious programming might surprise some, but organisers note it’s essential: many Black queer people hold spiritual lives close, and creating affirming faith spaces is part of building belonging. Donations are requested at the gospel set, and the tone promises warmth, reflection and big, joyful sound.</w:t>
      </w:r>
      <w:r/>
    </w:p>
    <w:p>
      <w:pPr>
        <w:pStyle w:val="Heading2"/>
      </w:pPr>
      <w:r>
        <w:t>Who organised this , and what’s next</w:t>
      </w:r>
      <w:r/>
    </w:p>
    <w:p>
      <w:r/>
      <w:r>
        <w:t>NxtThrsdy, originally from Seattle and experienced in organising Black Pride events there, moved to Hartford and spent years building local relationships before launching this festival. He emphasises the project quickly became collective, not individual, and partnered with NEST CT for nonprofit status. The choice of a July weekend , after the Greater Hartford Festival of Jazz , was deliberate, linking Black cultural legacies and making the timing practical for the city’s calendar. A second Hartford Black Pride is already being planned for July next year.</w:t>
      </w:r>
      <w:r/>
    </w:p>
    <w:p>
      <w:r/>
      <w:r>
        <w:t>It's a small but meaningful shift: a dedicated platform where Black queer stories, art and joy can take centre stage.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https://www.courant.com/2026/07/21/nonprofit-brings-black-pride-festival-to-capital-city-featuring-art-performances-food-and-fun/</w:t>
        </w:r>
      </w:hyperlink>
      <w:r>
        <w:t xml:space="preserve"> - Please view link - unable to able to access data</w:t>
      </w:r>
      <w:r/>
    </w:p>
    <w:p>
      <w:pPr>
        <w:pStyle w:val="ListNumber"/>
        <w:spacing w:line="240" w:lineRule="auto"/>
        <w:ind w:left="720"/>
      </w:pPr>
      <w:r/>
      <w:hyperlink r:id="rId10">
        <w:r>
          <w:rPr>
            <w:color w:val="0000EE"/>
            <w:u w:val="single"/>
          </w:rPr>
          <w:t>https://blackgayevents.com/event/hartford-black-pride-2026/</w:t>
        </w:r>
      </w:hyperlink>
      <w:r>
        <w:t xml:space="preserve"> - The inaugural Hartford Black Pride Festival is scheduled for July 24-26, 2026, at various venues throughout Hartford, Connecticut. This event aims to celebrate Black queer identity and community, featuring a range of activities including an opening celebration at Hartford Public Library, an art ball and fashion show at Artists Collective, a marketplace at First Presbyterian Church, and a youth gathering at Kamora’s Cultural Corner. The festival also includes parties at Social House and a Gospel House Music Experience at First Presbyterian Church. Admission charges apply for certain events, with a $26 weekend pass available for all paid events.</w:t>
      </w:r>
      <w:r/>
    </w:p>
    <w:p>
      <w:pPr>
        <w:pStyle w:val="ListNumber"/>
        <w:spacing w:line="240" w:lineRule="auto"/>
        <w:ind w:left="720"/>
      </w:pPr>
      <w:r/>
      <w:hyperlink r:id="rId11">
        <w:r>
          <w:rPr>
            <w:color w:val="0000EE"/>
            <w:u w:val="single"/>
          </w:rPr>
          <w:t>https://www.wfsb.com/2026/06/13/hartford-celebrates-capital-city-pride-day-with-concerts-street-fair/</w:t>
        </w:r>
      </w:hyperlink>
      <w:r>
        <w:t xml:space="preserve"> - On June 13, 2026, Hartford hosted the Capital City Pride event, featuring 15 hours of entertainment, food, and community activities in downtown Hartford. The event included Pride on Pratt, a family-friendly street fair with live music, food vendors, and activities, as well as performances by local LGBTQ+ artists at the Riverfront Recapture. Attendees expressed appreciation for the event's inclusivity and the opportunity to celebrate love and community.</w:t>
      </w:r>
      <w:r/>
    </w:p>
    <w:p>
      <w:pPr>
        <w:pStyle w:val="ListNumber"/>
        <w:spacing w:line="240" w:lineRule="auto"/>
        <w:ind w:left="720"/>
      </w:pPr>
      <w:r/>
      <w:hyperlink r:id="rId12">
        <w:r>
          <w:rPr>
            <w:color w:val="0000EE"/>
            <w:u w:val="single"/>
          </w:rPr>
          <w:t>https://riverfront.org/events/pridefest/</w:t>
        </w:r>
      </w:hyperlink>
      <w:r>
        <w:t xml:space="preserve"> - Capital City Pride, held on June 13, 2026, at Mortensen Riverfront Plaza in Hartford, Connecticut, offered a unique experience for the LGBTQ+ community. The event featured Pride on Pratt, a family-friendly street fair along Pratt Street, PrideFEST and Concert, an adult-themed neon/glow party with live artist performances, and a Pride Afterparty at The Chez. Free parking was available on both sides of the river, with additional paid parking at the Connecticut Convention Center Garage.</w:t>
      </w:r>
      <w:r/>
    </w:p>
    <w:p>
      <w:pPr>
        <w:pStyle w:val="ListNumber"/>
        <w:spacing w:line="240" w:lineRule="auto"/>
        <w:ind w:left="720"/>
      </w:pPr>
      <w:r/>
      <w:hyperlink r:id="rId13">
        <w:r>
          <w:rPr>
            <w:color w:val="0000EE"/>
            <w:u w:val="single"/>
          </w:rPr>
          <w:t>https://www.hartfordbonanza.org/</w:t>
        </w:r>
      </w:hyperlink>
      <w:r>
        <w:t xml:space="preserve"> - Hartford Bonanza 2026, held on July 4, 2026, at Bushnell Park, celebrated the America 250 Connecticut commemoration. The event featured a diverse lineup of performances, including Connecticut State Troubadour Charlie Widmer, Ava Grom, and various musical acts. Attendees enjoyed a civic marketplace with local nonprofits, a beer garden, food trucks, and fireworks at 9:30 PM over the State Capitol. The event aimed to bring together the community to reflect on the nation's past and envision its future.</w:t>
      </w:r>
      <w:r/>
    </w:p>
    <w:p>
      <w:pPr>
        <w:pStyle w:val="ListNumber"/>
        <w:spacing w:line="240" w:lineRule="auto"/>
        <w:ind w:left="720"/>
      </w:pPr>
      <w:r/>
      <w:hyperlink r:id="rId14">
        <w:r>
          <w:rPr>
            <w:color w:val="0000EE"/>
            <w:u w:val="single"/>
          </w:rPr>
          <w:t>https://parkvillemarket.com/</w:t>
        </w:r>
      </w:hyperlink>
      <w:r>
        <w:t xml:space="preserve"> - Parkville Market in Hartford, Connecticut, hosted the Pride Parade Party on June 20, 2026. The event celebrated Pride with music, food, and dancing, featuring DJ Reefa and host Xiomarie LaBeija. Attendees enjoyed a vibrant atmosphere with great music and dancing, contributing to the festive Pride celebrations in the city.</w:t>
      </w:r>
      <w:r/>
    </w:p>
    <w:p>
      <w:pPr>
        <w:pStyle w:val="ListNumber"/>
        <w:spacing w:line="240" w:lineRule="auto"/>
        <w:ind w:left="720"/>
      </w:pPr>
      <w:r/>
      <w:hyperlink r:id="rId15">
        <w:r>
          <w:rPr>
            <w:color w:val="0000EE"/>
            <w:u w:val="single"/>
          </w:rPr>
          <w:t>https://skycasper.com/event/west-hartford-pride-festival-drag-show/</w:t>
        </w:r>
      </w:hyperlink>
      <w:r>
        <w:t xml:space="preserve"> - The West Hartford Pride Festival, held on June 27, 2026, at West Hartford Town Hall, featured a full day of queer joy, community, and celebration. The event included a Pride Rally, over 100 vendors, five hours of live entertainment, and a mainstage with co-hosts Natalia Fierce and DJ Edgewood. Headliners included Alyssa Edwards, Miss Kelli, Bentley Robles, Sister Funk, New England Pride 365, and 15 drag performers. The festival offered drag performances, live music, food trucks, and family activities, with entertainment starting at 12:00 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ourant.com/2026/07/21/nonprofit-brings-black-pride-festival-to-capital-city-featuring-art-performances-food-and-fun/" TargetMode="External"/><Relationship Id="rId10" Type="http://schemas.openxmlformats.org/officeDocument/2006/relationships/hyperlink" Target="https://blackgayevents.com/event/hartford-black-pride-2026/" TargetMode="External"/><Relationship Id="rId11" Type="http://schemas.openxmlformats.org/officeDocument/2006/relationships/hyperlink" Target="https://www.wfsb.com/2026/06/13/hartford-celebrates-capital-city-pride-day-with-concerts-street-fair/" TargetMode="External"/><Relationship Id="rId12" Type="http://schemas.openxmlformats.org/officeDocument/2006/relationships/hyperlink" Target="https://riverfront.org/events/pridefest/" TargetMode="External"/><Relationship Id="rId13" Type="http://schemas.openxmlformats.org/officeDocument/2006/relationships/hyperlink" Target="https://www.hartfordbonanza.org/" TargetMode="External"/><Relationship Id="rId14" Type="http://schemas.openxmlformats.org/officeDocument/2006/relationships/hyperlink" Target="https://parkvillemarket.com/" TargetMode="External"/><Relationship Id="rId15" Type="http://schemas.openxmlformats.org/officeDocument/2006/relationships/hyperlink" Target="https://skycasper.com/event/west-hartford-pride-festival-drag-sh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