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Findom Explained: What It Is, Why People Do It, and How Partners Can Cope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findom , financial domination , is a growing corner of online kink that mixes sex, power and money, and partners are only now waking up to how complicated it can feel when a loved one is involved. This primer explains what it looks like, why people do it, where used gear gets sold, and how to talk about it without losing your head.</w:t>
      </w:r>
      <w:r/>
    </w:p>
    <w:p>
      <w:r/>
      <w:r>
        <w:t>Essential Takeaways</w:t>
      </w:r>
      <w:r/>
      <w:r/>
    </w:p>
    <w:p>
      <w:pPr>
        <w:pStyle w:val="ListBullet"/>
        <w:spacing w:line="240" w:lineRule="auto"/>
        <w:ind w:left="720"/>
      </w:pPr>
      <w:r/>
      <w:r>
        <w:rPr>
          <w:b/>
        </w:rPr>
        <w:t>What it is:</w:t>
      </w:r>
      <w:r>
        <w:t xml:space="preserve"> Findom is a form of kink where a dominant person receives money, gifts or payments from submissive partners in exchange for humiliation, attention or control.</w:t>
      </w:r>
      <w:r/>
    </w:p>
    <w:p>
      <w:pPr>
        <w:pStyle w:val="ListBullet"/>
        <w:spacing w:line="240" w:lineRule="auto"/>
        <w:ind w:left="720"/>
      </w:pPr>
      <w:r/>
      <w:r>
        <w:rPr>
          <w:b/>
        </w:rPr>
        <w:t>Not always sexual:</w:t>
      </w:r>
      <w:r>
        <w:t xml:space="preserve"> Some practitioners treat it as performance or power-play rather than sexual arousal, and clients vary in motive and intensity.</w:t>
      </w:r>
      <w:r/>
    </w:p>
    <w:p>
      <w:pPr>
        <w:pStyle w:val="ListBullet"/>
        <w:spacing w:line="240" w:lineRule="auto"/>
        <w:ind w:left="720"/>
      </w:pPr>
      <w:r/>
      <w:r>
        <w:rPr>
          <w:b/>
        </w:rPr>
        <w:t>Money and psychology:</w:t>
      </w:r>
      <w:r>
        <w:t xml:space="preserve"> Even financially secure people may participate for the thrill of control, attention, or status , not just cash.</w:t>
      </w:r>
      <w:r/>
    </w:p>
    <w:p>
      <w:pPr>
        <w:pStyle w:val="ListBullet"/>
        <w:spacing w:line="240" w:lineRule="auto"/>
        <w:ind w:left="720"/>
      </w:pPr>
      <w:r/>
      <w:r>
        <w:rPr>
          <w:b/>
        </w:rPr>
        <w:t>Selling used gear:</w:t>
      </w:r>
      <w:r>
        <w:t xml:space="preserve"> There’s a small resale market for used socks, underwear and fetish items on specialist sites and marketplaces; transparency about condition helps.</w:t>
      </w:r>
      <w:r/>
    </w:p>
    <w:p>
      <w:pPr>
        <w:pStyle w:val="ListBullet"/>
        <w:spacing w:line="240" w:lineRule="auto"/>
        <w:ind w:left="720"/>
      </w:pPr>
      <w:r/>
      <w:r>
        <w:rPr>
          <w:b/>
        </w:rPr>
        <w:t>Boundaries matter:</w:t>
      </w:r>
      <w:r>
        <w:t xml:space="preserve"> If your partner’s side hustle upsets you, aim for calm conversations, clear rules about privacy and a plan for discovering intent.</w:t>
      </w:r>
      <w:r/>
      <w:r/>
    </w:p>
    <w:p>
      <w:pPr>
        <w:pStyle w:val="Heading2"/>
      </w:pPr>
      <w:r>
        <w:t>What is findom , quick and slightly rude definition</w:t>
      </w:r>
      <w:r/>
    </w:p>
    <w:p>
      <w:r/>
      <w:r>
        <w:t>Start here: findom, short for financial domination, is a kink in which the submissive (paypig) gives money, gifts or personal items to a dominant in exchange for humiliation, praise, or the feeling of being controlled. It can be a private exchange or a public-facing act with posts, DMs and sold items. The experience is tactile , payments, photos, sometimes used garments , and it lands differently on people depending on their needs and values.</w:t>
      </w:r>
      <w:r/>
    </w:p>
    <w:p>
      <w:r/>
      <w:r>
        <w:t>Context: sites and glossaries that explain the practice make it clear it’s a subset of BDSM culture and commercial sex work. And reaction: people often assume it’s about cash alone, but there’s frequently a psychological payoff for both sides.</w:t>
      </w:r>
      <w:r/>
    </w:p>
    <w:p>
      <w:pPr>
        <w:pStyle w:val="Heading2"/>
      </w:pPr>
      <w:r>
        <w:t>Why someone with money might still do it</w:t>
      </w:r>
      <w:r/>
    </w:p>
    <w:p>
      <w:r/>
      <w:r>
        <w:t>It’s tempting to reduce findom to “they want money”, but human desire rarely obeys that tidy rule. For some, the payments are secondary to attention, ego boosts or a private performance of dominance. For others, the exchange lights up reward circuits in ways that aren’t straightforwardly sexual or financial. And yes, there are also folks who simply enjoy the hustle.</w:t>
      </w:r>
      <w:r/>
    </w:p>
    <w:p>
      <w:r/>
      <w:r>
        <w:t>Practical tip: if your partner insists it’s “only the money”, ask gently about the emotional or ego effects , does he enjoy the attention, the anonymity, the feeling of being desired or feared? Knowing what he’s actually after helps you decide what you can live with.</w:t>
      </w:r>
      <w:r/>
    </w:p>
    <w:p>
      <w:pPr>
        <w:pStyle w:val="Heading2"/>
      </w:pPr>
      <w:r>
        <w:t>When the side hustle is public , social media and secrecy</w:t>
      </w:r>
      <w:r/>
    </w:p>
    <w:p>
      <w:r/>
      <w:r>
        <w:t>Findom often lives on social platforms: thirst traps, humiliating captions, DMs and listings for used underwear or socks. The visibility makes it sticky for partners , there’s the embarrassment factor, privacy concerns, and the risk of someone you know stumbling across it. That nightmare scenario is common and reasonable to worry about; it’s not just about shame, it’s about respect and consent within a relationship.</w:t>
      </w:r>
      <w:r/>
    </w:p>
    <w:p>
      <w:r/>
      <w:r>
        <w:t>How to respond: ask for transparency and set boundaries around what’s public. If you want the account deleted or privatised, state why. If you can tolerate the work so long as it’s discreet and respectful, say so. Either way, insist on a conversation rather than finding surprises.</w:t>
      </w:r>
      <w:r/>
    </w:p>
    <w:p>
      <w:pPr>
        <w:pStyle w:val="Heading2"/>
      </w:pPr>
      <w:r>
        <w:t>Is findom “sex work”? The practical definition</w:t>
      </w:r>
      <w:r/>
    </w:p>
    <w:p>
      <w:r/>
      <w:r>
        <w:t>Yes , many experts and community resources treat findom as a form of sex work because it involves monetised sexual or sexual-adjacent transactions. The exchange of money for erotic humiliation, access or content fits common definitions of paid sexual labour, even if genital contact isn’t involved.</w:t>
      </w:r>
      <w:r/>
    </w:p>
    <w:p>
      <w:r/>
      <w:r>
        <w:t>Why it matters: if you accept that it’s sex work, you can borrow the frameworks used for other sex industries , worker rights, consent standards, and privacy norms , and use those to set expectations in your relationship.</w:t>
      </w:r>
      <w:r/>
    </w:p>
    <w:p>
      <w:pPr>
        <w:pStyle w:val="Heading2"/>
      </w:pPr>
      <w:r>
        <w:t>Where people rehome used fetish gear and underwear</w:t>
      </w:r>
      <w:r/>
    </w:p>
    <w:p>
      <w:r/>
      <w:r>
        <w:t>If leather paddles, cuffs or used underwear are in the picture, there are dedicated resale routes rather than dumping them in general classifieds. Specialist marketplaces and fetish-focused resale platforms let sellers list condition, authenticity and pricing to a targeted audience. Charging a small fee often helps items find homes because buyers assume quality if there’s a price.</w:t>
      </w:r>
      <w:r/>
    </w:p>
    <w:p>
      <w:r/>
      <w:r>
        <w:t>Practical platforms: there are niche sites and marketplaces where people sell used socks, underwear and fetish gear; transparency in listings and modest pricing will speed a sale. If you’d rather give items away, community-based groups or local buy-nothing circles can work, but they require more discretion.</w:t>
      </w:r>
      <w:r/>
    </w:p>
    <w:p>
      <w:pPr>
        <w:pStyle w:val="Heading2"/>
      </w:pPr>
      <w:r>
        <w:t>How to hold the conversation with a partner who hides this</w:t>
      </w:r>
      <w:r/>
    </w:p>
    <w:p>
      <w:r/>
      <w:r>
        <w:t>Start calm and curious: describe what you found, explain how it made you feel, and ask open questions about motive. Don’t assume malice; motives can be complicated. Ask for specifics: how long, how much time it takes, whether money is primary, and how public the accounts are. Set concrete boundaries about privacy, family exposure and the emotional labour you expect in return.</w:t>
      </w:r>
      <w:r/>
    </w:p>
    <w:p>
      <w:r/>
      <w:r>
        <w:t>If you’re anxious: propose a trial , the account goes private or pauses while you both discuss changes. If you suspect deceit is recurring or the behaviour crosses lines you can’t accept, think about counselling or relationship therapy. And remember: your feelings are valid, even if the kink itself isn’t inherently wrong.</w:t>
      </w:r>
      <w:r/>
    </w:p>
    <w:p>
      <w:r/>
      <w:r>
        <w:t>Closing line Talk, set limits, and don’t let secrecy do the damage that a frank conversation could prevent.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3">
        <w:r>
          <w:rPr>
            <w:color w:val="0000EE"/>
            <w:u w:val="single"/>
          </w:rPr>
          <w:t>[4]</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https://www.portlandmercury.com/savage-love/savage-love-cashing-out/</w:t>
        </w:r>
      </w:hyperlink>
      <w:r>
        <w:t xml:space="preserve"> - Please view link - unable to able to access data</w:t>
      </w:r>
      <w:r/>
    </w:p>
    <w:p>
      <w:pPr>
        <w:pStyle w:val="ListNumber"/>
        <w:spacing w:line="240" w:lineRule="auto"/>
        <w:ind w:left="720"/>
      </w:pPr>
      <w:r/>
      <w:hyperlink r:id="rId10">
        <w:r>
          <w:rPr>
            <w:color w:val="0000EE"/>
            <w:u w:val="single"/>
          </w:rPr>
          <w:t>https://www.findommeet.com/what-is-findom.html</w:t>
        </w:r>
      </w:hyperlink>
      <w:r>
        <w:t xml:space="preserve"> - This article provides an overview of financial domination (findom), a form of BDSM focusing on power exchange through monetary transactions. In a findom relationship, the submissive partner, known as a 'finsub,' derives sexual gratification from giving money or gifts to the dominant partner, termed a 'findom.' The piece emphasizes that findom is consensual, with clear boundaries established beforehand to prevent issues. It also highlights the psychological aspects, noting that the submissive partner may feel humiliated, used, and elated by the attention of the dominant partner.</w:t>
      </w:r>
      <w:r/>
    </w:p>
    <w:p>
      <w:pPr>
        <w:pStyle w:val="ListNumber"/>
        <w:spacing w:line="240" w:lineRule="auto"/>
        <w:ind w:left="720"/>
      </w:pPr>
      <w:r/>
      <w:hyperlink r:id="rId11">
        <w:r>
          <w:rPr>
            <w:color w:val="0000EE"/>
            <w:u w:val="single"/>
          </w:rPr>
          <w:t>https://www.slang.org/findom-meaning-definition/</w:t>
        </w:r>
      </w:hyperlink>
      <w:r>
        <w:t xml:space="preserve"> - This entry defines 'findom' as a slang term for 'financial domination,' referring to a domination fetish where the power dynamic revolves around finances. Practices include allowances or surrendering control of funds. The article notes that findom involves the exchange of money or wealth during play and stands for 'FINancial DOMination,' where adults engage in money and power dynamics in sex and foreplay. It provides examples of how the term is used in sentences, illustrating its application in context.</w:t>
      </w:r>
      <w:r/>
    </w:p>
    <w:p>
      <w:pPr>
        <w:pStyle w:val="ListNumber"/>
        <w:spacing w:line="240" w:lineRule="auto"/>
        <w:ind w:left="720"/>
      </w:pPr>
      <w:r/>
      <w:hyperlink r:id="rId13">
        <w:r>
          <w:rPr>
            <w:color w:val="0000EE"/>
            <w:u w:val="single"/>
          </w:rPr>
          <w:t>https://www.thefetishnetwork.com/blog/sell-used-socks-underwear-and-fetish-gear</w:t>
        </w:r>
      </w:hyperlink>
      <w:r>
        <w:t xml:space="preserve"> - This article discusses the market for selling used socks, underwear, and fetish gear, emphasizing the demand among kink-aware buyers for authenticity and connection. It explains that items like socks, underwear, and fetish clothing hold real value to certain individuals, with buyers seeking the authenticity of everyday wear and a connection to a real person. The piece highlights platforms like The Fetish Network Marketplace, which offers a discreet, secure, and community-led space for members to buy and sell worn items without stigma or risk.</w:t>
      </w:r>
      <w:r/>
    </w:p>
    <w:p>
      <w:pPr>
        <w:pStyle w:val="ListNumber"/>
        <w:spacing w:line="240" w:lineRule="auto"/>
        <w:ind w:left="720"/>
      </w:pPr>
      <w:r/>
      <w:hyperlink r:id="rId12">
        <w:r>
          <w:rPr>
            <w:color w:val="0000EE"/>
            <w:u w:val="single"/>
          </w:rPr>
          <w:t>https://www.popstarlabs.com/blogs/health-glossary/findom</w:t>
        </w:r>
      </w:hyperlink>
      <w:r>
        <w:t xml:space="preserve"> - This article defines 'findom' as an abbreviation of 'financial domination,' describing it as a psychological kink or power exchange relationship where one person (often termed a 'findomme' or financial dominant) receives money, gifts, or financial control from another person (the 'paypig' or submissive). It notes that findom dynamics often unfold through online interactions and are not exclusive to any gender or sexual orientation. The piece emphasizes that findom is not inherently illegal or harmful when practiced by consenting adults but requires strong attention to consent, communication, personal boundaries, and ethics.</w:t>
      </w:r>
      <w:r/>
    </w:p>
    <w:p>
      <w:pPr>
        <w:pStyle w:val="ListNumber"/>
        <w:spacing w:line="240" w:lineRule="auto"/>
        <w:ind w:left="720"/>
      </w:pPr>
      <w:r/>
      <w:hyperlink r:id="rId14">
        <w:r>
          <w:rPr>
            <w:color w:val="0000EE"/>
            <w:u w:val="single"/>
          </w:rPr>
          <w:t>https://www.afterworn.com/</w:t>
        </w:r>
      </w:hyperlink>
      <w:r>
        <w:t xml:space="preserve"> - AfterWorn is a marketplace for intimate pre-loved items, focusing on providing a secure and discreet platform for buying and selling used clothing, gear, accessories, and art. Sellers must verify their identity before listing items, and payments are held in escrow until the order is completed, ensuring protection for both parties. The platform emphasizes privacy with plain outer packaging and the use of pseudonyms, and requires proof of wear before shipping, aiming to build trust and safety within the community.</w:t>
      </w:r>
      <w:r/>
    </w:p>
    <w:p>
      <w:pPr>
        <w:pStyle w:val="ListNumber"/>
        <w:spacing w:line="240" w:lineRule="auto"/>
        <w:ind w:left="720"/>
      </w:pPr>
      <w:r/>
      <w:hyperlink r:id="rId15">
        <w:r>
          <w:rPr>
            <w:color w:val="0000EE"/>
            <w:u w:val="single"/>
          </w:rPr>
          <w:t>https://www.malethingsworn.com/</w:t>
        </w:r>
      </w:hyperlink>
      <w:r>
        <w:t xml:space="preserve"> - Male Things Worn is an online marketplace specializing in men's used underwear and related items. With over 500,000 members, the platform facilitates buying and selling of men's used clothing and 'naughty extras.' It offers a user-friendly process where buyers can join, browse listings, message sellers, and arrange payments and delivery. Sellers can create listings, receive messages and orders, and build their reputation within the community. The platform emphasizes anonymity and provides 24/7 support to ensure a secure and enjoyable experience for all users.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rtlandmercury.com/savage-love/savage-love-cashing-out/" TargetMode="External"/><Relationship Id="rId10" Type="http://schemas.openxmlformats.org/officeDocument/2006/relationships/hyperlink" Target="https://www.findommeet.com/what-is-findom.html" TargetMode="External"/><Relationship Id="rId11" Type="http://schemas.openxmlformats.org/officeDocument/2006/relationships/hyperlink" Target="https://www.slang.org/findom-meaning-definition/" TargetMode="External"/><Relationship Id="rId12" Type="http://schemas.openxmlformats.org/officeDocument/2006/relationships/hyperlink" Target="https://www.popstarlabs.com/blogs/health-glossary/findom" TargetMode="External"/><Relationship Id="rId13" Type="http://schemas.openxmlformats.org/officeDocument/2006/relationships/hyperlink" Target="https://www.thefetishnetwork.com/blog/sell-used-socks-underwear-and-fetish-gear" TargetMode="External"/><Relationship Id="rId14" Type="http://schemas.openxmlformats.org/officeDocument/2006/relationships/hyperlink" Target="https://www.afterworn.com/" TargetMode="External"/><Relationship Id="rId15" Type="http://schemas.openxmlformats.org/officeDocument/2006/relationships/hyperlink" Target="https://www.malethingswor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