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Documentary to Watch About a Gay Footballer’s Reinvention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film lovers) are turning to a tender new documentary about identity and survival , The Last Guest of the Holloway Motel follows former footballer Tony Powell from English terraces to West Hollywood, showing why this personal story matters for LGBTQ+ athletes and anyone who’s ever had to start again.</w:t>
      </w:r>
      <w:r/>
    </w:p>
    <w:p>
      <w:r/>
      <w:r>
        <w:t>Essential Takeaways</w:t>
      </w:r>
      <w:r/>
      <w:r/>
    </w:p>
    <w:p>
      <w:pPr>
        <w:pStyle w:val="ListBullet"/>
        <w:spacing w:line="240" w:lineRule="auto"/>
        <w:ind w:left="720"/>
      </w:pPr>
      <w:r/>
      <w:r>
        <w:rPr>
          <w:b/>
        </w:rPr>
        <w:t>True-to-life story:</w:t>
      </w:r>
      <w:r>
        <w:t xml:space="preserve"> The film chronicles Tony Powell’s journey from professional football in 1970s England to life as the manager and final resident of a West Hollywood motel.</w:t>
      </w:r>
      <w:r/>
    </w:p>
    <w:p>
      <w:pPr>
        <w:pStyle w:val="ListBullet"/>
        <w:spacing w:line="240" w:lineRule="auto"/>
        <w:ind w:left="720"/>
      </w:pPr>
      <w:r/>
      <w:r>
        <w:rPr>
          <w:b/>
        </w:rPr>
        <w:t>Quiet, humane tone:</w:t>
      </w:r>
      <w:r>
        <w:t xml:space="preserve"> Directors Ramiel Petros and Nicholas Freeman favour intimate moments over spectacle; the film feels soft, reflective and emotionally precise.</w:t>
      </w:r>
      <w:r/>
    </w:p>
    <w:p>
      <w:pPr>
        <w:pStyle w:val="ListBullet"/>
        <w:spacing w:line="240" w:lineRule="auto"/>
        <w:ind w:left="720"/>
      </w:pPr>
      <w:r/>
      <w:r>
        <w:rPr>
          <w:b/>
        </w:rPr>
        <w:t>Historic context:</w:t>
      </w:r>
      <w:r>
        <w:t xml:space="preserve"> Powell’s career overlapped with figures like Justin Fashanu, underlining the real risks gay footballers faced then.</w:t>
      </w:r>
      <w:r/>
    </w:p>
    <w:p>
      <w:pPr>
        <w:pStyle w:val="ListBullet"/>
        <w:spacing w:line="240" w:lineRule="auto"/>
        <w:ind w:left="720"/>
      </w:pPr>
      <w:r/>
      <w:r>
        <w:rPr>
          <w:b/>
        </w:rPr>
        <w:t>Practical relevance:</w:t>
      </w:r>
      <w:r>
        <w:t xml:space="preserve"> Powell publicly came out in 2025, hoping younger LGBTQ+ athletes won’t feel forced into silence.</w:t>
      </w:r>
      <w:r/>
    </w:p>
    <w:p>
      <w:pPr>
        <w:pStyle w:val="ListBullet"/>
        <w:spacing w:line="240" w:lineRule="auto"/>
        <w:ind w:left="720"/>
      </w:pPr>
      <w:r/>
      <w:r>
        <w:rPr>
          <w:b/>
        </w:rPr>
        <w:t>Sensory note:</w:t>
      </w:r>
      <w:r>
        <w:t xml:space="preserve"> Expect the film to feel lived-in and intimate , a motel’s faded carpets and a man’s steady voice tell a lot.</w:t>
      </w:r>
      <w:r/>
      <w:r/>
    </w:p>
    <w:p>
      <w:pPr>
        <w:pStyle w:val="Heading2"/>
      </w:pPr>
      <w:r>
        <w:t>Why this documentary lands like a conversation</w:t>
      </w:r>
      <w:r/>
    </w:p>
    <w:p>
      <w:r/>
      <w:r>
        <w:t>The first thing that strikes you is the intimacy , Powell’s voice is steadier than you might expect, and the motel’s muted colours give scenes a lived-in warmth. According to coverage in The Guardian, the film avoids sensationalism and lets Powell speak for himself, which makes his late-in-life coming out feel both personal and political. It’s the kind of film that invites you to sit near the subject rather than stare.</w:t>
      </w:r>
      <w:r/>
    </w:p>
    <w:p>
      <w:r/>
      <w:r>
        <w:t>Backstory matters here: Powell was a professional in the 1970s, turning out for Bournemouth and Norwich City before moving to the US to play for teams including the San Jose Earthquakes and Seattle Sounders. That era’s silence around sexuality in sport is the film’s quiet pressure, and seeing it through Powell’s eyes helps you understand why many players hid who they were.</w:t>
      </w:r>
      <w:r/>
    </w:p>
    <w:p>
      <w:pPr>
        <w:pStyle w:val="Heading2"/>
      </w:pPr>
      <w:r>
        <w:t>From terraces to the Holloway Motel , the arc makes sense</w:t>
      </w:r>
      <w:r/>
    </w:p>
    <w:p>
      <w:r/>
      <w:r>
        <w:t>The documentary follows a clear arc: a promising football career, a decision to vanish from family life, and a new life in West Hollywood. Frameline and film listings describe how Powell managed the Holloway Motel for 25 years and, at the time the cameras arrived, was its last resident. That motel becomes a clever metaphor , a place where people pass through and where someone who’s lived in limbo finally makes a home.</w:t>
      </w:r>
      <w:r/>
    </w:p>
    <w:p>
      <w:r/>
      <w:r>
        <w:t>There’s also practical context for viewers: the motel’s closure is not just a plot point, it’s the trigger that brings Powell’s history fully into focus. If you’re wondering why a motel matters, the film supplies the answer through small domestic details and Powell’s memories.</w:t>
      </w:r>
      <w:r/>
    </w:p>
    <w:p>
      <w:pPr>
        <w:pStyle w:val="Heading2"/>
      </w:pPr>
      <w:r>
        <w:t>What it tells us about football, fear and secrecy</w:t>
      </w:r>
      <w:r/>
    </w:p>
    <w:p>
      <w:r/>
      <w:r>
        <w:t>Powell’s experience sits alongside better-known stories, like Justin Fashanu’s, and underscores how much fear governed athletes’ decisions. The Guardian’s reporting frames Powell’s silence as survival , a common choice for gay men in sport in the 1970s. Watching Powell now, you see how secrecy can carve out years of solitude; and you also see the relief that follows when someone chooses honesty, even late.</w:t>
      </w:r>
      <w:r/>
    </w:p>
    <w:p>
      <w:r/>
      <w:r>
        <w:t>For anyone interested in sport and society, this is useful viewing. It’s a reminder that the pressures athletes face aren’t only physical or tactical , they’re also emotional and cultural. That context helps explain why a 2025 public coming-out remains a headline moment.</w:t>
      </w:r>
      <w:r/>
    </w:p>
    <w:p>
      <w:pPr>
        <w:pStyle w:val="Heading2"/>
      </w:pPr>
      <w:r>
        <w:t>Caregiving, loss and community in West Hollywood</w:t>
      </w:r>
      <w:r/>
    </w:p>
    <w:p>
      <w:r/>
      <w:r>
        <w:t>One of the film’s quieter, most affecting strands is Powell’s life with his partner, David Castro, who died during the AIDS crisis. Los Angeles Blade and other outlets note Powell’s home care for Castro, choosing to be present rather than place him in hospice. Those scenes are tender and raw, showing the smaller acts of devotion that define lives beyond public achievements.</w:t>
      </w:r>
      <w:r/>
    </w:p>
    <w:p>
      <w:r/>
      <w:r>
        <w:t>West Hollywood emerges as more than a backdrop; it’s a refuge. Powell’s line about people coming there to feel safe is simple but true, and the film leans into that sense of community. If you want a film that honours resilience without gristly melodrama, this fits the bill.</w:t>
      </w:r>
      <w:r/>
    </w:p>
    <w:p>
      <w:pPr>
        <w:pStyle w:val="Heading2"/>
      </w:pPr>
      <w:r>
        <w:t>How to watch and what to look for</w:t>
      </w:r>
      <w:r/>
    </w:p>
    <w:p>
      <w:r/>
      <w:r>
        <w:t>The documentary has screened at festivals like Frameline and been covered on platforms such as Rotten Tomatoes and IMDb, so checking listings is the first step. When you watch, look for the contrasts: the energy of Powell’s playing days versus the hush of motel corridors, the way ordinary objects , a worn key, a photograph , carry decades of meaning.</w:t>
      </w:r>
      <w:r/>
    </w:p>
    <w:p>
      <w:r/>
      <w:r>
        <w:t>Practical tip: watch with someone you can talk to afterwards. It’s the kind of film that opens up conversations about identity, sport and ageing. And if you care about representation in athletics, notice how Powell’s story reframes what courage can look like later in life.</w:t>
      </w:r>
      <w:r/>
    </w:p>
    <w:p>
      <w:r/>
      <w:r>
        <w:t>It's a small, dignified film that makes the personal feel universal , and it’s worth your time.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[6]</w:t>
        </w:r>
      </w:hyperlink>
      <w:r>
        <w:t xml:space="preserve">- Paragraph 5: </w:t>
      </w:r>
      <w:hyperlink r:id="rId10">
        <w:r>
          <w:rPr>
            <w:color w:val="0000EE"/>
            <w:u w:val="single"/>
          </w:rPr>
          <w:t>[2]</w:t>
        </w:r>
      </w:hyperlink>
      <w:r>
        <w:t xml:space="preserve">, </w:t>
      </w:r>
      <w:hyperlink r:id="rId11">
        <w:r>
          <w:rPr>
            <w:color w:val="0000EE"/>
            <w:u w:val="single"/>
          </w:rPr>
          <w:t>[6]</w:t>
        </w:r>
      </w:hyperlink>
      <w:r>
        <w:t xml:space="preserve">- Paragraph 6: </w:t>
      </w:r>
      <w:hyperlink r:id="rId12">
        <w:r>
          <w:rPr>
            <w:color w:val="0000EE"/>
            <w:u w:val="single"/>
          </w:rPr>
          <w:t>[5]</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https://instinctmagazine.com/last-guest-tony-powell-gay-footballer/</w:t>
        </w:r>
      </w:hyperlink>
      <w:r>
        <w:t xml:space="preserve"> - Please view link - unable to able to access data</w:t>
      </w:r>
      <w:r/>
    </w:p>
    <w:p>
      <w:pPr>
        <w:pStyle w:val="ListNumber"/>
        <w:spacing w:line="240" w:lineRule="auto"/>
        <w:ind w:left="720"/>
      </w:pPr>
      <w:r/>
      <w:hyperlink r:id="rId10">
        <w:r>
          <w:rPr>
            <w:color w:val="0000EE"/>
            <w:u w:val="single"/>
          </w:rPr>
          <w:t>https://www.theguardian.com/football/2026/mar/17/tony-powell-gay-footballer-norwich-documentary-last-guest-at-the-holloway-motel</w:t>
        </w:r>
      </w:hyperlink>
      <w:r>
        <w:t xml:space="preserve"> - An article from The Guardian detailing the life of Tony Powell, a former Norwich City defender who lived in secret as a gay man. It discusses his disappearance from the public eye, his time managing the Holloway Motel in West Hollywood, and the release of the documentary 'The Last Guest of the Holloway Motel' in 2025, which explores his experiences as a closeted footballer and his estranged family relationships.</w:t>
      </w:r>
      <w:r/>
    </w:p>
    <w:p>
      <w:pPr>
        <w:pStyle w:val="ListNumber"/>
        <w:spacing w:line="240" w:lineRule="auto"/>
        <w:ind w:left="720"/>
      </w:pPr>
      <w:r/>
      <w:hyperlink r:id="rId14">
        <w:r>
          <w:rPr>
            <w:color w:val="0000EE"/>
            <w:u w:val="single"/>
          </w:rPr>
          <w:t>https://www.imdb.com/title/tt36591750/</w:t>
        </w:r>
      </w:hyperlink>
      <w:r>
        <w:t xml:space="preserve"> - The IMDb page for 'The Last Guest of the Holloway Motel', a 2025 documentary directed by Nicholas Freeman and Ramiel Petros. The film follows Tony Powell, a former professional footballer who vanished from the public eye in the 1970s, as he manages the Holloway Motel in West Hollywood and confronts his past when the motel faces closure.</w:t>
      </w:r>
      <w:r/>
    </w:p>
    <w:p>
      <w:pPr>
        <w:pStyle w:val="ListNumber"/>
        <w:spacing w:line="240" w:lineRule="auto"/>
        <w:ind w:left="720"/>
      </w:pPr>
      <w:r/>
      <w:hyperlink r:id="rId15">
        <w:r>
          <w:rPr>
            <w:color w:val="0000EE"/>
            <w:u w:val="single"/>
          </w:rPr>
          <w:t>https://www.rottentomatoes.com/m/the_last_guest_of_the_holloway_motel</w:t>
        </w:r>
      </w:hyperlink>
      <w:r>
        <w:t xml:space="preserve"> - The Rotten Tomatoes page for 'The Last Guest of the Holloway Motel', providing information about the film's release, genre, and a brief synopsis. The documentary tells the story of Tony Powell, a former soccer star who, decades after disappearing from the public eye, resides as the last guest of West Hollywood's Holloway Motel and must confront his past as the motel closes.</w:t>
      </w:r>
      <w:r/>
    </w:p>
    <w:p>
      <w:pPr>
        <w:pStyle w:val="ListNumber"/>
        <w:spacing w:line="240" w:lineRule="auto"/>
        <w:ind w:left="720"/>
      </w:pPr>
      <w:r/>
      <w:hyperlink r:id="rId12">
        <w:r>
          <w:rPr>
            <w:color w:val="0000EE"/>
            <w:u w:val="single"/>
          </w:rPr>
          <w:t>https://www.frameline.org/films/frameline50/the-last-guest-of-the-holloway-motel</w:t>
        </w:r>
      </w:hyperlink>
      <w:r>
        <w:t xml:space="preserve"> - A description of 'The Last Guest of the Holloway Motel' from Frameline, a film festival. The documentary, directed by Ramiel Petros and Nicholas Freeman, follows Tony Powell, a former 1970s UK football star who disappeared from the public eye. The film explores his life managing the Holloway Motel in West Hollywood and his journey of reconciliation with his past.</w:t>
      </w:r>
      <w:r/>
    </w:p>
    <w:p>
      <w:pPr>
        <w:pStyle w:val="ListNumber"/>
        <w:spacing w:line="240" w:lineRule="auto"/>
        <w:ind w:left="720"/>
      </w:pPr>
      <w:r/>
      <w:hyperlink r:id="rId11">
        <w:r>
          <w:rPr>
            <w:color w:val="0000EE"/>
            <w:u w:val="single"/>
          </w:rPr>
          <w:t>https://www.losangelesblade.com/2026/05/26/set-in-west-hollywood-the-last-guest-of-the-holloway-motel-tells-tony-powells-story/</w:t>
        </w:r>
      </w:hyperlink>
      <w:r>
        <w:t xml:space="preserve"> - An article from the Los Angeles Blade discussing the documentary 'The Last Guest of the Holloway Motel'. The piece highlights how the film portrays Tony Powell's life in West Hollywood, his role as the last guest of the Holloway Motel, and his reflections on his past as a closeted gay footballer.</w:t>
      </w:r>
      <w:r/>
    </w:p>
    <w:p>
      <w:pPr>
        <w:pStyle w:val="ListNumber"/>
        <w:spacing w:line="240" w:lineRule="auto"/>
        <w:ind w:left="720"/>
      </w:pPr>
      <w:r/>
      <w:hyperlink r:id="rId13">
        <w:r>
          <w:rPr>
            <w:color w:val="0000EE"/>
            <w:u w:val="single"/>
          </w:rPr>
          <w:t>https://hpph.co.uk/films/the-last-guest-of-the-holloway-motel</w:t>
        </w:r>
      </w:hyperlink>
      <w:r>
        <w:t xml:space="preserve"> - A listing for 'The Last Guest of the Holloway Motel' at the Hyde Park Picture House in Leeds. The film is described as a moving portrait of Tony Powell, an English football star of the 1970s, who now manages the Holloway Motel in West Hollywood. The documentary explores his life, his decision to cut ties with his family, and his experiences as a gay man in the football world.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last-guest-tony-powell-gay-footballer/" TargetMode="External"/><Relationship Id="rId10" Type="http://schemas.openxmlformats.org/officeDocument/2006/relationships/hyperlink" Target="https://www.theguardian.com/football/2026/mar/17/tony-powell-gay-footballer-norwich-documentary-last-guest-at-the-holloway-motel" TargetMode="External"/><Relationship Id="rId11" Type="http://schemas.openxmlformats.org/officeDocument/2006/relationships/hyperlink" Target="https://www.losangelesblade.com/2026/05/26/set-in-west-hollywood-the-last-guest-of-the-holloway-motel-tells-tony-powells-story/" TargetMode="External"/><Relationship Id="rId12" Type="http://schemas.openxmlformats.org/officeDocument/2006/relationships/hyperlink" Target="https://www.frameline.org/films/frameline50/the-last-guest-of-the-holloway-motel" TargetMode="External"/><Relationship Id="rId13" Type="http://schemas.openxmlformats.org/officeDocument/2006/relationships/hyperlink" Target="https://hpph.co.uk/films/the-last-guest-of-the-holloway-motel" TargetMode="External"/><Relationship Id="rId14" Type="http://schemas.openxmlformats.org/officeDocument/2006/relationships/hyperlink" Target="https://www.imdb.com/title/tt36591750/" TargetMode="External"/><Relationship Id="rId15" Type="http://schemas.openxmlformats.org/officeDocument/2006/relationships/hyperlink" Target="https://www.rottentomatoes.com/m/the_last_guest_of_the_holloway_mote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