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Busch Gardens’ “Family-Friendly” Pride Day and What It Means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park-goers are spotting a bigger trend: theme parks like Busch Gardens Williamsburg are leaning into Pride programming, and it’s stirring debate about what “family-friendly” now means at public attractions. Here’s what’s on the schedule, why people are talking, and practical tips for families deciding whether to attend.</w:t>
      </w:r>
      <w:r/>
    </w:p>
    <w:p>
      <w:r/>
      <w:r>
        <w:t>Essential Takeaways</w:t>
      </w:r>
      <w:r/>
      <w:r/>
    </w:p>
    <w:p>
      <w:pPr>
        <w:pStyle w:val="ListBullet"/>
        <w:spacing w:line="240" w:lineRule="auto"/>
        <w:ind w:left="720"/>
      </w:pPr>
      <w:r/>
      <w:r>
        <w:rPr>
          <w:b/>
        </w:rPr>
        <w:t>Event basics:</w:t>
      </w:r>
      <w:r>
        <w:t xml:space="preserve"> Busch Gardens Williamsburg is hosting Pride Day July 26 with multiple shows, a DJ party, vendors and merchandise, all included with regular admission.</w:t>
      </w:r>
      <w:r/>
    </w:p>
    <w:p>
      <w:pPr>
        <w:pStyle w:val="ListBullet"/>
        <w:spacing w:line="240" w:lineRule="auto"/>
        <w:ind w:left="720"/>
      </w:pPr>
      <w:r/>
      <w:r>
        <w:rPr>
          <w:b/>
        </w:rPr>
        <w:t>Performances:</w:t>
      </w:r>
      <w:r>
        <w:t xml:space="preserve"> Drag artists and other LGBTQ+ entertainers are listed for three scheduled shows , 11:30am, 1:30pm and 3:30pm , billed as “sensational family-friendly entertainment.”</w:t>
      </w:r>
      <w:r/>
    </w:p>
    <w:p>
      <w:pPr>
        <w:pStyle w:val="ListBullet"/>
        <w:spacing w:line="240" w:lineRule="auto"/>
        <w:ind w:left="720"/>
      </w:pPr>
      <w:r/>
      <w:r>
        <w:rPr>
          <w:b/>
        </w:rPr>
        <w:t>Reaction:</w:t>
      </w:r>
      <w:r>
        <w:t xml:space="preserve"> The park paused comments on its social-media posts after vocal online pushback from some parents and groups.</w:t>
      </w:r>
      <w:r/>
    </w:p>
    <w:p>
      <w:pPr>
        <w:pStyle w:val="ListBullet"/>
        <w:spacing w:line="240" w:lineRule="auto"/>
        <w:ind w:left="720"/>
      </w:pPr>
      <w:r/>
      <w:r>
        <w:rPr>
          <w:b/>
        </w:rPr>
        <w:t>Context:</w:t>
      </w:r>
      <w:r>
        <w:t xml:space="preserve"> Busch Gardens has run similar inclusive events in prior years, often working with local LGBTQ+ groups and pairing Pride programming with other seasonal offerings.</w:t>
      </w:r>
      <w:r/>
    </w:p>
    <w:p>
      <w:pPr>
        <w:pStyle w:val="ListBullet"/>
        <w:spacing w:line="240" w:lineRule="auto"/>
        <w:ind w:left="720"/>
      </w:pPr>
      <w:r/>
      <w:r>
        <w:rPr>
          <w:b/>
        </w:rPr>
        <w:t>Practical note:</w:t>
      </w:r>
      <w:r>
        <w:t xml:space="preserve"> If you’re unsure, check show descriptions, choose daytime performances, and plan alternative activities in the park.</w:t>
      </w:r>
      <w:r/>
      <w:r/>
    </w:p>
    <w:p>
      <w:pPr>
        <w:pStyle w:val="Heading2"/>
      </w:pPr>
      <w:r>
        <w:t>What’s actually happening at Busch Gardens this weekend</w:t>
      </w:r>
      <w:r/>
    </w:p>
    <w:p>
      <w:r/>
      <w:r>
        <w:t>Busch Gardens Williamsburg’s event page lays out a compact programme of Pride-themed activities: stage shows in the Abbey Stone Theatre, a DJ dance party, vendor stalls and themed merchandise. The park lists named performers and describes the shows as lively and feel-good, with several performance times so families can fit a show into a day of rides and attractions. According to the park’s official schedule, the entertainment is included with normal park admission, so there’s no separate ticketing for Pride Day itself.</w:t>
      </w:r>
      <w:r/>
    </w:p>
    <w:p>
      <w:pPr>
        <w:pStyle w:val="Heading2"/>
      </w:pPr>
      <w:r>
        <w:t>Why parents and social feeds are calling this “family-friendly” , and why that matters</w:t>
      </w:r>
      <w:r/>
    </w:p>
    <w:p>
      <w:r/>
      <w:r>
        <w:t>The park uses “family-friendly” to signal content it considers suitable for a broad audience, but that phrasing doesn’t stop debate. Some parents have questioned whether drag performances belong in a theme-park daytime programme aimed at children. Others welcome the chance for public celebrations to include LGBTQ+ artists and visibility. Parks often aim to balance inclusion with guest comfort, and language like “family-friendly” is meant to reassure cautious visitors while inviting others to join in.</w:t>
      </w:r>
      <w:r/>
    </w:p>
    <w:p>
      <w:pPr>
        <w:pStyle w:val="Heading2"/>
      </w:pPr>
      <w:r>
        <w:t>How this fits into Busch Gardens’ broader event calendar</w:t>
      </w:r>
      <w:r/>
    </w:p>
    <w:p>
      <w:r/>
      <w:r>
        <w:t>This Pride Day sits alongside the park’s long-running seasonal calendar , the same place you’ll find beer festivals, Mardi Gras and the Summer of Wonder promotions. Theme parks increasingly programme special events to reach different audiences and extend the operating season, and Pride events have become a feature at several parks in recent years. If you’re a regular visitor, you’ll recognise the tactic: themed weekends draw repeat visits and give the park a chance to spotlight local partners and performers.</w:t>
      </w:r>
      <w:r/>
    </w:p>
    <w:p>
      <w:pPr>
        <w:pStyle w:val="Heading2"/>
      </w:pPr>
      <w:r>
        <w:t>Practical tips if you’re thinking of going</w:t>
      </w:r>
      <w:r/>
    </w:p>
    <w:p>
      <w:r/>
      <w:r>
        <w:t>If you’re weighing whether to attend, a few simple steps help you decide. Look at the show times and choose a shorter daytime slot if you want a milder experience. Check the park’s event page for performer names and any additional notes about content. Bring ear protection if your kids are sensitive to loud music at the DJ party. And if you prefer to avoid the performances altogether, there are plenty of rides, gardens and eateries to enjoy elsewhere in the park.</w:t>
      </w:r>
      <w:r/>
    </w:p>
    <w:p>
      <w:pPr>
        <w:pStyle w:val="Heading2"/>
      </w:pPr>
      <w:r>
        <w:t>What the reaction tells us about public spaces today</w:t>
      </w:r>
      <w:r/>
    </w:p>
    <w:p>
      <w:r/>
      <w:r>
        <w:t>The choice to pause comments on promotional posts shows how quickly events can become flashpoints online. Parks operate in a noisy cultural landscape now, where a single themed day can attract both celebration and criticism. That doesn’t mean parks won’t keep evolving their line-ups , they will , but it does mean organisers need to be clear about programming and considerate of diverse audiences. For visitors, the takeaway is simple: check before you go and make the choice that fits your family.</w:t>
      </w:r>
      <w:r/>
    </w:p>
    <w:p>
      <w:r/>
      <w:r>
        <w:t>It's a small choice that can make a day at the park feel just right for your family.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12">
        <w:r>
          <w:rPr>
            <w:color w:val="0000EE"/>
            <w:u w:val="single"/>
          </w:rPr>
          <w:t>[4]</w:t>
        </w:r>
      </w:hyperlink>
      <w:r>
        <w:t xml:space="preserve">, </w:t>
      </w:r>
      <w:hyperlink r:id="rId13">
        <w:r>
          <w:rPr>
            <w:color w:val="0000EE"/>
            <w:u w:val="single"/>
          </w:rPr>
          <w:t>[5]</w:t>
        </w:r>
      </w:hyperlink>
      <w:r>
        <w:t xml:space="preserve">- Paragraph 5: </w:t>
      </w:r>
      <w:hyperlink r:id="rId10">
        <w:r>
          <w:rPr>
            <w:color w:val="0000EE"/>
            <w:u w:val="single"/>
          </w:rPr>
          <w:t>[2]</w:t>
        </w:r>
      </w:hyperlink>
      <w:r>
        <w:t xml:space="preserve">, </w:t>
      </w:r>
      <w:hyperlink r:id="rId14">
        <w:r>
          <w:rPr>
            <w:color w:val="0000EE"/>
            <w:u w:val="single"/>
          </w:rPr>
          <w:t>[7]</w:t>
        </w:r>
      </w:hyperlink>
      <w:r>
        <w:t xml:space="preserve">- Paragraph 6: </w:t>
      </w:r>
      <w:hyperlink r:id="rId9">
        <w:r>
          <w:rPr>
            <w:color w:val="0000EE"/>
            <w:u w:val="single"/>
          </w:rPr>
          <w:t>[1]</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https://www.thegatewaypundit.com/2026/07/sickening-busch-gardens-hosting-family-friendly-pride-day/</w:t>
        </w:r>
      </w:hyperlink>
      <w:r>
        <w:t xml:space="preserve"> - Please view link - unable to able to access data</w:t>
      </w:r>
      <w:r/>
    </w:p>
    <w:p>
      <w:pPr>
        <w:pStyle w:val="ListNumber"/>
        <w:spacing w:line="240" w:lineRule="auto"/>
        <w:ind w:left="720"/>
      </w:pPr>
      <w:r/>
      <w:hyperlink r:id="rId10">
        <w:r>
          <w:rPr>
            <w:color w:val="0000EE"/>
            <w:u w:val="single"/>
          </w:rPr>
          <w:t>https://buschgardens.com/williamsburg/events/pride-day/</w:t>
        </w:r>
      </w:hyperlink>
      <w:r>
        <w:t xml:space="preserve"> - Busch Gardens Williamsburg is hosting its annual Pride Day on July 26, 2026, featuring family-friendly entertainment by LGBTQ+ stars, a DJ dance party, specialty merchandise, and a vendor fair. Performances are included with regular park admission and are scheduled at 11:30 a.m., 1:30 p.m., and 3:30 p.m. The event highlights performers such as Jennifer Warner, Just Jasmin, Sabrina Lawrence, Celestia Cox, and Steve Rodgers. The park encourages guests to 'let loose and dance in your seat' during these dazzling displays of feel-good fun.</w:t>
      </w:r>
      <w:r/>
    </w:p>
    <w:p>
      <w:pPr>
        <w:pStyle w:val="ListNumber"/>
        <w:spacing w:line="240" w:lineRule="auto"/>
        <w:ind w:left="720"/>
      </w:pPr>
      <w:r/>
      <w:hyperlink r:id="rId11">
        <w:r>
          <w:rPr>
            <w:color w:val="0000EE"/>
            <w:u w:val="single"/>
          </w:rPr>
          <w:t>https://www.aol.com/articles/busch-gardens-williamsburg-announces-annual-203035000.html</w:t>
        </w:r>
      </w:hyperlink>
      <w:r>
        <w:t xml:space="preserve"> - Busch Gardens Williamsburg has announced its annual Pride Day event, set for Sunday, July 26, 2026. The event promises a vibrant celebration of inclusivity with performances by LGBTQ+ stars, a DJ dance party, and a variety of family-friendly activities. Specialty merchandise and a vendor fair will also be available, all included with valid park admission. The performances will take place in the Abbey Stone Theatre at 11:30 a.m., 1:30 p.m., and 3:30 p.m., featuring artists like Jennifer Warner, Sabrina Lawrence, Just Jasmin, Celestia Cox, and Steve Rodgers.</w:t>
      </w:r>
      <w:r/>
    </w:p>
    <w:p>
      <w:pPr>
        <w:pStyle w:val="ListNumber"/>
        <w:spacing w:line="240" w:lineRule="auto"/>
        <w:ind w:left="720"/>
      </w:pPr>
      <w:r/>
      <w:hyperlink r:id="rId12">
        <w:r>
          <w:rPr>
            <w:color w:val="0000EE"/>
            <w:u w:val="single"/>
          </w:rPr>
          <w:t>https://buschgardens.com/williamsburg/events/summer-of-wonder/</w:t>
        </w:r>
      </w:hyperlink>
      <w:r>
        <w:t xml:space="preserve"> - Busch Gardens Williamsburg's Summer of Wonder event, running from June 26 to July 30, 2026, offers visitors a chance to immerse themselves in electrifying entertainment, culinary delights, and world-class thrills. Guests can enjoy daytime thrills on eleven record-breaking coasters, including the reimagined Verbolten: Forbidden Turn. The event also features award-winning indoor shows like Celtic Fyre® and All-New Across the Pond: Legends of the UK, plus two new nighttime shows, Kinetix: The Next Generation and Drone Show.</w:t>
      </w:r>
      <w:r/>
    </w:p>
    <w:p>
      <w:pPr>
        <w:pStyle w:val="ListNumber"/>
        <w:spacing w:line="240" w:lineRule="auto"/>
        <w:ind w:left="720"/>
      </w:pPr>
      <w:r/>
      <w:hyperlink r:id="rId13">
        <w:r>
          <w:rPr>
            <w:color w:val="0000EE"/>
            <w:u w:val="single"/>
          </w:rPr>
          <w:t>https://buschgardens.com/williamsburg/events/beer-festival/</w:t>
        </w:r>
      </w:hyperlink>
      <w:r>
        <w:t xml:space="preserve"> - Busch Gardens Williamsburg is hosting the Bier Fest Brews &amp; BBQ, Virginia's largest craft beer and BBQ festival, from July 31 to September 7, 2026. The event offers over 80 craft brews and cocktails from 60 breweries, including 39 local Virginia favorites, and 38 specialty BBQ dishes across the park. Guests can sip, savor, and save on their favorite summer brews, specialty cocktails, refreshers, and fresh BBQ fare with the Bier Fest Brews &amp; BBQ Sampler. The festival is included with park admission.</w:t>
      </w:r>
      <w:r/>
    </w:p>
    <w:p>
      <w:pPr>
        <w:pStyle w:val="ListNumber"/>
        <w:spacing w:line="240" w:lineRule="auto"/>
        <w:ind w:left="720"/>
      </w:pPr>
      <w:r/>
      <w:hyperlink r:id="rId15">
        <w:r>
          <w:rPr>
            <w:color w:val="0000EE"/>
            <w:u w:val="single"/>
          </w:rPr>
          <w:t>https://buschgardens.com/williamsburg/events/mardi-gras/</w:t>
        </w:r>
      </w:hyperlink>
      <w:r>
        <w:t xml:space="preserve"> - Busch Gardens Williamsburg's Mardi Gras event, running from January 30 to March 8, 2026, brings the Big Easy to the park with jazzy live music, over forty classic Cajun flavors, and returning favorites like Carnaval Imaginique, an electrifying cirque show in the Globe Theatre. The event also features the all-new Encore on Bourbon Street, debuting in the San Marco Theatre. Vibrant entertainment fills Busch Gardens' villages with an exciting New Orleans-style event for the whole family, including world-class roller coasters, rides, and kid-friendly play areas.</w:t>
      </w:r>
      <w:r/>
    </w:p>
    <w:p>
      <w:pPr>
        <w:pStyle w:val="ListNumber"/>
        <w:spacing w:line="240" w:lineRule="auto"/>
        <w:ind w:left="720"/>
      </w:pPr>
      <w:r/>
      <w:hyperlink r:id="rId14">
        <w:r>
          <w:rPr>
            <w:color w:val="0000EE"/>
            <w:u w:val="single"/>
          </w:rPr>
          <w:t>https://www.youtube.com/watch?v=Tu-9r1gS1nM</w:t>
        </w:r>
      </w:hyperlink>
      <w:r>
        <w:t xml:space="preserve"> - A YouTube video titled 'First Pride Day at Busch Gardens Williamsburg 2022 | Family Friendly Drag Show | Free Member Perks' provides a firsthand look at the inaugural Pride Day event at Busch Gardens Williamsburg. The video showcases the family-friendly drag show, member perks, and the overall atmosphere of the event, offering viewers a glimpse into the park's commitment to inclusivity and entertainment.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gatewaypundit.com/2026/07/sickening-busch-gardens-hosting-family-friendly-pride-day/" TargetMode="External"/><Relationship Id="rId10" Type="http://schemas.openxmlformats.org/officeDocument/2006/relationships/hyperlink" Target="https://buschgardens.com/williamsburg/events/pride-day/" TargetMode="External"/><Relationship Id="rId11" Type="http://schemas.openxmlformats.org/officeDocument/2006/relationships/hyperlink" Target="https://www.aol.com/articles/busch-gardens-williamsburg-announces-annual-203035000.html" TargetMode="External"/><Relationship Id="rId12" Type="http://schemas.openxmlformats.org/officeDocument/2006/relationships/hyperlink" Target="https://buschgardens.com/williamsburg/events/summer-of-wonder/" TargetMode="External"/><Relationship Id="rId13" Type="http://schemas.openxmlformats.org/officeDocument/2006/relationships/hyperlink" Target="https://buschgardens.com/williamsburg/events/beer-festival/" TargetMode="External"/><Relationship Id="rId14" Type="http://schemas.openxmlformats.org/officeDocument/2006/relationships/hyperlink" Target="https://www.youtube.com/watch?v=Tu-9r1gS1nM" TargetMode="External"/><Relationship Id="rId15" Type="http://schemas.openxmlformats.org/officeDocument/2006/relationships/hyperlink" Target="https://buschgardens.com/williamsburg/events/mardi-gra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