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 Bluegrass Pride Moments and How to Join the Joyful First Session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 scratch that , music lovers are flocking to a new kind of summer camp: Camp Bluegrass Pride in Astoria, where queer musicians and allies gather to learn, jam and celebrate. The debut week mixed focused workshops, late-night jams and a contagious sense of queer joy that organisers hope will become an annual tradition.</w:t>
      </w:r>
      <w:r/>
    </w:p>
    <w:p>
      <w:r/>
      <w:r>
        <w:t>Essential Takeaways</w:t>
      </w:r>
      <w:r/>
      <w:r/>
    </w:p>
    <w:p>
      <w:pPr>
        <w:pStyle w:val="ListBullet"/>
        <w:spacing w:line="240" w:lineRule="auto"/>
        <w:ind w:left="720"/>
      </w:pPr>
      <w:r/>
      <w:r>
        <w:rPr>
          <w:b/>
        </w:rPr>
        <w:t>First-ever bluegrass camp:</w:t>
      </w:r>
      <w:r>
        <w:t xml:space="preserve"> Camp Bluegrass Pride launched in Astoria, Oregon, with week-long workshops, evening jams and a faculty concert.</w:t>
      </w:r>
      <w:r/>
    </w:p>
    <w:p>
      <w:pPr>
        <w:pStyle w:val="ListBullet"/>
        <w:spacing w:line="240" w:lineRule="auto"/>
        <w:ind w:left="720"/>
      </w:pPr>
      <w:r/>
      <w:r>
        <w:rPr>
          <w:b/>
        </w:rPr>
        <w:t>Warm, hands-on vibe:</w:t>
      </w:r>
      <w:r>
        <w:t xml:space="preserve"> Instructors ran brisk, 90-second intros and rolled straight into practical sessions; the feel was collaborative and encouraging.</w:t>
      </w:r>
      <w:r/>
    </w:p>
    <w:p>
      <w:pPr>
        <w:pStyle w:val="ListBullet"/>
        <w:spacing w:line="240" w:lineRule="auto"/>
        <w:ind w:left="720"/>
      </w:pPr>
      <w:r/>
      <w:r>
        <w:rPr>
          <w:b/>
        </w:rPr>
        <w:t>Local venues central:</w:t>
      </w:r>
      <w:r>
        <w:t xml:space="preserve"> Events centred at the Charlene Larsen Center, Hotel Elliot and Xanadu, a cosy spot known for a lavender gin and tonic and lively night jams.</w:t>
      </w:r>
      <w:r/>
    </w:p>
    <w:p>
      <w:pPr>
        <w:pStyle w:val="ListBullet"/>
        <w:spacing w:line="240" w:lineRule="auto"/>
        <w:ind w:left="720"/>
      </w:pPr>
      <w:r/>
      <w:r>
        <w:rPr>
          <w:b/>
        </w:rPr>
        <w:t>Community-first focus:</w:t>
      </w:r>
      <w:r>
        <w:t xml:space="preserve"> Leaders emphasised "queer joy" as part of the teaching, balancing musical excellence with emotional safety and belonging.</w:t>
      </w:r>
      <w:r/>
    </w:p>
    <w:p>
      <w:pPr>
        <w:pStyle w:val="ListBullet"/>
        <w:spacing w:line="240" w:lineRule="auto"/>
        <w:ind w:left="720"/>
      </w:pPr>
      <w:r/>
      <w:r>
        <w:rPr>
          <w:b/>
        </w:rPr>
        <w:t>Practical for newcomers:</w:t>
      </w:r>
      <w:r>
        <w:t xml:space="preserve"> Even hesitant players found supportive pick-up groups , expect patient tutors, song-calls and immediate chances to perform.</w:t>
      </w:r>
      <w:r/>
      <w:r/>
    </w:p>
    <w:p>
      <w:pPr>
        <w:pStyle w:val="Heading2"/>
      </w:pPr>
      <w:r>
        <w:t>A joyful first day that felt intimate and electric</w:t>
      </w:r>
      <w:r/>
    </w:p>
    <w:p>
      <w:r/>
      <w:r>
        <w:t>The strongest impression from day one was the feeling in the room: warm, noisy, slightly nervous and utterly eager. I could hear guitars, banjos and quiet laughter as people settled in; the auditorium smelled faintly of coffee and sunscreen. Camp co-directors Scott Justus and Ashley Bradfield set the tempo with clear logistics, then Isaac McCarthy led everyone through a short breathing ritual that shifted the mood from anxious to open. Concert-level aspiration met community-level comfort, and that mix made the event feel both serious and playful.</w:t>
      </w:r>
      <w:r/>
    </w:p>
    <w:p>
      <w:r/>
      <w:r>
        <w:t>The camp grew out of a desire to centre queer players in a traditionally conservative genre, and organisers leaned into that mission. Orientation kept things brisk , each faculty member got ninety seconds to introduce themselves , which felt efficient and slightly theatrical. That quick pace meant campers moved from listening to playing fast, a deliberate choice to get people jamming together early.</w:t>
      </w:r>
      <w:r/>
    </w:p>
    <w:p>
      <w:r/>
      <w:r>
        <w:t>If you’re wondering whether this is for beginners, the energy suggested yes. People were calling songs, trading chords and helping one another find the right keys. The immediate practical takeaway: bring a sense of curiosity and a willingness to sing off-key the first few times; folks will help you land.</w:t>
      </w:r>
      <w:r/>
    </w:p>
    <w:p>
      <w:pPr>
        <w:pStyle w:val="Heading2"/>
      </w:pPr>
      <w:r>
        <w:t>Venues that make evening jams feel like home</w:t>
      </w:r>
      <w:r/>
    </w:p>
    <w:p>
      <w:r/>
      <w:r>
        <w:t>Astoria’s Charlene Larsen Center anchored daytime workshops, while Hotel Elliot and Xanadu hosted meet-ups and late-night sessions. Xanadu, with its characterful bar and the lavender gin and tonic someone recommended, became a natural extension of the camp , atmospherically intimate and loud enough for a proper jam. Night jams started quickly and continued into the small hours, which is exactly how these camps build friendships.</w:t>
      </w:r>
      <w:r/>
    </w:p>
    <w:p>
      <w:r/>
      <w:r>
        <w:t>Local venues like these matter because they stitch the music to a place; playing a tune in a café or a community hall creates memories that last. If you’re planning to attend next year, book accommodation early in town and choose a place within walking distance of the main venues to avoid lugging instruments late at night.</w:t>
      </w:r>
      <w:r/>
    </w:p>
    <w:p>
      <w:pPr>
        <w:pStyle w:val="Heading2"/>
      </w:pPr>
      <w:r>
        <w:t>How the organisers balance musical training and emotional safety</w:t>
      </w:r>
      <w:r/>
    </w:p>
    <w:p>
      <w:r/>
      <w:r>
        <w:t>A key thread during orientation was intentionality: musical craft alongside mutual care. Isaac McCarthy’s guidance to centre in queer joy wasn’t performance fluff , it shaped how workshops would run. Instructors signalled clear expectations and time limits, but there was also room for slow, supportive learning.</w:t>
      </w:r>
      <w:r/>
    </w:p>
    <w:p>
      <w:r/>
      <w:r>
        <w:t>That balance is important for queer musicians who may not always feel represented in bluegrass spaces. Practically, it means classes where technique, repertoire and arrangement are taught, but where questions about pronouns, comfort with stage time and group dynamics are also respected. For potential attendees, that translates to a safer environment for trying new things.</w:t>
      </w:r>
      <w:r/>
    </w:p>
    <w:p>
      <w:pPr>
        <w:pStyle w:val="Heading2"/>
      </w:pPr>
      <w:r>
        <w:t>What the day revealed about who this camp is for</w:t>
      </w:r>
      <w:r/>
    </w:p>
    <w:p>
      <w:r/>
      <w:r>
        <w:t>From absolute beginners to experienced pickers, the camp drew a variety of players, and the day’s jams showed how they overlapped. Someone shy called a vocal once and, with a little coaching, sailed through “Salty Dog Blues” with friends supporting every wrong note. That kind of encouragement suggests the camp is built for community-building as much as skill development.</w:t>
      </w:r>
      <w:r/>
    </w:p>
    <w:p>
      <w:r/>
      <w:r>
        <w:t>If you’re assessing fit, think of Camp Bluegrass Pride as ideal if you want to improve in an affirming setting, to meet queer peers in roots music, or to experience the camp culture of nightly jams and faculty concerts. Bring a tune list, a spare set of strings and a willingness to laugh at yourself.</w:t>
      </w:r>
      <w:r/>
    </w:p>
    <w:p>
      <w:pPr>
        <w:pStyle w:val="Heading2"/>
      </w:pPr>
      <w:r>
        <w:t>Looking ahead , will this become an annual highlight?</w:t>
      </w:r>
      <w:r/>
    </w:p>
    <w:p>
      <w:r/>
      <w:r>
        <w:t>There’s a clear intention to grow this into a recurring event. Local partners and sponsors are already visible, and the week’s packed schedule suggests organisers are testing formats that can scale. If it returns, expect more workshops, a formal faculty concert and perhaps additional outreach to younger players.</w:t>
      </w:r>
      <w:r/>
    </w:p>
    <w:p>
      <w:r/>
      <w:r>
        <w:t>The human moment that sticks is simple: a room breathing together, a mixture of nerves and relief, and that first communal chorus where everyone’s off-key but delighted. It’s the kind of summer memory that feels small and significant at once.</w:t>
      </w:r>
      <w:r/>
    </w:p>
    <w:p>
      <w:r/>
      <w:r>
        <w:t>It's a small change that can make every tune and every jam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https://bluegrasspride.net/blogs/news/camp-bluegrass-pride-recap-day-1</w:t>
        </w:r>
      </w:hyperlink>
      <w:r>
        <w:t xml:space="preserve"> - Please view link - unable to able to access data</w:t>
      </w:r>
      <w:r/>
    </w:p>
    <w:p>
      <w:pPr>
        <w:pStyle w:val="ListNumber"/>
        <w:spacing w:line="240" w:lineRule="auto"/>
        <w:ind w:left="720"/>
      </w:pPr>
      <w:r/>
      <w:hyperlink r:id="rId10">
        <w:r>
          <w:rPr>
            <w:color w:val="0000EE"/>
            <w:u w:val="single"/>
          </w:rPr>
          <w:t>https://bluegrasspride.net/pages/camp-bluegrass-pride-2026</w:t>
        </w:r>
      </w:hyperlink>
      <w:r>
        <w:t xml:space="preserve"> - Camp Bluegrass Pride 2026 is an immersive bluegrass and roots music camp held from June 21–26, 2026, in Astoria, Oregon. The camp offers multiple tracks for different proficiency levels, including fiddle, guitar, banjo, voice, mandolin, upright bass, and songwriting. Registration is open, with full camp registration priced at $650, which includes all classes, workshops, evening performances, special events, and two dinners. Day passes are available for $175 per day, covering classes, workshops, and evening activities. Lodging discounts are available for local hotels and campgrounds. Scholarship applications were open until April 24, 2026. The camp is organised by Bluegrass Pride, a non-profit dedicated to fostering equity, visibility, and opportunity for LGBTQ+ people in bluegrass, roots, and Americana music. (</w:t>
      </w:r>
      <w:hyperlink r:id="rId15">
        <w:r>
          <w:rPr>
            <w:color w:val="0000EE"/>
            <w:u w:val="single"/>
          </w:rPr>
          <w:t>bluegrasspride.net</w:t>
        </w:r>
      </w:hyperlink>
      <w:r>
        <w:t>)</w:t>
      </w:r>
      <w:r/>
    </w:p>
    <w:p>
      <w:pPr>
        <w:pStyle w:val="ListNumber"/>
        <w:spacing w:line="240" w:lineRule="auto"/>
        <w:ind w:left="720"/>
      </w:pPr>
      <w:r/>
      <w:hyperlink r:id="rId12">
        <w:r>
          <w:rPr>
            <w:color w:val="0000EE"/>
            <w:u w:val="single"/>
          </w:rPr>
          <w:t>https://www.xanaduastoria.com/pride-on-the-coast-2026/camp-bluegrass-pride</w:t>
        </w:r>
      </w:hyperlink>
      <w:r>
        <w:t xml:space="preserve"> - Xanadu Astoria is hosting Camp Bluegrass Pride from June 21–26, 2026, in Astoria, Oregon. The camp brings together bluegrass and roots music lovers of all backgrounds to learn, play, and connect in a joyful, inclusive environment. The event features multiple tracks for different proficiency levels, including fiddle, guitar, banjo, voice, mandolin, upright bass, and songwriting. Registration is open, with full camp registration priced at $650, which includes all classes, workshops, evening performances, special events, and two dinners. Day passes are available for $175 per day, covering classes, workshops, and evening activities. Lodging discounts are available for local hotels and campgrounds. Scholarship applications were open until April 24, 2026. (</w:t>
      </w:r>
      <w:hyperlink r:id="rId16">
        <w:r>
          <w:rPr>
            <w:color w:val="0000EE"/>
            <w:u w:val="single"/>
          </w:rPr>
          <w:t>xanaduastoria.com</w:t>
        </w:r>
      </w:hyperlink>
      <w:r>
        <w:t>)</w:t>
      </w:r>
      <w:r/>
    </w:p>
    <w:p>
      <w:pPr>
        <w:pStyle w:val="ListNumber"/>
        <w:spacing w:line="240" w:lineRule="auto"/>
        <w:ind w:left="720"/>
      </w:pPr>
      <w:r/>
      <w:hyperlink r:id="rId13">
        <w:r>
          <w:rPr>
            <w:color w:val="0000EE"/>
            <w:u w:val="single"/>
          </w:rPr>
          <w:t>https://www.ijpr.org/community-calendar/event/camp-bluegrass-pride-13-02-2026-13-26-54</w:t>
        </w:r>
      </w:hyperlink>
      <w:r>
        <w:t xml:space="preserve"> - Camp Bluegrass Pride, held in Astoria, Oregon, offers an immersive week of workshops, ensemble classes, jams, performances, and community-building experiences led by an all-star lineup of instructors. The camp prioritises musical excellence, mental health, access, and belonging, creating a space where participants can grow as musicians while showing up fully as themselves. The event is open to all, embodying the belief that bluegrass is for everyone. (</w:t>
      </w:r>
      <w:hyperlink r:id="rId17">
        <w:r>
          <w:rPr>
            <w:color w:val="0000EE"/>
            <w:u w:val="single"/>
          </w:rPr>
          <w:t>ijpr.org</w:t>
        </w:r>
      </w:hyperlink>
      <w:r>
        <w:t>)</w:t>
      </w:r>
      <w:r/>
    </w:p>
    <w:p>
      <w:pPr>
        <w:pStyle w:val="ListNumber"/>
        <w:spacing w:line="240" w:lineRule="auto"/>
        <w:ind w:left="720"/>
      </w:pPr>
      <w:r/>
      <w:hyperlink r:id="rId14">
        <w:r>
          <w:rPr>
            <w:color w:val="0000EE"/>
            <w:u w:val="single"/>
          </w:rPr>
          <w:t>https://bluegrasspride.net/products/camp-bluegrass-pride-sponsorship-rainbow</w:t>
        </w:r>
      </w:hyperlink>
      <w:r>
        <w:t xml:space="preserve"> - Bluegrass Pride is offering a $5,000 Rainbow sponsorship for Camp Bluegrass Pride 2026, the inaugural queer bluegrass music camp taking place June 21–26, 2026, in Astoria, Oregon. The sponsorship includes premium logo placement, social media shoutouts, website and email features, VIP seating for four at the camp dinner with a speaking opportunity, four evening performance passes, and two camp registrations or vendor tables. The sponsorship aims to support the camp's mission of fostering equity, visibility, and opportunity for LGBTQ+ people in bluegrass, roots, and Americana music. (</w:t>
      </w:r>
      <w:hyperlink r:id="rId18">
        <w:r>
          <w:rPr>
            <w:color w:val="0000EE"/>
            <w:u w:val="single"/>
          </w:rPr>
          <w:t>bluegrasspride.net</w:t>
        </w:r>
      </w:hyperlink>
      <w:r>
        <w:t>)</w:t>
      </w:r>
      <w:r/>
    </w:p>
    <w:p>
      <w:pPr>
        <w:pStyle w:val="ListNumber"/>
        <w:spacing w:line="240" w:lineRule="auto"/>
        <w:ind w:left="720"/>
      </w:pPr>
      <w:r/>
      <w:hyperlink r:id="rId11">
        <w:r>
          <w:rPr>
            <w:color w:val="0000EE"/>
            <w:u w:val="single"/>
          </w:rPr>
          <w:t>https://www.gratefulweb.com/articles/bluegrass-pride-announces-first-annual-camp-bluegrass-pride-in-astoria-or/</w:t>
        </w:r>
      </w:hyperlink>
      <w:r>
        <w:t xml:space="preserve"> - Bluegrass Pride has announced the launch of Camp Bluegrass Pride, a first-of-its-kind immersive bluegrass and roots music camp welcoming musicians of all skill levels, identities, and backgrounds. The inaugural camp will take place June 21–26, 2026, in the historic coastal town of Astoria, Oregon. Set against the stunning backdrop of the Pacific Northwest coast, Camp Bluegrass Pride brings together queer and allied musicians for a week of learning, collaboration, and celebration in a joyful, affirming, and inclusive environment. Registration is open, and early registration is strongly encouraged. (</w:t>
      </w:r>
      <w:hyperlink r:id="rId19">
        <w:r>
          <w:rPr>
            <w:color w:val="0000EE"/>
            <w:u w:val="single"/>
          </w:rPr>
          <w:t>gratefulweb.com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uegrasspride.net/blogs/news/camp-bluegrass-pride-recap-day-1" TargetMode="External"/><Relationship Id="rId10" Type="http://schemas.openxmlformats.org/officeDocument/2006/relationships/hyperlink" Target="https://bluegrasspride.net/pages/camp-bluegrass-pride-2026" TargetMode="External"/><Relationship Id="rId11" Type="http://schemas.openxmlformats.org/officeDocument/2006/relationships/hyperlink" Target="https://www.gratefulweb.com/articles/bluegrass-pride-announces-first-annual-camp-bluegrass-pride-in-astoria-or/" TargetMode="External"/><Relationship Id="rId12" Type="http://schemas.openxmlformats.org/officeDocument/2006/relationships/hyperlink" Target="https://www.xanaduastoria.com/pride-on-the-coast-2026/camp-bluegrass-pride" TargetMode="External"/><Relationship Id="rId13" Type="http://schemas.openxmlformats.org/officeDocument/2006/relationships/hyperlink" Target="https://www.ijpr.org/community-calendar/event/camp-bluegrass-pride-13-02-2026-13-26-54" TargetMode="External"/><Relationship Id="rId14" Type="http://schemas.openxmlformats.org/officeDocument/2006/relationships/hyperlink" Target="https://bluegrasspride.net/products/camp-bluegrass-pride-sponsorship-rainbow" TargetMode="External"/><Relationship Id="rId15" Type="http://schemas.openxmlformats.org/officeDocument/2006/relationships/hyperlink" Target="https://bluegrasspride.net/pages/camp-bluegrass-pride-2026?utm_source=openai" TargetMode="External"/><Relationship Id="rId16" Type="http://schemas.openxmlformats.org/officeDocument/2006/relationships/hyperlink" Target="https://www.xanaduastoria.com/pride-on-the-coast-2026/camp-bluegrass-pride?utm_source=openai" TargetMode="External"/><Relationship Id="rId17" Type="http://schemas.openxmlformats.org/officeDocument/2006/relationships/hyperlink" Target="https://www.ijpr.org/community-calendar/event/camp-bluegrass-pride-13-02-2026-13-26-54?utm_source=openai" TargetMode="External"/><Relationship Id="rId18" Type="http://schemas.openxmlformats.org/officeDocument/2006/relationships/hyperlink" Target="https://bluegrasspride.net/products/camp-bluegrass-pride-sponsorship-rainbow?utm_source=openai" TargetMode="External"/><Relationship Id="rId19" Type="http://schemas.openxmlformats.org/officeDocument/2006/relationships/hyperlink" Target="https://www.gratefulweb.com/articles/bluegrass-pride-announces-first-annual-camp-bluegrass-pride-in-astoria-o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