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Tickets 2026: Win Pairs to See Diana Ross, RAYE and Paris Hilton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Pride with a headline-studded weekend , win one of ten pairs of Brighton &amp; Hove Pride on the Park tickets to see Diana Ross, RAYE and Paris Hilton at Preston Park, a major 35th-anniversary moment for fans and the LGBTQ+ community.</w:t>
      </w:r>
      <w:r/>
    </w:p>
    <w:p>
      <w:r/>
      <w:r>
        <w:t>Essential Takeaways</w:t>
      </w:r>
      <w:r/>
      <w:r/>
    </w:p>
    <w:p>
      <w:pPr>
        <w:pStyle w:val="ListBullet"/>
        <w:spacing w:line="240" w:lineRule="auto"/>
        <w:ind w:left="720"/>
      </w:pPr>
      <w:r/>
      <w:r>
        <w:rPr>
          <w:b/>
        </w:rPr>
        <w:t>Big acts:</w:t>
      </w:r>
      <w:r>
        <w:t xml:space="preserve"> Diana Ross headlines Sunday, RAYE closes Saturday, and Paris Hilton performs the Sunday Icon slot.</w:t>
      </w:r>
      <w:r/>
    </w:p>
    <w:p>
      <w:pPr>
        <w:pStyle w:val="ListBullet"/>
        <w:spacing w:line="240" w:lineRule="auto"/>
        <w:ind w:left="720"/>
      </w:pPr>
      <w:r/>
      <w:r>
        <w:rPr>
          <w:b/>
        </w:rPr>
        <w:t>When and where:</w:t>
      </w:r>
      <w:r>
        <w:t xml:space="preserve"> Pride on the Park returns to Preston Park across Saturday 1 and Sunday 2 August 2026.</w:t>
      </w:r>
      <w:r/>
    </w:p>
    <w:p>
      <w:pPr>
        <w:pStyle w:val="ListBullet"/>
        <w:spacing w:line="240" w:lineRule="auto"/>
        <w:ind w:left="720"/>
      </w:pPr>
      <w:r/>
      <w:r>
        <w:rPr>
          <w:b/>
        </w:rPr>
        <w:t>How to enter:</w:t>
      </w:r>
      <w:r>
        <w:t xml:space="preserve"> Sign up to That Grape Juice’s newsletter and follow them on Instagram, X or TikTok to qualify.</w:t>
      </w:r>
      <w:r/>
    </w:p>
    <w:p>
      <w:pPr>
        <w:pStyle w:val="ListBullet"/>
        <w:spacing w:line="240" w:lineRule="auto"/>
        <w:ind w:left="720"/>
      </w:pPr>
      <w:r/>
      <w:r>
        <w:rPr>
          <w:b/>
        </w:rPr>
        <w:t>Giveaway scale:</w:t>
      </w:r>
      <w:r>
        <w:t xml:space="preserve"> Ten pairs of tickets are being offered, with entries closing at 12.00pm GMT on Wednesday 29 July 2026.</w:t>
      </w:r>
      <w:r/>
    </w:p>
    <w:p>
      <w:pPr>
        <w:pStyle w:val="ListBullet"/>
        <w:spacing w:line="240" w:lineRule="auto"/>
        <w:ind w:left="720"/>
      </w:pPr>
      <w:r/>
      <w:r>
        <w:rPr>
          <w:b/>
        </w:rPr>
        <w:t>Festival vibe:</w:t>
      </w:r>
      <w:r>
        <w:t xml:space="preserve"> Expect a colourful, celebratory atmosphere for the 35th anniversary, with family-friendly and late-night elements.</w:t>
      </w:r>
      <w:r/>
      <w:r/>
    </w:p>
    <w:p>
      <w:pPr>
        <w:pStyle w:val="Heading2"/>
      </w:pPr>
      <w:r>
        <w:t>Why this lineup feels like a landmark</w:t>
      </w:r>
      <w:r/>
    </w:p>
    <w:p>
      <w:r/>
      <w:r>
        <w:t>Brighton &amp; Hove Pride has pulled a big, cinematic moment for its 35th anniversary, blending Motown legend glamour with contemporary pop heat and celebrity DJ energy. Diana Ross brings a timeless, theatrical presence that many festivalgoers will feel in the chest, while RAYE supplies current chart smarts and high-tempo performance. Paris Hilton’s appearance adds the late-night, celebrity-dj sparkle that keeps things playful.</w:t>
      </w:r>
      <w:r/>
    </w:p>
    <w:p>
      <w:r/>
      <w:r>
        <w:t>According to Brighton &amp; Hove Pride’s announcement, organisers wanted a weekend that nods to decades of queer history while also feeling right now. That mix makes the festival a rare chance to cross generations in one day, so whether you’re nostalgic or chasing new bops, there’s something to look forward to.</w:t>
      </w:r>
      <w:r/>
    </w:p>
    <w:p>
      <w:pPr>
        <w:pStyle w:val="Heading2"/>
      </w:pPr>
      <w:r>
        <w:t>How to enter the ticket giveaway (simple steps)</w:t>
      </w:r>
      <w:r/>
    </w:p>
    <w:p>
      <w:r/>
      <w:r>
        <w:t>It’s refreshingly straightforward. First, subscribe to That Grape Juice’s newsletter. Then make sure you follow That Grape Juice on Instagram, X or TikTok , the giveaway requires at least one follow, though following all three boosts your visibility. Entries close midday on Wednesday 29 July, so don’t leave it to the last minute.</w:t>
      </w:r>
      <w:r/>
    </w:p>
    <w:p>
      <w:r/>
      <w:r>
        <w:t>Little tip: double-check your inbox and socials after entering. Newsletters sometimes land in promotions or spam, and you’ll want confirmation that your entry’s in. And if you’re sharing travel plans, book flexible fares or refundable accommodation , Brighton sells out fast around Pride.</w:t>
      </w:r>
      <w:r/>
    </w:p>
    <w:p>
      <w:pPr>
        <w:pStyle w:val="Heading2"/>
      </w:pPr>
      <w:r>
        <w:t>What to expect at Preston Park this summer</w:t>
      </w:r>
      <w:r/>
    </w:p>
    <w:p>
      <w:r/>
      <w:r>
        <w:t>Preston Park is already synonymous with bright banners, creative outfits and a warm, inclusive energy. The Pride programme typically combines big-stage sets with community areas, dance stages, family zones and stalls from local charities and vendors. This year’s sponsorship by hayu suggests a polished, TV-friendly production, with good sightlines and strong stage production values.</w:t>
      </w:r>
      <w:r/>
    </w:p>
    <w:p>
      <w:r/>
      <w:r>
        <w:t>Practical notes: bring layers , August sun can flip to cool sea breezes , and a portable phone charger. If you need quieter spaces, organisers usually provide chill-out zones and accessibility services, but if you have specific needs, contact the Pride team ahead of time.</w:t>
      </w:r>
      <w:r/>
    </w:p>
    <w:p>
      <w:pPr>
        <w:pStyle w:val="Heading2"/>
      </w:pPr>
      <w:r>
        <w:t>How the 35th anniversary shapes the weekend</w:t>
      </w:r>
      <w:r/>
    </w:p>
    <w:p>
      <w:r/>
      <w:r>
        <w:t>Anniversary editions always come with extra heart; organisers often curate moments that acknowledge Pride’s political roots as well as its party elements. Expect tributes, a bit more history on stage, and perhaps late surprises. Brighton &amp; Hove Pride has been building this lineup across announcements, and coverage from outlets including Gay Times and local press highlights the scale and ambition of this year’s festival.</w:t>
      </w:r>
      <w:r/>
    </w:p>
    <w:p>
      <w:r/>
      <w:r>
        <w:t>If you care about the community work alongside the music, there will be opportunities to learn about local campaigns and charities , a reminder that Pride still mixes protest with celebration.</w:t>
      </w:r>
      <w:r/>
    </w:p>
    <w:p>
      <w:pPr>
        <w:pStyle w:val="Heading2"/>
      </w:pPr>
      <w:r>
        <w:t>Choosing when to go and planning your day</w:t>
      </w:r>
      <w:r/>
    </w:p>
    <w:p>
      <w:r/>
      <w:r>
        <w:t>Saturday leans younger and pop-forward with RAYE’s headline, while Sunday offers legendary showmanship from Diana Ross plus Paris Hilton’s icon set , pick the day that matches your mood, or get weekend passes and do both. Arrive early if you want good spots near the stage, and factor in travel times: trains to Brighton are frequent but busy during summer events.</w:t>
      </w:r>
      <w:r/>
    </w:p>
    <w:p>
      <w:r/>
      <w:r>
        <w:t>If you’re coming from further afield, consider splitting accommodation across nearby neighbourhoods to avoid last-minute price spikes. And remember: festivals are for enjoying, not just ticking off a headliner, so leave room for wandering, street food and the colourful parade atmosphere.</w:t>
      </w:r>
      <w:r/>
    </w:p>
    <w:p>
      <w:r/>
      <w:r>
        <w:t>It's a small change that can turn a summer weekend into a standout memory.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1">
        <w:r>
          <w:rPr>
            <w:color w:val="0000EE"/>
            <w:u w:val="single"/>
          </w:rPr>
          <w:t>[6]</w:t>
        </w:r>
      </w:hyperlink>
      <w:r>
        <w:t xml:space="preserve">, </w:t>
      </w:r>
      <w:hyperlink r:id="rId13">
        <w:r>
          <w:rPr>
            <w:color w:val="0000EE"/>
            <w:u w:val="single"/>
          </w:rPr>
          <w:t>[5]</w:t>
        </w:r>
      </w:hyperlink>
      <w:r>
        <w:t xml:space="preserve">- Paragraph 6: </w:t>
      </w:r>
      <w:hyperlink r:id="rId15">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https://thatgrapejuice.net/2026/07/competition-win-tickets-to-see-diana-ross-raye-at-brighton-pride/?utm_source=rss&amp;utm_medium=rss&amp;utm_campaign=competition-win-tickets-to-see-diana-ross-raye-at-brighton-pride</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https://www.brighton-pride.org/pride-on-the-park-2026-headliner-annoucement/</w:t>
        </w:r>
      </w:hyperlink>
      <w:r>
        <w:t xml:space="preserve"> - Brighton &amp; Hove Pride has announced that global superstar Diana Ross will headline and close the weekend for their 35th Anniversary Extravaganza on Sunday, 2nd August 2026. Chart-topping sensation RAYE is set to headline day one on Saturday, 1st August 2026. The two-day community fundraiser will take place at Preston Park, with RAYE performing on Saturday and Diana Ross on Sunday. This marks a significant milestone for Brighton &amp; Hove Pride, celebrating 35 years of promoting diversity, inclusion, and education within the LGBTQ+ community.</w:t>
      </w:r>
      <w:r/>
    </w:p>
    <w:p>
      <w:pPr>
        <w:pStyle w:val="ListNumber"/>
        <w:spacing w:line="240" w:lineRule="auto"/>
        <w:ind w:left="720"/>
      </w:pPr>
      <w:r/>
      <w:hyperlink r:id="rId15">
        <w:r>
          <w:rPr>
            <w:color w:val="0000EE"/>
            <w:u w:val="single"/>
          </w:rPr>
          <w:t>https://www.brightonandhovenews.org/2026/03/26/brighton-hove-pride-announces-full-2026-line-up/</w:t>
        </w:r>
      </w:hyperlink>
      <w:r>
        <w:t xml:space="preserve"> - Brighton &amp; Hove Pride has unveiled its full lineup for the 2026 'Pride On The Park' extravaganza. Paris Hilton has been announced as this year's Sunday icon, set to perform on 2nd August. Holly Johnson of Frankie Goes to Hollywood will take over the Legends slot, embodying the theme 'The Power of Love'. The main stage will also feature Leigh-Anne, G Flip, and Moonchild Sanelly, with Melanie C returning to Pride for a dynamic DJ set. The dance arena will host The Blessed Madonna, HAAi, I.Jordan, Hannah Wants, Bimini, Daniel Avery, Patrick Mason, and Girls Don’t Sync, alongside headliners Armand Van Helden and Purple Disco Machine.</w:t>
      </w:r>
      <w:r/>
    </w:p>
    <w:p>
      <w:pPr>
        <w:pStyle w:val="ListNumber"/>
        <w:spacing w:line="240" w:lineRule="auto"/>
        <w:ind w:left="720"/>
      </w:pPr>
      <w:r/>
      <w:hyperlink r:id="rId12">
        <w:r>
          <w:rPr>
            <w:color w:val="0000EE"/>
            <w:u w:val="single"/>
          </w:rPr>
          <w:t>https://www.brightonandhovenews.org/2026/06/03/diana-ross-raye-rupaul-paris-hilton-holly-johnson-many-more-booked-for-brighton-hove-pride/</w:t>
        </w:r>
      </w:hyperlink>
      <w:r>
        <w:t xml:space="preserve"> - Brighton &amp; Hove Pride has announced a star-studded lineup for its 35th anniversary celebrations. Global icon Diana Ross, chart-topping sensation RAYE, and Paris Hilton are set to headline the 'Pride On The Park' event on 1st and 2nd August 2026. Other confirmed performers include RuPaul, Holly Johnson of Frankie Goes to Hollywood, Melanie C, Leigh-Anne, Jessie J, Self Esteem, and Five. The annual LGBTQ+ Community Parade will kickstart the weekend under the theme 'The Power of Love', celebrating 35 years of Brighton &amp; Hove Pride.</w:t>
      </w:r>
      <w:r/>
    </w:p>
    <w:p>
      <w:pPr>
        <w:pStyle w:val="ListNumber"/>
        <w:spacing w:line="240" w:lineRule="auto"/>
        <w:ind w:left="720"/>
      </w:pPr>
      <w:r/>
      <w:hyperlink r:id="rId13">
        <w:r>
          <w:rPr>
            <w:color w:val="0000EE"/>
            <w:u w:val="single"/>
          </w:rPr>
          <w:t>https://culturalee.art/brighton-hove-pride-2026-diana-ross-raye-rupaul-and-paris-hilton-headline-35th-anniversary-festival/</w:t>
        </w:r>
      </w:hyperlink>
      <w:r>
        <w:t xml:space="preserve"> - Brighton &amp; Hove Pride 2026 is set to celebrate its 35th anniversary with a spectacular lineup of global music icons, DJs, drag royalty, and LGBTQIA+ talent. The event, supported by Hayu, will take place on 1st and 2nd August 2026, embracing the theme 'The Power of Love'. Headliners include Diana Ross, RAYE, Holly Johnson of Frankie Goes to Hollywood, Melanie C, Leigh-Anne, Jessie J, Self Esteem, RuPaul, and Paris Hilton. The weekend will feature the annual LGBTQ+ Community Parade, Pride on the Park, and the vibrant Kemptown Street Party.</w:t>
      </w:r>
      <w:r/>
    </w:p>
    <w:p>
      <w:pPr>
        <w:pStyle w:val="ListNumber"/>
        <w:spacing w:line="240" w:lineRule="auto"/>
        <w:ind w:left="720"/>
      </w:pPr>
      <w:r/>
      <w:hyperlink r:id="rId11">
        <w:r>
          <w:rPr>
            <w:color w:val="0000EE"/>
            <w:u w:val="single"/>
          </w:rPr>
          <w:t>https://www.gaytimes.com/brighton-pride-2026-announces-diana-ross-and-raye-for-landmark-35th-year/</w:t>
        </w:r>
      </w:hyperlink>
      <w:r>
        <w:t xml:space="preserve"> - Brighton Pride 2026 is shaping up to be a landmark year. On 4th February, Brighton &amp; Hove Pride announced RAYE and Diana Ross as the headliners for this year’s event, marking the 35th anniversary of Pride on the Park. The two-day extravaganza takes place at Preston Park on Saturday, 1st August and Sunday, 2nd August 2026. This year’s theme is 'The Power of Love', which will 'bring us together in solidarity, resistance and community as we strive for equality for all'.</w:t>
      </w:r>
      <w:r/>
    </w:p>
    <w:p>
      <w:pPr>
        <w:pStyle w:val="ListNumber"/>
        <w:spacing w:line="240" w:lineRule="auto"/>
        <w:ind w:left="720"/>
      </w:pPr>
      <w:r/>
      <w:hyperlink r:id="rId14">
        <w:r>
          <w:rPr>
            <w:color w:val="0000EE"/>
            <w:u w:val="single"/>
          </w:rPr>
          <w:t>https://www.planomato.com/en/brighton/p/paris-hilton-brighton-hove-pride</w:t>
        </w:r>
      </w:hyperlink>
      <w:r>
        <w:t xml:space="preserve"> - Paris Hilton is set to perform in the icon slot at Brighton &amp; Hove Pride 2026 as part of the 35th anniversary celebrations. The event will take place on 1st and 2nd August 2026 at Preston Park, known as Pride on the Park. Since its start in 1991, the parade has been a central part of the weekend, and this year’s edition reflects on that history while looking ahead. Director Paul Kemp has noted the significance of this milestone for the community. The site will feature various areas, including 'Legends Cabaret', 'Queer Town', and dedicated family zones, with Hayu serving as the main sponsor.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tgrapejuice.net/2026/07/competition-win-tickets-to-see-diana-ross-raye-at-brighton-pride/?utm_source=rss&amp;utm_medium=rss&amp;utm_campaign=competition-win-tickets-to-see-diana-ross-raye-at-brighton-pride" TargetMode="External"/><Relationship Id="rId10" Type="http://schemas.openxmlformats.org/officeDocument/2006/relationships/hyperlink" Target="https://www.brighton-pride.org/pride-on-the-park-2026-headliner-annoucement/" TargetMode="External"/><Relationship Id="rId11" Type="http://schemas.openxmlformats.org/officeDocument/2006/relationships/hyperlink" Target="https://www.gaytimes.com/brighton-pride-2026-announces-diana-ross-and-raye-for-landmark-35th-year/" TargetMode="External"/><Relationship Id="rId12" Type="http://schemas.openxmlformats.org/officeDocument/2006/relationships/hyperlink" Target="https://www.brightonandhovenews.org/2026/06/03/diana-ross-raye-rupaul-paris-hilton-holly-johnson-many-more-booked-for-brighton-hove-pride/" TargetMode="External"/><Relationship Id="rId13" Type="http://schemas.openxmlformats.org/officeDocument/2006/relationships/hyperlink" Target="https://culturalee.art/brighton-hove-pride-2026-diana-ross-raye-rupaul-and-paris-hilton-headline-35th-anniversary-festival/" TargetMode="External"/><Relationship Id="rId14" Type="http://schemas.openxmlformats.org/officeDocument/2006/relationships/hyperlink" Target="https://www.planomato.com/en/brighton/p/paris-hilton-brighton-hove-pride" TargetMode="External"/><Relationship Id="rId15" Type="http://schemas.openxmlformats.org/officeDocument/2006/relationships/hyperlink" Target="https://www.brightonandhovenews.org/2026/03/26/brighton-hove-pride-announces-full-2026-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