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Bents Park Live: Why Pride in South Tyneside’s First Sunday Was a Sun‑Soaked Hit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Basks in warmth: crowds flocked to Bents Park for the first Sunday concert, where Pride in South Tyneside brought local stars and pop icons to the seaside , and Joe McElderry closed the night with a showstopping set that mattered to the community.</w:t>
      </w:r>
      <w:r/>
    </w:p>
    <w:p>
      <w:r/>
      <w:r>
        <w:t>Essential Takeaways</w:t>
      </w:r>
      <w:r/>
      <w:r/>
    </w:p>
    <w:p>
      <w:pPr>
        <w:pStyle w:val="ListBullet"/>
        <w:spacing w:line="240" w:lineRule="auto"/>
        <w:ind w:left="720"/>
      </w:pPr>
      <w:r/>
      <w:r>
        <w:rPr>
          <w:b/>
        </w:rPr>
        <w:t>Packed, sunny atmosphere:</w:t>
      </w:r>
      <w:r>
        <w:t xml:space="preserve"> Bents Park was busy and upbeat, with temperatures climbing past 20C and a festival buzz.</w:t>
      </w:r>
      <w:r/>
    </w:p>
    <w:p>
      <w:pPr>
        <w:pStyle w:val="ListBullet"/>
        <w:spacing w:line="240" w:lineRule="auto"/>
        <w:ind w:left="720"/>
      </w:pPr>
      <w:r/>
      <w:r>
        <w:rPr>
          <w:b/>
        </w:rPr>
        <w:t>Local pride on stage:</w:t>
      </w:r>
      <w:r>
        <w:t xml:space="preserve"> North East talent featured strongly, including Joe McElderry, Shelly Stevens and Channy, all earning big reactions.</w:t>
      </w:r>
      <w:r/>
    </w:p>
    <w:p>
      <w:pPr>
        <w:pStyle w:val="ListBullet"/>
        <w:spacing w:line="240" w:lineRule="auto"/>
        <w:ind w:left="720"/>
      </w:pPr>
      <w:r/>
      <w:r>
        <w:rPr>
          <w:b/>
        </w:rPr>
        <w:t>Pop classics and new tracks:</w:t>
      </w:r>
      <w:r>
        <w:t xml:space="preserve"> Sets blended nostalgia and fresh material , think 80s anthems, Smash Hits favourites and new singles.</w:t>
      </w:r>
      <w:r/>
    </w:p>
    <w:p>
      <w:pPr>
        <w:pStyle w:val="ListBullet"/>
        <w:spacing w:line="240" w:lineRule="auto"/>
        <w:ind w:left="720"/>
      </w:pPr>
      <w:r/>
      <w:r>
        <w:rPr>
          <w:b/>
        </w:rPr>
        <w:t>Family‑friendly festival feel:</w:t>
      </w:r>
      <w:r>
        <w:t xml:space="preserve"> Acts like Sonia and 911 delivered singalong moments, while activities and stalls kept the day lively.</w:t>
      </w:r>
      <w:r/>
    </w:p>
    <w:p>
      <w:pPr>
        <w:pStyle w:val="ListBullet"/>
        <w:spacing w:line="240" w:lineRule="auto"/>
        <w:ind w:left="720"/>
      </w:pPr>
      <w:r/>
      <w:r>
        <w:rPr>
          <w:b/>
        </w:rPr>
        <w:t>Strong community message:</w:t>
      </w:r>
      <w:r>
        <w:t xml:space="preserve"> The event doubled as a Pride celebration, underlining support for the LGBTQIA+ community in South Tyneside.</w:t>
      </w:r>
      <w:r/>
      <w:r/>
    </w:p>
    <w:p>
      <w:pPr>
        <w:pStyle w:val="Heading2"/>
      </w:pPr>
      <w:r>
        <w:t>A sunny start that set the scene</w:t>
      </w:r>
      <w:r/>
    </w:p>
    <w:p>
      <w:r/>
      <w:r>
        <w:t>The weather played its part, with the sun making everything feel brighter and the park smelling faintly of sunscreen and street food. According to local coverage, the first Bents Park Sunday show drew a big, buoyant crowd who were ready to sing and dance. The timing matters , open‑air gigs by the sea are a staple here, and a warm, sunny day turns a regular concert into a proper community occasion.</w:t>
      </w:r>
      <w:r/>
    </w:p>
    <w:p>
      <w:pPr>
        <w:pStyle w:val="Heading2"/>
      </w:pPr>
      <w:r>
        <w:t>Local names led with energy</w:t>
      </w:r>
      <w:r/>
    </w:p>
    <w:p>
      <w:r/>
      <w:r>
        <w:t>From the off, the bill celebrated regional talent. Shelly Stevens kicked things off with a powerhouse set that mixed big covers and show‑stopping moments, while Channy brought polished pop and eye‑catching choreography. It's great to see homegrown singers given the platform; audiences respond when a local voice commands the stage, and that connection was clear.</w:t>
      </w:r>
      <w:r/>
    </w:p>
    <w:p>
      <w:pPr>
        <w:pStyle w:val="Heading2"/>
      </w:pPr>
      <w:r>
        <w:t>Nostalgia and new music in one bill</w:t>
      </w:r>
      <w:r/>
    </w:p>
    <w:p>
      <w:r/>
      <w:r>
        <w:t>Promoters balanced throwback hits with fresh releases. The crowd lapped up Sonia’s 80s classics and 911’s party-ready set, which supplied instant singalongs and familiar hooks. Then Joe McElderry flipped the script by weaving in new material alongside well-known anthems, so the night didn’t just wallow in memory , it pushed forward too. If you like a mix of comfort and discovery, this is the kind of line‑up that delivers.</w:t>
      </w:r>
      <w:r/>
    </w:p>
    <w:p>
      <w:pPr>
        <w:pStyle w:val="Heading2"/>
      </w:pPr>
      <w:r>
        <w:t>Why Joe McElderry’s headline mattered</w:t>
      </w:r>
      <w:r/>
    </w:p>
    <w:p>
      <w:r/>
      <w:r>
        <w:t>There’s something satisfying about a hometown star closing a big night. McElderry opened with an upbeat choice that matched the heat and kept shifting tempo to show off a versatile voice. He peppered the set with new singles and beloved songs, giving fans both the takeaways they wanted and a few surprises. For long‑time supporters, hearing his voice ring out across Bents Park was a highlight; for newcomers, it was a polished, celebratory finale.</w:t>
      </w:r>
      <w:r/>
    </w:p>
    <w:p>
      <w:pPr>
        <w:pStyle w:val="Heading2"/>
      </w:pPr>
      <w:r>
        <w:t>Practical tips for next time</w:t>
      </w:r>
      <w:r/>
    </w:p>
    <w:p>
      <w:r/>
      <w:r>
        <w:t>If you’re planning to head to a Bents Park Live Sunday, get there early for the best spot and pack a light jacket for when the sea breeze picks up. Comfortable shoes are a must , the grass can be uneven , and bring a reusable bottle; queues for stalls are part of the fun, but staying hydrated keeps you dancing. And if you want photos, aim for the first or last songs of a set when photographers and fans cluster.</w:t>
      </w:r>
      <w:r/>
    </w:p>
    <w:p>
      <w:r/>
      <w:r>
        <w:t>It's a simple formula: good weather, community spirit, and a line‑up that honours both local voices and pop history.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https://www.chroniclelive.co.uk/whats-on/music-nightlife-news/gallery/joe-mcelderry-south-shields-911-34318802</w:t>
        </w:r>
      </w:hyperlink>
      <w:r>
        <w:t xml:space="preserve"> - Please view link - unable to able to access data</w:t>
      </w:r>
      <w:r/>
    </w:p>
    <w:p>
      <w:pPr>
        <w:pStyle w:val="ListNumber"/>
        <w:spacing w:line="240" w:lineRule="auto"/>
        <w:ind w:left="720"/>
      </w:pPr>
      <w:r/>
      <w:hyperlink r:id="rId10">
        <w:r>
          <w:rPr>
            <w:color w:val="0000EE"/>
            <w:u w:val="single"/>
          </w:rPr>
          <w:t>https://www.ents24.com/south-shields-events/bents-park/live-in-bents-park-2026-pride-in-south-tyneside/7478754</w:t>
        </w:r>
      </w:hyperlink>
      <w:r>
        <w:t xml:space="preserve"> - This event, scheduled for Sunday, 19 July 2026, at Bents Park in South Shields, features Joe McElderry as the headliner, with special guests including Sonia and 911. The concert is part of the Pride in South Tyneside celebrations, offering an afternoon of live music, food vendors, and vibrant stalls. Tickets are available through Universe. (</w:t>
      </w:r>
      <w:hyperlink r:id="rId16">
        <w:r>
          <w:rPr>
            <w:color w:val="0000EE"/>
            <w:u w:val="single"/>
          </w:rPr>
          <w:t>ents24.com</w:t>
        </w:r>
      </w:hyperlink>
      <w:r>
        <w:t>)</w:t>
      </w:r>
      <w:r/>
    </w:p>
    <w:p>
      <w:pPr>
        <w:pStyle w:val="ListNumber"/>
        <w:spacing w:line="240" w:lineRule="auto"/>
        <w:ind w:left="720"/>
      </w:pPr>
      <w:r/>
      <w:hyperlink r:id="rId12">
        <w:r>
          <w:rPr>
            <w:color w:val="0000EE"/>
            <w:u w:val="single"/>
          </w:rPr>
          <w:t>https://www.remotegoat.com/event/135248/bents-park-live-pride-in-south-tyneside-with-joe-mcelderry-sonia-and-911</w:t>
        </w:r>
      </w:hyperlink>
      <w:r>
        <w:t xml:space="preserve"> - This event, taking place on Sunday, 19 July 2026, at Bents Park in South Shields, features Joe McElderry as the headliner, with special guests including Sonia and 911. The concert is part of the Pride in South Tyneside celebrations, offering an afternoon of live music, food vendors, and vibrant stalls. Tickets are available through Universe. (</w:t>
      </w:r>
      <w:hyperlink r:id="rId17">
        <w:r>
          <w:rPr>
            <w:color w:val="0000EE"/>
            <w:u w:val="single"/>
          </w:rPr>
          <w:t>remotegoat.com</w:t>
        </w:r>
      </w:hyperlink>
      <w:r>
        <w:t>)</w:t>
      </w:r>
      <w:r/>
    </w:p>
    <w:p>
      <w:pPr>
        <w:pStyle w:val="ListNumber"/>
        <w:spacing w:line="240" w:lineRule="auto"/>
        <w:ind w:left="720"/>
      </w:pPr>
      <w:r/>
      <w:hyperlink r:id="rId13">
        <w:r>
          <w:rPr>
            <w:color w:val="0000EE"/>
            <w:u w:val="single"/>
          </w:rPr>
          <w:t>https://www.littleinventors.org/events/the-lost-found-office-of-oddities-at-bents-park-live-pride-in-south-tyneside/info</w:t>
        </w:r>
      </w:hyperlink>
      <w:r>
        <w:t xml:space="preserve"> - The Lost &amp; Found Office of Oddities will be appearing at Bents Park Live: Pride in South Tyneside on Sunday, 19 July 2026. This special Pride celebration brings together live music, entertainment, food vendors, stalls, and a joyful afternoon of love, diversity, and togetherness. The event features South Shields’ own Joe McElderry, joined by a line-up of special guests including Sonia. (</w:t>
      </w:r>
      <w:hyperlink r:id="rId18">
        <w:r>
          <w:rPr>
            <w:color w:val="0000EE"/>
            <w:u w:val="single"/>
          </w:rPr>
          <w:t>littleinventors.org</w:t>
        </w:r>
      </w:hyperlink>
      <w:r>
        <w:t>)</w:t>
      </w:r>
      <w:r/>
    </w:p>
    <w:p>
      <w:pPr>
        <w:pStyle w:val="ListNumber"/>
        <w:spacing w:line="240" w:lineRule="auto"/>
        <w:ind w:left="720"/>
      </w:pPr>
      <w:r/>
      <w:hyperlink r:id="rId14">
        <w:r>
          <w:rPr>
            <w:color w:val="0000EE"/>
            <w:u w:val="single"/>
          </w:rPr>
          <w:t>https://festivaly.eu/en/bents-park-live-pride-in-south-tyneside-with-joe-mcelderry-and-sonia-bents-park-south-shields-2026</w:t>
        </w:r>
      </w:hyperlink>
      <w:r>
        <w:t xml:space="preserve"> - This event, scheduled for Sunday, 19 July 2026, at Bents Park in South Shields, features Joe McElderry as the headliner, with special guests including Sonia and 911. The concert is part of the Pride in South Tyneside celebrations, offering an afternoon of live music, food vendors, and vibrant stalls. Tickets are available through Universe. (</w:t>
      </w:r>
      <w:hyperlink r:id="rId19">
        <w:r>
          <w:rPr>
            <w:color w:val="0000EE"/>
            <w:u w:val="single"/>
          </w:rPr>
          <w:t>festivaly.eu</w:t>
        </w:r>
      </w:hyperlink>
      <w:r>
        <w:t>)</w:t>
      </w:r>
      <w:r/>
    </w:p>
    <w:p>
      <w:pPr>
        <w:pStyle w:val="ListNumber"/>
        <w:spacing w:line="240" w:lineRule="auto"/>
        <w:ind w:left="720"/>
      </w:pPr>
      <w:r/>
      <w:hyperlink r:id="rId15">
        <w:r>
          <w:rPr>
            <w:color w:val="0000EE"/>
            <w:u w:val="single"/>
          </w:rPr>
          <w:t>https://discover.events.com/gb/england/south-shields/e/food/bents-park-live-pride-south-tyneside-joe-mcelderry-sonia-457510723</w:t>
        </w:r>
      </w:hyperlink>
      <w:r>
        <w:t xml:space="preserve"> - This event, taking place on Sunday, 19 July 2026, at Bents Park in South Shields, features Joe McElderry as the headliner, with special guests including Sonia and 911. The concert is part of the Pride in South Tyneside celebrations, offering an afternoon of live music, food vendors, and vibrant stalls. Tickets are available through Universe. (</w:t>
      </w:r>
      <w:hyperlink r:id="rId20">
        <w:r>
          <w:rPr>
            <w:color w:val="0000EE"/>
            <w:u w:val="single"/>
          </w:rPr>
          <w:t>discover.events.com</w:t>
        </w:r>
      </w:hyperlink>
      <w:r>
        <w:t>)</w:t>
      </w:r>
      <w:r/>
    </w:p>
    <w:p>
      <w:pPr>
        <w:pStyle w:val="ListNumber"/>
        <w:spacing w:line="240" w:lineRule="auto"/>
        <w:ind w:left="720"/>
      </w:pPr>
      <w:r/>
      <w:hyperlink r:id="rId11">
        <w:r>
          <w:rPr>
            <w:color w:val="0000EE"/>
            <w:u w:val="single"/>
          </w:rPr>
          <w:t>https://www.gonortheast.co.uk/bents-park-live</w:t>
        </w:r>
      </w:hyperlink>
      <w:r>
        <w:t xml:space="preserve"> - This event, scheduled for Sunday, 19 July 2026, at Bents Park in South Shields, features Joe McElderry as the headliner, with special guests including Sonia and 911. The concert is part of the Pride in South Tyneside celebrations, offering an afternoon of live music, food vendors, and vibrant stalls. Tickets are available through Universe. (</w:t>
      </w:r>
      <w:hyperlink r:id="rId21">
        <w:r>
          <w:rPr>
            <w:color w:val="0000EE"/>
            <w:u w:val="single"/>
          </w:rPr>
          <w:t>gonortheast.co.uk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music-nightlife-news/gallery/joe-mcelderry-south-shields-911-34318802" TargetMode="External"/><Relationship Id="rId10" Type="http://schemas.openxmlformats.org/officeDocument/2006/relationships/hyperlink" Target="https://www.ents24.com/south-shields-events/bents-park/live-in-bents-park-2026-pride-in-south-tyneside/7478754" TargetMode="External"/><Relationship Id="rId11" Type="http://schemas.openxmlformats.org/officeDocument/2006/relationships/hyperlink" Target="https://www.gonortheast.co.uk/bents-park-live" TargetMode="External"/><Relationship Id="rId12" Type="http://schemas.openxmlformats.org/officeDocument/2006/relationships/hyperlink" Target="https://www.remotegoat.com/event/135248/bents-park-live-pride-in-south-tyneside-with-joe-mcelderry-sonia-and-911" TargetMode="External"/><Relationship Id="rId13" Type="http://schemas.openxmlformats.org/officeDocument/2006/relationships/hyperlink" Target="https://www.littleinventors.org/events/the-lost-found-office-of-oddities-at-bents-park-live-pride-in-south-tyneside/info" TargetMode="External"/><Relationship Id="rId14" Type="http://schemas.openxmlformats.org/officeDocument/2006/relationships/hyperlink" Target="https://festivaly.eu/en/bents-park-live-pride-in-south-tyneside-with-joe-mcelderry-and-sonia-bents-park-south-shields-2026" TargetMode="External"/><Relationship Id="rId15" Type="http://schemas.openxmlformats.org/officeDocument/2006/relationships/hyperlink" Target="https://discover.events.com/gb/england/south-shields/e/food/bents-park-live-pride-south-tyneside-joe-mcelderry-sonia-457510723" TargetMode="External"/><Relationship Id="rId16" Type="http://schemas.openxmlformats.org/officeDocument/2006/relationships/hyperlink" Target="https://www.ents24.com/south-shields-events/bents-park/live-in-bents-park-2026-pride-in-south-tyneside/7478754?utm_source=openai" TargetMode="External"/><Relationship Id="rId17" Type="http://schemas.openxmlformats.org/officeDocument/2006/relationships/hyperlink" Target="https://www.remotegoat.com/event/135248/bents-park-live-pride-in-south-tyneside-with-joe-mcelderry-sonia-and-911?utm_source=openai" TargetMode="External"/><Relationship Id="rId18" Type="http://schemas.openxmlformats.org/officeDocument/2006/relationships/hyperlink" Target="https://www.littleinventors.org/events/the-lost-found-office-of-oddities-at-bents-park-live-pride-in-south-tyneside/info?utm_source=openai" TargetMode="External"/><Relationship Id="rId19" Type="http://schemas.openxmlformats.org/officeDocument/2006/relationships/hyperlink" Target="https://festivaly.eu/en/bents-park-live-pride-in-south-tyneside-with-joe-mcelderry-and-sonia-bents-park-south-shields-2026?utm_source=openai" TargetMode="External"/><Relationship Id="rId20" Type="http://schemas.openxmlformats.org/officeDocument/2006/relationships/hyperlink" Target="https://discover.events.com/gb/england/south-shields/e/food/bents-park-live-pride-south-tyneside-joe-mcelderry-sonia-457510723?utm_source=openai" TargetMode="External"/><Relationship Id="rId21" Type="http://schemas.openxmlformats.org/officeDocument/2006/relationships/hyperlink" Target="https://www.gonortheast.co.uk/bents-park-liv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