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All-Girl Wedding in St. Pete: Cynthia Nixon to Officiate Bride Pride 2027</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revelers are flocking to St. Petersburg as Bride Pride lands in Florida with Cynthia Nixon as “Reverend-for-the-Day”; the all-women wedding and vow renewal promises a huge, feel-good ceremony during Winter Pride St. Pete and a shot at a Guinness world record.</w:t>
      </w:r>
      <w:r/>
    </w:p>
    <w:p>
      <w:r/>
      <w:r>
        <w:t>Essential Takeaways</w:t>
      </w:r>
      <w:r/>
      <w:r/>
    </w:p>
    <w:p>
      <w:pPr>
        <w:pStyle w:val="ListBullet"/>
        <w:spacing w:line="240" w:lineRule="auto"/>
        <w:ind w:left="720"/>
      </w:pPr>
      <w:r/>
      <w:r>
        <w:rPr>
          <w:b/>
        </w:rPr>
        <w:t>Celebrity officiant:</w:t>
      </w:r>
      <w:r>
        <w:t xml:space="preserve"> Cynthia Nixon will serve as the event’s officiant for the February 21, 2027 ceremony, adding star power and recognition.</w:t>
      </w:r>
      <w:r/>
    </w:p>
    <w:p>
      <w:pPr>
        <w:pStyle w:val="ListBullet"/>
        <w:spacing w:line="240" w:lineRule="auto"/>
        <w:ind w:left="720"/>
      </w:pPr>
      <w:r/>
      <w:r>
        <w:rPr>
          <w:b/>
        </w:rPr>
        <w:t>Big, communal vows:</w:t>
      </w:r>
      <w:r>
        <w:t xml:space="preserve"> Couples can legally marry or renew vows in a mass all-women ceremony under sunny St. Pete skies.</w:t>
      </w:r>
      <w:r/>
    </w:p>
    <w:p>
      <w:pPr>
        <w:pStyle w:val="ListBullet"/>
        <w:spacing w:line="240" w:lineRule="auto"/>
        <w:ind w:left="720"/>
      </w:pPr>
      <w:r/>
      <w:r>
        <w:rPr>
          <w:b/>
        </w:rPr>
        <w:t>Festival context:</w:t>
      </w:r>
      <w:r>
        <w:t xml:space="preserve"> Bride Pride is part of Winter Pride St. Pete (Feb 14–21) and includes parties, performances, and local events.</w:t>
      </w:r>
      <w:r/>
    </w:p>
    <w:p>
      <w:pPr>
        <w:pStyle w:val="ListBullet"/>
        <w:spacing w:line="240" w:lineRule="auto"/>
        <w:ind w:left="720"/>
      </w:pPr>
      <w:r/>
      <w:r>
        <w:rPr>
          <w:b/>
        </w:rPr>
        <w:t>Record potential:</w:t>
      </w:r>
      <w:r>
        <w:t xml:space="preserve"> Organisers aim for 100 couples to register so the ceremony might qualify for a Guinness World Record.</w:t>
      </w:r>
      <w:r/>
    </w:p>
    <w:p>
      <w:pPr>
        <w:pStyle w:val="ListBullet"/>
        <w:spacing w:line="240" w:lineRule="auto"/>
        <w:ind w:left="720"/>
      </w:pPr>
      <w:r/>
      <w:r>
        <w:rPr>
          <w:b/>
        </w:rPr>
        <w:t>Local roots, bigger reach:</w:t>
      </w:r>
      <w:r>
        <w:t xml:space="preserve"> The event was born in Provincetown and this is its first time in St. Petersburg, offering a fresh LGBTQ+ tourism moment.</w:t>
      </w:r>
      <w:r/>
      <w:r/>
    </w:p>
    <w:p>
      <w:pPr>
        <w:pStyle w:val="Heading2"/>
      </w:pPr>
      <w:r>
        <w:t>Why Cynthia Nixon matters to this moment</w:t>
      </w:r>
      <w:r/>
    </w:p>
    <w:p>
      <w:r/>
      <w:r>
        <w:t>Celebrity presence changes the energy of any ceremony, and having Cynthia Nixon as the day’s officiant brings both cultural clout and a warm, recognisable face to the affair. People who grew up watching her know she brings sincerity and a wink of New York theatre to public moments. According to local coverage, Nixon will be the “Reverend-for-the-Day,” a title that signals this is both a legal and celebratory act. For couples, it’s an easy sell: you get a public, communal ritual and the story to tell for years.</w:t>
      </w:r>
      <w:r/>
    </w:p>
    <w:p>
      <w:pPr>
        <w:pStyle w:val="Heading2"/>
      </w:pPr>
      <w:r>
        <w:t>From Provincetown tradition to St. Pete takeover</w:t>
      </w:r>
      <w:r/>
    </w:p>
    <w:p>
      <w:r/>
      <w:r>
        <w:t>Bride Pride began as a vow-renewal idea from a Provincetown couple who wanted to share their moment; it’s since blossomed into a larger invitation to celebrate queer love. The founders translated an intimate ritual into an inclusive, ticketed event that now moves to St. Petersburg for the first time. Organisers are leaning into the city’s winter sunshine and festival calendar to create a destination feel , think beaches by day and dance floors by night.</w:t>
      </w:r>
      <w:r/>
    </w:p>
    <w:p>
      <w:pPr>
        <w:pStyle w:val="Heading2"/>
      </w:pPr>
      <w:r>
        <w:t>What happens on the day , and how to join</w:t>
      </w:r>
      <w:r/>
    </w:p>
    <w:p>
      <w:r/>
      <w:r>
        <w:t>On February 21, participants will stand together and be married or re-married in a mass ceremony. Couples register through the event site to determine legal marriages versus vow renewals, and if enough pairs sign up organisers hope to meet Guinness criteria. Practical tip: check the Bride Pride website early for registration deadlines, required documentation for legal marriage in Florida, and any rehearsal or timing details to avoid last-minute stress.</w:t>
      </w:r>
      <w:r/>
    </w:p>
    <w:p>
      <w:pPr>
        <w:pStyle w:val="Heading2"/>
      </w:pPr>
      <w:r>
        <w:t>Why this matters for queer visibility and travel</w:t>
      </w:r>
      <w:r/>
    </w:p>
    <w:p>
      <w:r/>
      <w:r>
        <w:t>Large-scale ceremonies like this do more than celebrate two people; they create shared memories and visible community moments that feed local economies and tourism calendars. Winter Pride St. Pete, running the week before the ceremony, amplifies that effect with performances and parties. Industry observers note events like this also help smaller vendors and queer-owned businesses by concentrating visitors and attention in one lively week.</w:t>
      </w:r>
      <w:r/>
    </w:p>
    <w:p>
      <w:pPr>
        <w:pStyle w:val="Heading2"/>
      </w:pPr>
      <w:r>
        <w:t>Choosing whether to take part , quick guidance</w:t>
      </w:r>
      <w:r/>
    </w:p>
    <w:p>
      <w:r/>
      <w:r>
        <w:t>If you want a legal ceremony, confirm your paperwork and be ready for a public event; if a private legal union is important, consider scheduling a quieter service before or after. For vow renewals, expect a jubilant, communal experience that’s about witness and spectacle. Bring sunscreen for the Florida sun, a small folding chair if seating isn’t guaranteed, and a goodwill attitude , these mass ceremonies are noisy, emotional, and often joyful.</w:t>
      </w:r>
      <w:r/>
    </w:p>
    <w:p>
      <w:r/>
      <w:r>
        <w:t>It's a small change that can make every vow louder and every celebration feel bigger.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[3]</w:t>
        </w:r>
      </w:hyperlink>
      <w:r>
        <w:t xml:space="preserve">, </w:t>
      </w:r>
      <w:hyperlink r:id="rId13">
        <w:r>
          <w:rPr>
            <w:color w:val="0000EE"/>
            <w:u w:val="single"/>
          </w:rPr>
          <w:t>[4]</w:t>
        </w:r>
      </w:hyperlink>
      <w:r>
        <w:t xml:space="preserve">- Paragraph 3: </w:t>
      </w:r>
      <w:hyperlink r:id="rId10">
        <w:r>
          <w:rPr>
            <w:color w:val="0000EE"/>
            <w:u w:val="single"/>
          </w:rPr>
          <w:t>[2]</w:t>
        </w:r>
      </w:hyperlink>
      <w:r>
        <w:t xml:space="preserve">, </w:t>
      </w:r>
      <w:hyperlink r:id="rId13">
        <w:r>
          <w:rPr>
            <w:color w:val="0000EE"/>
            <w:u w:val="single"/>
          </w:rPr>
          <w:t>[4]</w:t>
        </w:r>
      </w:hyperlink>
      <w:r>
        <w:t xml:space="preserve">- Paragraph 4: </w:t>
      </w:r>
      <w:hyperlink r:id="rId12">
        <w:r>
          <w:rPr>
            <w:color w:val="0000EE"/>
            <w:u w:val="single"/>
          </w:rPr>
          <w:t>[3]</w:t>
        </w:r>
      </w:hyperlink>
      <w:r>
        <w:t xml:space="preserve">, </w:t>
      </w:r>
      <w:hyperlink r:id="rId14">
        <w:r>
          <w:rPr>
            <w:color w:val="0000EE"/>
            <w:u w:val="single"/>
          </w:rPr>
          <w:t>[5]</w:t>
        </w:r>
      </w:hyperlink>
      <w:r>
        <w:t xml:space="preserve">- Paragraph 5: </w:t>
      </w:r>
      <w:hyperlink r:id="rId10">
        <w:r>
          <w:rPr>
            <w:color w:val="0000EE"/>
            <w:u w:val="single"/>
          </w:rPr>
          <w:t>[2]</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https://www.them.us/cynthia-nixon-officiating-sapphic-wedding</w:t>
        </w:r>
      </w:hyperlink>
      <w:r>
        <w:t xml:space="preserve"> - Please view link - unable to able to access data</w:t>
      </w:r>
      <w:r/>
    </w:p>
    <w:p>
      <w:pPr>
        <w:pStyle w:val="ListNumber"/>
        <w:spacing w:line="240" w:lineRule="auto"/>
        <w:ind w:left="720"/>
      </w:pPr>
      <w:r/>
      <w:hyperlink r:id="rId10">
        <w:r>
          <w:rPr>
            <w:color w:val="0000EE"/>
            <w:u w:val="single"/>
          </w:rPr>
          <w:t>https://www.bridepridestpete.com/</w:t>
        </w:r>
      </w:hyperlink>
      <w:r>
        <w:t xml:space="preserve"> - Bride Pride is organising the 'World’s Largest All-Girl Wedding &amp; Renewal Ceremony' in St. Petersburg, Florida, on February 21, 2027. The event will be officiated by Cynthia Nixon, who will serve as the 'Reverend-for-the-Day'. Participants can choose to legally marry or renew their vows. The organisers aim to gather at least 100 couples to potentially set a Guinness World Record. The ceremony is part of Winter Pride St. Pete, a week-long celebration of love, diversity, and inclusion from February 14–21, 2027.</w:t>
      </w:r>
      <w:r/>
    </w:p>
    <w:p>
      <w:pPr>
        <w:pStyle w:val="ListNumber"/>
        <w:spacing w:line="240" w:lineRule="auto"/>
        <w:ind w:left="720"/>
      </w:pPr>
      <w:r/>
      <w:hyperlink r:id="rId12">
        <w:r>
          <w:rPr>
            <w:color w:val="0000EE"/>
            <w:u w:val="single"/>
          </w:rPr>
          <w:t>https://www.tampabay.com/news/st-petersburg/2026/07/21/bride-pride-cynthia-nixon-wedding-st-petersburg-winter-lesbian/</w:t>
        </w:r>
      </w:hyperlink>
      <w:r>
        <w:t xml:space="preserve"> - Cynthia Nixon, known for her role in 'Sex and the City', is set to officiate the 'World’s Largest All-Girl Wedding &amp; Renewal Ceremony' in St. Petersburg, Florida, on February 21, 2027. The event is part of Winter Pride St. Pete, a week-long celebration of love, diversity, and inclusion. Nixon's involvement adds significant attention to the ceremony, which aims to set a new record for the largest all-women wedding and renewal event.</w:t>
      </w:r>
      <w:r/>
    </w:p>
    <w:p>
      <w:pPr>
        <w:pStyle w:val="ListNumber"/>
        <w:spacing w:line="240" w:lineRule="auto"/>
        <w:ind w:left="720"/>
      </w:pPr>
      <w:r/>
      <w:hyperlink r:id="rId13">
        <w:r>
          <w:rPr>
            <w:color w:val="0000EE"/>
            <w:u w:val="single"/>
          </w:rPr>
          <w:t>https://www.axios.com/local/tampa-bay/2026/07/17/st-pete-bride-pride-cynthia-nixon-world-record</w:t>
        </w:r>
      </w:hyperlink>
      <w:r>
        <w:t xml:space="preserve"> - Bride Pride is organising a large-scale event in St. Petersburg aiming to break the record for the world’s largest all-women wedding and renewal ceremony. Scheduled for February 21, 2027, the ceremony will be officiated by actor and LGBTQ+ advocate Cynthia Nixon. The event celebrates love and inclusivity within the LGBTQ+ community and offers couples a chance to participate for a registration fee of $150. Additional information and FAQs are available on the official Bride Pride St. Pete website.</w:t>
      </w:r>
      <w:r/>
    </w:p>
    <w:p>
      <w:pPr>
        <w:pStyle w:val="ListNumber"/>
        <w:spacing w:line="240" w:lineRule="auto"/>
        <w:ind w:left="720"/>
      </w:pPr>
      <w:r/>
      <w:hyperlink r:id="rId14">
        <w:r>
          <w:rPr>
            <w:color w:val="0000EE"/>
            <w:u w:val="single"/>
          </w:rPr>
          <w:t>https://www.realitytea.com/2026/07/17/cynthia-nixon-all-women-wedding-world-record/xwp_curated_content/</w:t>
        </w:r>
      </w:hyperlink>
      <w:r>
        <w:t xml:space="preserve"> - Cynthia Nixon is preparing to officiate Bride Pride, a mass ceremony aiming to set a world record for the largest all-women wedding and renewal event. Scheduled for February 21, 2027, in St. Petersburg, Florida, the ceremony is part of Winter Pride St. Pete, a week-long celebration of LGBTQ+ community and visibility. Organisers aim to gather at least 100 couples to potentially set a Guinness World Record. The event is open to couples seeking legal marriage or vow renewal.</w:t>
      </w:r>
      <w:r/>
    </w:p>
    <w:p>
      <w:pPr>
        <w:pStyle w:val="ListNumber"/>
        <w:spacing w:line="240" w:lineRule="auto"/>
        <w:ind w:left="720"/>
      </w:pPr>
      <w:r/>
      <w:hyperlink r:id="rId11">
        <w:r>
          <w:rPr>
            <w:color w:val="0000EE"/>
            <w:u w:val="single"/>
          </w:rPr>
          <w:t>https://www.aol.com/articles/gilded-age-star-cynthia-nixon-173950000.html</w:t>
        </w:r>
      </w:hyperlink>
      <w:r>
        <w:t xml:space="preserve"> - Cynthia Nixon is set to officiate Bride Pride, a mass ceremony aiming to enter the record books as the largest all-women wedding and renewal event. Scheduled for February 21, 2027, in St. Petersburg, Florida, the ceremony is part of Winter Pride St. Pete, a week-long celebration of LGBTQ+ community and visibility. Organisers aim to gather at least 100 couples to potentially set a Guinness World Record. The event is open to couples seeking legal marriage or vow renewal.</w:t>
      </w:r>
      <w:r/>
    </w:p>
    <w:p>
      <w:pPr>
        <w:pStyle w:val="ListNumber"/>
        <w:spacing w:line="240" w:lineRule="auto"/>
        <w:ind w:left="720"/>
      </w:pPr>
      <w:r/>
      <w:hyperlink r:id="rId15">
        <w:r>
          <w:rPr>
            <w:color w:val="0000EE"/>
            <w:u w:val="single"/>
          </w:rPr>
          <w:t>https://www.aol.com/articles/cynthia-nixon-set-officiate-woman-162857000.html</w:t>
        </w:r>
      </w:hyperlink>
      <w:r>
        <w:t xml:space="preserve"> - Cynthia Nixon is set to officiate Bride Pride, an event aiming to break the record for the largest all-women wedding ceremony. Scheduled for February 21, 2027, in St. Petersburg, Florida, the ceremony is part of Winter Pride St. Pete, a week-long celebration of love, diversity, and inclusion. Nixon has been an LGBTQ+ activist for years and married her wife Christine Marinoni in 2014 in New York. The event offers couples a chance to participate in a historic ceremony.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m.us/cynthia-nixon-officiating-sapphic-wedding" TargetMode="External"/><Relationship Id="rId10" Type="http://schemas.openxmlformats.org/officeDocument/2006/relationships/hyperlink" Target="https://www.bridepridestpete.com/" TargetMode="External"/><Relationship Id="rId11" Type="http://schemas.openxmlformats.org/officeDocument/2006/relationships/hyperlink" Target="https://www.aol.com/articles/gilded-age-star-cynthia-nixon-173950000.html" TargetMode="External"/><Relationship Id="rId12" Type="http://schemas.openxmlformats.org/officeDocument/2006/relationships/hyperlink" Target="https://www.tampabay.com/news/st-petersburg/2026/07/21/bride-pride-cynthia-nixon-wedding-st-petersburg-winter-lesbian/" TargetMode="External"/><Relationship Id="rId13" Type="http://schemas.openxmlformats.org/officeDocument/2006/relationships/hyperlink" Target="https://www.axios.com/local/tampa-bay/2026/07/17/st-pete-bride-pride-cynthia-nixon-world-record" TargetMode="External"/><Relationship Id="rId14" Type="http://schemas.openxmlformats.org/officeDocument/2006/relationships/hyperlink" Target="https://www.realitytea.com/2026/07/17/cynthia-nixon-all-women-wedding-world-record/xwp_curated_content/" TargetMode="External"/><Relationship Id="rId15" Type="http://schemas.openxmlformats.org/officeDocument/2006/relationships/hyperlink" Target="https://www.aol.com/articles/cynthia-nixon-set-officiate-woman-162857000.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