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Youth Outreach for STI Care in Zomba: Why Community Clinics Are Working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community health outreaches in Zomba as Her Liberty and GAYO bring STI testing, counselling and family‑planning services closer to young people , a practical push that aims to beat embarrassment, reduce unsafe abortions and make treatment feel normal and accessible.</w:t>
      </w:r>
      <w:r/>
    </w:p>
    <w:p>
      <w:r/>
      <w:r>
        <w:t>Essential Takeaways</w:t>
      </w:r>
      <w:r/>
      <w:r/>
    </w:p>
    <w:p>
      <w:pPr>
        <w:pStyle w:val="ListBullet"/>
        <w:spacing w:line="240" w:lineRule="auto"/>
        <w:ind w:left="720"/>
      </w:pPr>
      <w:r/>
      <w:r>
        <w:rPr>
          <w:b/>
        </w:rPr>
        <w:t>Local access:</w:t>
      </w:r>
      <w:r>
        <w:t xml:space="preserve"> Her Liberty and GAYO partnered with H. Parker Health Care Clinic to offer on‑site STI testing, blood screens and reproductive services, making care easier to reach. </w:t>
      </w:r>
      <w:r/>
    </w:p>
    <w:p>
      <w:pPr>
        <w:pStyle w:val="ListBullet"/>
        <w:spacing w:line="240" w:lineRule="auto"/>
        <w:ind w:left="720"/>
      </w:pPr>
      <w:r/>
      <w:r>
        <w:rPr>
          <w:b/>
        </w:rPr>
        <w:t>Youth‑friendly:</w:t>
      </w:r>
      <w:r>
        <w:t xml:space="preserve"> Outreach settings reduce shame and increase confidence, with young people reporting they’re likelier to get tested and seek treatment. </w:t>
      </w:r>
      <w:r/>
    </w:p>
    <w:p>
      <w:pPr>
        <w:pStyle w:val="ListBullet"/>
        <w:spacing w:line="240" w:lineRule="auto"/>
        <w:ind w:left="720"/>
      </w:pPr>
      <w:r/>
      <w:r>
        <w:rPr>
          <w:b/>
        </w:rPr>
        <w:t>Safety message:</w:t>
      </w:r>
      <w:r>
        <w:t xml:space="preserve"> Staff warned against unsafe abortion practices and unprotected sex, emphasising health risks and available alternatives. </w:t>
      </w:r>
      <w:r/>
    </w:p>
    <w:p>
      <w:pPr>
        <w:pStyle w:val="ListBullet"/>
        <w:spacing w:line="240" w:lineRule="auto"/>
        <w:ind w:left="720"/>
      </w:pPr>
      <w:r/>
      <w:r>
        <w:rPr>
          <w:b/>
        </w:rPr>
        <w:t>Community buy‑in:</w:t>
      </w:r>
      <w:r>
        <w:t xml:space="preserve"> Traditional leaders and village heads pledged to keep awareness active through meetings and local follow‑ups. </w:t>
      </w:r>
      <w:r/>
      <w:r/>
    </w:p>
    <w:p>
      <w:pPr>
        <w:pStyle w:val="Heading2"/>
      </w:pPr>
      <w:r>
        <w:t>Why bringing clinics into the community actually works</w:t>
      </w:r>
      <w:r/>
    </w:p>
    <w:p>
      <w:r/>
      <w:r>
        <w:t>The clearest win from the outreach at GVH Mlima was convenience, and the quiet relief that comes when a clinic arrives where people live. According to organisers, the partnership with H. Parker Health Care Clinic meant staff could run blood tests and offer family‑planning advice without forcing young people to enter formal health facilities where they might feel exposed. Community‑based care removes that initial hurdle, and when shy patients can walk into a nearby event rather than a hospital corridor, uptake goes up.</w:t>
      </w:r>
      <w:r/>
    </w:p>
    <w:p>
      <w:pPr>
        <w:pStyle w:val="Heading2"/>
      </w:pPr>
      <w:r>
        <w:t>How the programme tackles stigma and embarrassment</w:t>
      </w:r>
      <w:r/>
    </w:p>
    <w:p>
      <w:r/>
      <w:r>
        <w:t>Organisers told attendees that shame is a major barrier to treatment, especially for sexual health. By creating a relaxed outreach environment, Her Liberty and GAYO help normalise conversations about STIs and HIV testing. That local, peer‑centred approach is a subtle but powerful trend: youths who see friends and leaders taking part are more likely to do the same, turning one‑off visits into ongoing health habits.</w:t>
      </w:r>
      <w:r/>
    </w:p>
    <w:p>
      <w:pPr>
        <w:pStyle w:val="Heading2"/>
      </w:pPr>
      <w:r>
        <w:t>Practical steps for young people: what to expect and do next</w:t>
      </w:r>
      <w:r/>
    </w:p>
    <w:p>
      <w:r/>
      <w:r>
        <w:t>If you’re attending an outreach or clinic, expect quick blood testing, confidential counselling and clear advice on contraception. Staff can explain options that avoid unsafe procedures and point you to follow‑up care. A simple tip: bring a trusted friend for support, ask about confidential services, and follow up at the same clinic if you need treatment , continuity makes a big difference to outcomes.</w:t>
      </w:r>
      <w:r/>
    </w:p>
    <w:p>
      <w:pPr>
        <w:pStyle w:val="Heading2"/>
      </w:pPr>
      <w:r>
        <w:t>Why leaders and local heads matter for lasting change</w:t>
      </w:r>
      <w:r/>
    </w:p>
    <w:p>
      <w:r/>
      <w:r>
        <w:t>The involvement of GVH Mlima and village heads wasn’t tokenism; it’s central to spreading the message beyond a single event. When community leaders pledge to discuss sexual and reproductive health at gatherings, the campaign moves from one‑day outreach to ongoing education. That grassroots backing helps keep conversations normal, and it’s where behavioural change often starts.</w:t>
      </w:r>
      <w:r/>
    </w:p>
    <w:p>
      <w:pPr>
        <w:pStyle w:val="Heading2"/>
      </w:pPr>
      <w:r>
        <w:t>What this means for the future of reproductive health in Zomba</w:t>
      </w:r>
      <w:r/>
    </w:p>
    <w:p>
      <w:r/>
      <w:r>
        <w:t>This outreach sits within a wider project to enhance reproductive outcomes for women and girls, and it shows how targeted, community‑led work can shift attitudes and usage of services. Expect more events like this as partners replicate the model , and for young people to feel increasingly entitled to dignified, confidential care rather than forced into silence or risky choices.</w:t>
      </w:r>
      <w:r/>
    </w:p>
    <w:p>
      <w:r/>
      <w:r>
        <w:t>It's a small change that can make every visit to a health worker feel safer and more normal.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https://malawi24.com/2026/07/19/her-liberty-gayo-urge-youths-to-seek-treatment-for-stis/</w:t>
        </w:r>
      </w:hyperlink>
      <w:r>
        <w:t xml:space="preserve"> - Please view link - unable to able to access data</w:t>
      </w:r>
      <w:r/>
    </w:p>
    <w:p>
      <w:pPr>
        <w:pStyle w:val="ListNumber"/>
        <w:spacing w:line="240" w:lineRule="auto"/>
        <w:ind w:left="720"/>
      </w:pPr>
      <w:r/>
      <w:hyperlink r:id="rId10">
        <w:r>
          <w:rPr>
            <w:color w:val="0000EE"/>
            <w:u w:val="single"/>
          </w:rPr>
          <w:t>https://herliberty.org/</w:t>
        </w:r>
      </w:hyperlink>
      <w:r>
        <w:t xml:space="preserve"> - HeR Liberty is a youth- and young women-led organisation in Malawi, established in 2017, dedicated to championing health, gender equality, and economic empowerment. They offer various programmes, including sexual and reproductive health rights education, leadership training, and economic empowerment initiatives. Their mission is to empower young people with knowledge, skills, and a supportive community that promotes gender equality, aiming to create a safe and healthy community where young people lead sustainable change. HeR Liberty collaborates with several partners to enhance its impact across Malawi.</w:t>
      </w:r>
      <w:r/>
    </w:p>
    <w:p>
      <w:pPr>
        <w:pStyle w:val="ListNumber"/>
        <w:spacing w:line="240" w:lineRule="auto"/>
        <w:ind w:left="720"/>
      </w:pPr>
      <w:r/>
      <w:hyperlink r:id="rId12">
        <w:r>
          <w:rPr>
            <w:color w:val="0000EE"/>
            <w:u w:val="single"/>
          </w:rPr>
          <w:t>https://gayomalawi.org/enhancing-reproductive-health-outcomes-in-zomba-a-year-of-impact-innovation-and-community-led-change/</w:t>
        </w:r>
      </w:hyperlink>
      <w:r>
        <w:t xml:space="preserve"> - The Girls Activist Youth Organisation (GAYO) and HeR Liberty have been implementing a transformative reproductive health initiative in Zomba's Traditional Authority Malemia under the Amplify Change Pamoja Grant. Running from June 2024 to July 2025, the project aimed to enhance awareness, access, and advocacy around Sexual and Reproductive Health and Rights (SRHR) for young people, women, girls, and community leaders. This initiative brought together youth groups, district governance structures, the Zomba District Health Office, tertiary institutions, media practitioners, and community influencers, creating a strong foundation for long-term change.</w:t>
      </w:r>
      <w:r/>
    </w:p>
    <w:p>
      <w:pPr>
        <w:pStyle w:val="ListNumber"/>
        <w:spacing w:line="240" w:lineRule="auto"/>
        <w:ind w:left="720"/>
      </w:pPr>
      <w:r/>
      <w:hyperlink r:id="rId11">
        <w:r>
          <w:rPr>
            <w:color w:val="0000EE"/>
            <w:u w:val="single"/>
          </w:rPr>
          <w:t>https://gayomalawi.org/herliberty-girls-activist-youth-organisation-gayo-presenting-at-the-dec-meeting-enhancing-reproductive-health-outcomes-for-women-and-girls-project-in-zomba-district/</w:t>
        </w:r>
      </w:hyperlink>
      <w:r>
        <w:t xml:space="preserve"> - HeR Liberty and the Girls Activist Youth Organisation (GAYO) presented their latest initiative at the District Executive Committee (DEC) meeting in Zomba. The project, 'Enhancing Reproductive Health Outcomes for Women and Girls in TA Malemia,' aims to improve reproductive health and create safe spaces for women and girls in Zomba. Funded by Amplify Change, the project addresses critical issues in sexual and reproductive health (SRHR), with a specific focus on reducing unsafe abortion practices in Zomba. The Zomba District Health Office reports alarming statistics, with 300-500 cases of unsafe abortions each quarter, highlighting the urgent need for intervention.</w:t>
      </w:r>
      <w:r/>
    </w:p>
    <w:p>
      <w:pPr>
        <w:pStyle w:val="ListNumber"/>
        <w:spacing w:line="240" w:lineRule="auto"/>
        <w:ind w:left="720"/>
      </w:pPr>
      <w:r/>
      <w:hyperlink r:id="rId14">
        <w:r>
          <w:rPr>
            <w:color w:val="0000EE"/>
            <w:u w:val="single"/>
          </w:rPr>
          <w:t>https://gayomalawi.org/transforming-reproductive-health-for-young-women-in-zomba-a-new-chapter-for-safe-choices-and-stronger-rights/</w:t>
        </w:r>
      </w:hyperlink>
      <w:r>
        <w:t xml:space="preserve"> - In Zomba, a community-led movement is challenging stigma, championing rights, and rewriting the narrative around reproductive justice. Supported by the Amplify Change Pamoja Grant, HeR Liberty and GAYO have embarked on a 24-month initiative aimed at improving reproductive health outcomes for adolescent girls and young women (AGYW). Valued at 75,000 GBP, the project is set to directly benefit 6,000 girls aged 10–24 and indirectly reach more than 10,000 youth across Zomba. The initiative focuses on dignity, safety, and human rights, addressing cultural and religious taboos that have historically silenced young women and girls on reproductive health matters.</w:t>
      </w:r>
      <w:r/>
    </w:p>
    <w:p>
      <w:pPr>
        <w:pStyle w:val="ListNumber"/>
        <w:spacing w:line="240" w:lineRule="auto"/>
        <w:ind w:left="720"/>
      </w:pPr>
      <w:r/>
      <w:hyperlink r:id="rId13">
        <w:r>
          <w:rPr>
            <w:color w:val="0000EE"/>
            <w:u w:val="single"/>
          </w:rPr>
          <w:t>https://gayomalawi.org/transforming-health-care-in-zomba-a-youth-led-push-for-quality-pac-services/</w:t>
        </w:r>
      </w:hyperlink>
      <w:r>
        <w:t xml:space="preserve"> - Girls Activist Youth Organisation (GAYO), in partnership with HeR Liberty and supported by Amplify Change’s PAMOJA Grant, has taken bold steps to strengthen Post-Abortion Care (PAC) services in Zomba District. On 25–26 February 2026, health providers from Domasi and Matawale catchment areas gathered for an intensive two-day training designed to reshape how PAC services are delivered, making them safer, more compassionate, and more accessible to young women and girls. The training aimed to confront barriers such as stigma, misinformation, and fear of judgment, empowering providers to deliver rights-based, nonjudgmental PAC services.</w:t>
      </w:r>
      <w:r/>
    </w:p>
    <w:p>
      <w:pPr>
        <w:pStyle w:val="ListNumber"/>
        <w:spacing w:line="240" w:lineRule="auto"/>
        <w:ind w:left="720"/>
      </w:pPr>
      <w:r/>
      <w:hyperlink r:id="rId15">
        <w:r>
          <w:rPr>
            <w:color w:val="0000EE"/>
            <w:u w:val="single"/>
          </w:rPr>
          <w:t>https://gayomalawi.org/pomaja/</w:t>
        </w:r>
      </w:hyperlink>
      <w:r>
        <w:t xml:space="preserve"> - The 'Enhancing Reproductive Health Outcomes for Women and Girls in Zomba' project, supported by the Amplify Change Pamoja Grant, addresses unsafe abortion as a leading cause of preventable illness and death among adolescent girls and young women in Malawi. Discussions around abortion and reproductive rights are often silenced by stigma, cultural beliefs, and misinformation. Even where the law allows access, many young women lack accurate information about their rights or do not know where to access safe, quality services. The project aims to strengthen legal awareness, expand safe service access, and transform harmful social norms surrounding abortion.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lawi24.com/2026/07/19/her-liberty-gayo-urge-youths-to-seek-treatment-for-stis/" TargetMode="External"/><Relationship Id="rId10" Type="http://schemas.openxmlformats.org/officeDocument/2006/relationships/hyperlink" Target="https://herliberty.org/" TargetMode="External"/><Relationship Id="rId11" Type="http://schemas.openxmlformats.org/officeDocument/2006/relationships/hyperlink" Target="https://gayomalawi.org/herliberty-girls-activist-youth-organisation-gayo-presenting-at-the-dec-meeting-enhancing-reproductive-health-outcomes-for-women-and-girls-project-in-zomba-district/" TargetMode="External"/><Relationship Id="rId12" Type="http://schemas.openxmlformats.org/officeDocument/2006/relationships/hyperlink" Target="https://gayomalawi.org/enhancing-reproductive-health-outcomes-in-zomba-a-year-of-impact-innovation-and-community-led-change/" TargetMode="External"/><Relationship Id="rId13" Type="http://schemas.openxmlformats.org/officeDocument/2006/relationships/hyperlink" Target="https://gayomalawi.org/transforming-health-care-in-zomba-a-youth-led-push-for-quality-pac-services/" TargetMode="External"/><Relationship Id="rId14" Type="http://schemas.openxmlformats.org/officeDocument/2006/relationships/hyperlink" Target="https://gayomalawi.org/transforming-reproductive-health-for-young-women-in-zomba-a-new-chapter-for-safe-choices-and-stronger-rights/" TargetMode="External"/><Relationship Id="rId15" Type="http://schemas.openxmlformats.org/officeDocument/2006/relationships/hyperlink" Target="https://gayomalawi.org/pomaj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