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Support Erie Gay News on Erie Gives Day August 11</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donors are rallying to back a local LGBTQIA+ voice , Erie Gay News is now a nonprofit and will take part in Erie Gives Day on Tuesday, August 11, so your gift or a coffee order can help sustain community journalism and outreach across Northwestern Pennsylvania.</w:t>
      </w:r>
      <w:r/>
    </w:p>
    <w:p>
      <w:r/>
      <w:r>
        <w:t>Essential Takeaways</w:t>
      </w:r>
      <w:r/>
      <w:r/>
    </w:p>
    <w:p>
      <w:pPr>
        <w:pStyle w:val="ListBullet"/>
        <w:spacing w:line="240" w:lineRule="auto"/>
        <w:ind w:left="720"/>
      </w:pPr>
      <w:r/>
      <w:r>
        <w:rPr>
          <w:b/>
        </w:rPr>
        <w:t>New nonprofit status:</w:t>
      </w:r>
      <w:r>
        <w:t xml:space="preserve"> Erie Gay News has formed the Erie Gay News community nonprofit to strengthen its mission and funding options.</w:t>
      </w:r>
      <w:r/>
    </w:p>
    <w:p>
      <w:pPr>
        <w:pStyle w:val="ListBullet"/>
        <w:spacing w:line="240" w:lineRule="auto"/>
        <w:ind w:left="720"/>
      </w:pPr>
      <w:r/>
      <w:r>
        <w:rPr>
          <w:b/>
        </w:rPr>
        <w:t>Erie Gives participation:</w:t>
      </w:r>
      <w:r>
        <w:t xml:space="preserve"> For the first time EGN is eligible for Erie Gives Day, where donations get a share of a bonus pool and go further.</w:t>
      </w:r>
      <w:r/>
    </w:p>
    <w:p>
      <w:pPr>
        <w:pStyle w:val="ListBullet"/>
        <w:spacing w:line="240" w:lineRule="auto"/>
        <w:ind w:left="720"/>
      </w:pPr>
      <w:r/>
      <w:r>
        <w:rPr>
          <w:b/>
        </w:rPr>
        <w:t>Multiple ways to give:</w:t>
      </w:r>
      <w:r>
        <w:t xml:space="preserve"> Donate at eriegives.org on August 11, visit PopLuck and mention Erie Gay News, or give year-round at egncommunity.org/donate.</w:t>
      </w:r>
      <w:r/>
    </w:p>
    <w:p>
      <w:pPr>
        <w:pStyle w:val="ListBullet"/>
        <w:spacing w:line="240" w:lineRule="auto"/>
        <w:ind w:left="720"/>
      </w:pPr>
      <w:r/>
      <w:r>
        <w:rPr>
          <w:b/>
        </w:rPr>
        <w:t>Community impact:</w:t>
      </w:r>
      <w:r>
        <w:t xml:space="preserve"> Gifts support the monthly paper, online calendar, outreach, volunteer projects and partnerships that connect LGBTQIA+ people regionally.</w:t>
      </w:r>
      <w:r/>
    </w:p>
    <w:p>
      <w:pPr>
        <w:pStyle w:val="ListBullet"/>
        <w:spacing w:line="240" w:lineRule="auto"/>
        <w:ind w:left="720"/>
      </w:pPr>
      <w:r/>
      <w:r>
        <w:rPr>
          <w:b/>
        </w:rPr>
        <w:t>Tax-deductible support:</w:t>
      </w:r>
      <w:r>
        <w:t xml:space="preserve"> As a nonprofit, donations are tax-deductible and make EGN eligible for grants and sustainable funding.</w:t>
      </w:r>
      <w:r/>
      <w:r/>
    </w:p>
    <w:p>
      <w:pPr>
        <w:pStyle w:val="Heading2"/>
      </w:pPr>
      <w:r>
        <w:t>Why Erie Gay News becoming a nonprofit matters now</w:t>
      </w:r>
      <w:r/>
    </w:p>
    <w:p>
      <w:r/>
      <w:r>
        <w:t>This change feels like a clear win for local readers: the paper that’s long been a trusted, visible presence for Northwestern Pennsylvania’s LGBTQIA+ community can now access more stable funding. The nonprofit structure means Erie Gay News can apply for grants, accept tax-deductible gifts and plan longer-term projects without relying solely on ad revenue or one-off support. It also signals commitment , the kind that helps keep local reporting alive, relevant and responsive.</w:t>
      </w:r>
      <w:r/>
    </w:p>
    <w:p>
      <w:pPr>
        <w:pStyle w:val="Heading2"/>
      </w:pPr>
      <w:r>
        <w:t>How Erie Gives Day amplifies every donation</w:t>
      </w:r>
      <w:r/>
    </w:p>
    <w:p>
      <w:r/>
      <w:r>
        <w:t>Erie Gives is a 24-hour fundraising event organised by The Erie Community Foundation that pools extra funds to boost participating charities. Donating during the window on August 11 not only gives directly to Erie Gay News, it also earns a proportional share of the bonus pool, so even small contributions get a multiplier effect. If you’re thinking about timing your gift, that one-day boost is the reason to pencil it into your calendar.</w:t>
      </w:r>
      <w:r/>
    </w:p>
    <w:p>
      <w:pPr>
        <w:pStyle w:val="Heading2"/>
      </w:pPr>
      <w:r>
        <w:t>PopLuck’s Food for Thought , give while you grab lunch</w:t>
      </w:r>
      <w:r/>
    </w:p>
    <w:p>
      <w:r/>
      <w:r>
        <w:t>If you’d rather show support with a coffee or a sandwich, PopLuck is running a Food for Thought promotion on August 11. Just mention Erie Gay News when you order at their West 8th Street spot and a portion of the sale goes to the new nonprofit. It’s an easy, social way to give, especially if you’re already planning errands or a meet-up , and it keeps the support local and tasty.</w:t>
      </w:r>
      <w:r/>
    </w:p>
    <w:p>
      <w:pPr>
        <w:pStyle w:val="Heading2"/>
      </w:pPr>
      <w:r>
        <w:t>What donations will actually do for the community</w:t>
      </w:r>
      <w:r/>
    </w:p>
    <w:p>
      <w:r/>
      <w:r>
        <w:t>Money raised will help the publication keep printing a monthly newspaper, expand online content and maintain the events calendar that so many community members rely on. Beyond reporting, funds will seed community initiatives and partnerships, from volunteer projects to resource-building efforts across Erie County. For readers, that means sustained coverage, more events and a stronger safety net of services and connections.</w:t>
      </w:r>
      <w:r/>
    </w:p>
    <w:p>
      <w:pPr>
        <w:pStyle w:val="Heading2"/>
      </w:pPr>
      <w:r>
        <w:t>Simple steps to help , practical tips</w:t>
      </w:r>
      <w:r/>
    </w:p>
    <w:p>
      <w:r/>
      <w:r>
        <w:t>Mark August 11 on your phone and visit eriegives.org to donate during the 24-hour window. If you’re in town, swing by PopLuck at 1535 West 8th Street, Unit A-3, mention Erie Gay News and enjoy a meal that gives back. Prefer to support at another time? Head to egncommunity.org/donate for year-round giving options. Even modest gifts matter , and spreading the word to friends or on social media multiplies the impact.</w:t>
      </w:r>
      <w:r/>
    </w:p>
    <w:p>
      <w:r/>
      <w:r>
        <w:t>It's a small change with big potential: give what you can on August 11 or any day, and keep a vital local voice thriving.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0">
        <w:r>
          <w:rPr>
            <w:color w:val="0000EE"/>
            <w:u w:val="single"/>
          </w:rPr>
          <w:t>[4]</w:t>
        </w:r>
      </w:hyperlink>
      <w:r>
        <w:t xml:space="preserve">, </w:t>
      </w:r>
      <w:hyperlink r:id="rId12">
        <w:r>
          <w:rPr>
            <w:color w:val="0000EE"/>
            <w:u w:val="single"/>
          </w:rPr>
          <w:t>[5]</w:t>
        </w:r>
      </w:hyperlink>
      <w:r>
        <w:t xml:space="preserve">- Paragraph 3: </w:t>
      </w:r>
      <w:hyperlink r:id="rId10">
        <w:r>
          <w:rPr>
            <w:color w:val="0000EE"/>
            <w:u w:val="single"/>
          </w:rPr>
          <w:t>[4]</w:t>
        </w:r>
      </w:hyperlink>
      <w:r>
        <w:t xml:space="preserve">, </w:t>
      </w:r>
      <w:hyperlink r:id="rId12">
        <w:r>
          <w:rPr>
            <w:color w:val="0000EE"/>
            <w:u w:val="single"/>
          </w:rPr>
          <w:t>[6]</w:t>
        </w:r>
      </w:hyperlink>
      <w:r>
        <w:t xml:space="preserve">- Paragraph 4: </w:t>
      </w:r>
      <w:hyperlink r:id="rId10">
        <w:r>
          <w:rPr>
            <w:color w:val="0000EE"/>
            <w:u w:val="single"/>
          </w:rPr>
          <w:t>[4]</w:t>
        </w:r>
      </w:hyperlink>
      <w:r>
        <w:t xml:space="preserve">, </w:t>
      </w:r>
      <w:hyperlink r:id="rId12">
        <w:r>
          <w:rPr>
            <w:color w:val="0000EE"/>
            <w:u w:val="single"/>
          </w:rPr>
          <w:t>[7]</w:t>
        </w:r>
      </w:hyperlink>
      <w:r>
        <w:t xml:space="preserve">- Paragraph 5: </w:t>
      </w:r>
      <w:hyperlink r:id="rId10">
        <w:r>
          <w:rPr>
            <w:color w:val="0000EE"/>
            <w:u w:val="single"/>
          </w:rPr>
          <w:t>[4]</w:t>
        </w:r>
      </w:hyperlink>
      <w:r>
        <w:t xml:space="preserve">, </w:t>
      </w:r>
      <w:hyperlink r:id="rId11">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https://www.eriegaynews.com/news/article.php?recordid=202608eriegaynewseriegives&amp;sourceid=4&amp;sourcereason=RSSFeed</w:t>
        </w:r>
      </w:hyperlink>
      <w:r>
        <w:t xml:space="preserve"> - Please view link - unable to able to access data</w:t>
      </w:r>
      <w:r/>
    </w:p>
    <w:p>
      <w:pPr>
        <w:pStyle w:val="ListNumber"/>
        <w:spacing w:line="240" w:lineRule="auto"/>
        <w:ind w:left="720"/>
      </w:pPr>
      <w:r/>
      <w:hyperlink r:id="rId11">
        <w:r>
          <w:rPr>
            <w:color w:val="0000EE"/>
            <w:u w:val="single"/>
          </w:rPr>
          <w:t>https://www.eriegives.org/organization/Mercy-Center-For-Women</w:t>
        </w:r>
      </w:hyperlink>
      <w:r>
        <w:t xml:space="preserve"> - Mercy Center for Women is a nonprofit organisation in Erie, Pennsylvania, dedicated to providing transitional housing and supportive services for women and children. They offer a holistic, trauma-informed approach, including safe housing, case management, education, employment support, and access to basic needs. Their mission is to empower women to achieve independence, strengthen families, and build a foundation for long-term success. The centre is located at 1039 East 27th Street, Erie, PA 16504, and can be contacted at 814-455-4577 or via email at edepalma@mcwerie.org. More information is available on their website at https://www.mcwerie.org/.</w:t>
      </w:r>
      <w:r/>
    </w:p>
    <w:p>
      <w:pPr>
        <w:pStyle w:val="ListNumber"/>
        <w:spacing w:line="240" w:lineRule="auto"/>
        <w:ind w:left="720"/>
      </w:pPr>
      <w:r/>
      <w:hyperlink r:id="rId13">
        <w:r>
          <w:rPr>
            <w:color w:val="0000EE"/>
            <w:u w:val="single"/>
          </w:rPr>
          <w:t>https://www.eriegives.org/organization/catholic-charities-counseling-and-adoption-services</w:t>
        </w:r>
      </w:hyperlink>
      <w:r>
        <w:t xml:space="preserve"> - Catholic Charities Counseling &amp; Adoption Services is a nonprofit organisation in Erie, Pennsylvania, offering a range of services including addiction services, family services, health, human services, mental health counselling, substance abuse treatment, and youth development. Their mission is to provide accessible care and compassionate support to individuals and families in need. The organisation is located at 329 West 10th St, Erie, PA 16502, and can be contacted at 814-456-2091 or via email at djoy@cccas.org. More information is available on their website at http://www.cccas.org.</w:t>
      </w:r>
      <w:r/>
    </w:p>
    <w:p>
      <w:pPr>
        <w:pStyle w:val="ListNumber"/>
        <w:spacing w:line="240" w:lineRule="auto"/>
        <w:ind w:left="720"/>
      </w:pPr>
      <w:r/>
      <w:hyperlink r:id="rId10">
        <w:r>
          <w:rPr>
            <w:color w:val="0000EE"/>
            <w:u w:val="single"/>
          </w:rPr>
          <w:t>https://www.eriegaynews.com/</w:t>
        </w:r>
      </w:hyperlink>
      <w:r>
        <w:t xml:space="preserve"> - Erie Gay News is a publication dedicated to connecting the LGBTQIA+ community in the Erie region by sharing local news, events, and resources through its print and online newsletters. The publication has been serving the community for over three decades, providing a platform for information and connection. Their website offers access to current and past issues, as well as information on community events and resources. More information is available on their website at https://www.eriegaynews.com/.</w:t>
      </w:r>
      <w:r/>
    </w:p>
    <w:p>
      <w:pPr>
        <w:pStyle w:val="ListNumber"/>
        <w:spacing w:line="240" w:lineRule="auto"/>
        <w:ind w:left="720"/>
      </w:pPr>
      <w:r/>
      <w:hyperlink r:id="rId12">
        <w:r>
          <w:rPr>
            <w:color w:val="0000EE"/>
            <w:u w:val="single"/>
          </w:rPr>
          <w:t>https://www.eriegives.org/organization/erie-arts-music-festival-dba-erie-blues-jazz-festival</w:t>
        </w:r>
      </w:hyperlink>
      <w:r>
        <w:t xml:space="preserve"> - The Erie Blues &amp; Jazz Festival is a celebrated event in Erie, Pennsylvania, returning to Frontier Park on August 1st and 2nd, 2026. Founded in 1992 by the Erie Arts Museum, the festival has grown into one of the largest free outdoor music festivals of its kind, attracting diverse national, international, and regional blues and jazz talents. In 2017, a new 501(c)(3) organisation named Erie Arts &amp; Music Festival was created to oversee the festival. The festival consists of two days of high-quality performances, art exhibits, workshops, lectures, and engaging children’s activities. More information is available on their website at https://www.eriebluesandjazz.com/.</w:t>
      </w:r>
      <w:r/>
    </w:p>
    <w:p>
      <w:pPr>
        <w:pStyle w:val="ListNumber"/>
        <w:spacing w:line="240" w:lineRule="auto"/>
        <w:ind w:left="720"/>
      </w:pPr>
      <w:r/>
      <w:hyperlink r:id="rId12">
        <w:r>
          <w:rPr>
            <w:color w:val="0000EE"/>
            <w:u w:val="single"/>
          </w:rPr>
          <w:t>https://www.eriegives.org/organization/erie-arts-music-festival-dba-erie-blues-jazz-festival</w:t>
        </w:r>
      </w:hyperlink>
      <w:r>
        <w:t xml:space="preserve"> - The Erie Blues &amp; Jazz Festival is a celebrated event in Erie, Pennsylvania, returning to Frontier Park on August 1st and 2nd, 2026. Founded in 1992 by the Erie Arts Museum, the festival has grown into one of the largest free outdoor music festivals of its kind, attracting diverse national, international, and regional blues and jazz talents. In 2017, a new 501(c)(3) organisation named Erie Arts &amp; Music Festival was created to oversee the festival. The festival consists of two days of high-quality performances, art exhibits, workshops, lectures, and engaging children’s activities. More information is available on their website at https://www.eriebluesandjazz.com/.</w:t>
      </w:r>
      <w:r/>
    </w:p>
    <w:p>
      <w:pPr>
        <w:pStyle w:val="ListNumber"/>
        <w:spacing w:line="240" w:lineRule="auto"/>
        <w:ind w:left="720"/>
      </w:pPr>
      <w:r/>
      <w:hyperlink r:id="rId12">
        <w:r>
          <w:rPr>
            <w:color w:val="0000EE"/>
            <w:u w:val="single"/>
          </w:rPr>
          <w:t>https://www.eriegives.org/organization/erie-arts-music-festival-dba-erie-blues-jazz-festival</w:t>
        </w:r>
      </w:hyperlink>
      <w:r>
        <w:t xml:space="preserve"> - The Erie Blues &amp; Jazz Festival is a celebrated event in Erie, Pennsylvania, returning to Frontier Park on August 1st and 2nd, 2026. Founded in 1992 by the Erie Arts Museum, the festival has grown into one of the largest free outdoor music festivals of its kind, attracting diverse national, international, and regional blues and jazz talents. In 2017, a new 501(c)(3) organisation named Erie Arts &amp; Music Festival was created to oversee the festival. The festival consists of two days of high-quality performances, art exhibits, workshops, lectures, and engaging children’s activities. More information is available on their website at https://www.eriebluesandjazz.com/.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riegaynews.com/news/article.php?recordid=202608eriegaynewseriegives&amp;sourceid=4&amp;sourcereason=RSSFeed" TargetMode="External"/><Relationship Id="rId10" Type="http://schemas.openxmlformats.org/officeDocument/2006/relationships/hyperlink" Target="https://www.eriegaynews.com/" TargetMode="External"/><Relationship Id="rId11" Type="http://schemas.openxmlformats.org/officeDocument/2006/relationships/hyperlink" Target="https://www.eriegives.org/organization/Mercy-Center-For-Women" TargetMode="External"/><Relationship Id="rId12" Type="http://schemas.openxmlformats.org/officeDocument/2006/relationships/hyperlink" Target="https://www.eriegives.org/organization/erie-arts-music-festival-dba-erie-blues-jazz-festival" TargetMode="External"/><Relationship Id="rId13" Type="http://schemas.openxmlformats.org/officeDocument/2006/relationships/hyperlink" Target="https://www.eriegives.org/organization/catholic-charities-counseling-and-adoption-ser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