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Truro Pride Moments: Colour, Community and a Clear Message in Cornwall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the scene: Truro residents and visitors turned out in force for Truro Pride’s solidarity march and Lemon Quay celebrations, a bright, vocal reminder that Cornwall’s only city stands together for safety, dignity and inclusion.</w:t>
      </w:r>
      <w:r/>
    </w:p>
    <w:p>
      <w:r/>
      <w:r>
        <w:t>Essential takeaways</w:t>
      </w:r>
      <w:r/>
      <w:r/>
    </w:p>
    <w:p>
      <w:pPr>
        <w:pStyle w:val="ListBullet"/>
        <w:spacing w:line="240" w:lineRule="auto"/>
        <w:ind w:left="720"/>
      </w:pPr>
      <w:r/>
      <w:r>
        <w:rPr>
          <w:b/>
        </w:rPr>
        <w:t>Big turnout:</w:t>
      </w:r>
      <w:r>
        <w:t xml:space="preserve"> Hundreds gathered at Hendra Park before a noon solidarity march through Truro to Lemon Quay, with a lively, communal atmosphere.</w:t>
      </w:r>
      <w:r/>
    </w:p>
    <w:p>
      <w:pPr>
        <w:pStyle w:val="ListBullet"/>
        <w:spacing w:line="240" w:lineRule="auto"/>
        <w:ind w:left="720"/>
      </w:pPr>
      <w:r/>
      <w:r>
        <w:rPr>
          <w:b/>
        </w:rPr>
        <w:t>Flags with meaning:</w:t>
      </w:r>
      <w:r>
        <w:t xml:space="preserve"> The Union Flag, St Piran Flag and Cornwall Pride Flag led the march , deliberate symbols of shared home and shared values.</w:t>
      </w:r>
      <w:r/>
    </w:p>
    <w:p>
      <w:pPr>
        <w:pStyle w:val="ListBullet"/>
        <w:spacing w:line="240" w:lineRule="auto"/>
        <w:ind w:left="720"/>
      </w:pPr>
      <w:r/>
      <w:r>
        <w:rPr>
          <w:b/>
        </w:rPr>
        <w:t>Pride as protest:</w:t>
      </w:r>
      <w:r>
        <w:t xml:space="preserve"> Organisers framed the day as both celebration and resistance, noting growing hostility nationally towards LGBTQ+ and marginalised groups.</w:t>
      </w:r>
      <w:r/>
    </w:p>
    <w:p>
      <w:pPr>
        <w:pStyle w:val="ListBullet"/>
        <w:spacing w:line="240" w:lineRule="auto"/>
        <w:ind w:left="720"/>
      </w:pPr>
      <w:r/>
      <w:r>
        <w:rPr>
          <w:b/>
        </w:rPr>
        <w:t>Accessible vibes:</w:t>
      </w:r>
      <w:r>
        <w:t xml:space="preserve"> The event mixed speeches, colourful costuming and family-friendly moments, with a warm, upbeat feel yet serious purpose.</w:t>
      </w:r>
      <w:r/>
    </w:p>
    <w:p>
      <w:pPr>
        <w:pStyle w:val="ListBullet"/>
        <w:spacing w:line="240" w:lineRule="auto"/>
        <w:ind w:left="720"/>
      </w:pPr>
      <w:r/>
      <w:r>
        <w:rPr>
          <w:b/>
        </w:rPr>
        <w:t>Local momentum:</w:t>
      </w:r>
      <w:r>
        <w:t xml:space="preserve"> Truro Pride forms part of a wider Cornwall Pride calendar that’s bringing more events and visibility across the county.</w:t>
      </w:r>
      <w:r/>
      <w:r/>
    </w:p>
    <w:p>
      <w:pPr>
        <w:pStyle w:val="Heading2"/>
      </w:pPr>
      <w:r>
        <w:t>A march that felt like home , colourful and calm</w:t>
      </w:r>
      <w:r/>
    </w:p>
    <w:p>
      <w:r/>
      <w:r>
        <w:t>The strongest image from the day was a ribbon of flags bobbing through Truro, carrying a quiet but resolute energy. People smiled, waved and cheered; there was a tangible sense of relief that the city could gather openly. Organisers intentionally placed the Union Flag, the St Piran Flag and the Cornwall Pride Flag at the front, saying those banners represent a shared home and shared values. That choice felt thoughtful , a reminder that pride is rooted in belonging as much as celebration.</w:t>
      </w:r>
      <w:r/>
    </w:p>
    <w:p>
      <w:r/>
      <w:r>
        <w:t>Behind the colour, speakers reminded the crowd why the march matters. Pride in Truro has always been about equality as well as fun. With headlines about rising hostility toward LGBTQ+ people across the UK, the tone mixed warmth with urgency. It’s proof that even a joyful street party can carry a political purpose.</w:t>
      </w:r>
      <w:r/>
    </w:p>
    <w:p>
      <w:pPr>
        <w:pStyle w:val="Heading2"/>
      </w:pPr>
      <w:r>
        <w:t>From Hendra Park to Lemon Quay: how the day unfolded</w:t>
      </w:r>
      <w:r/>
    </w:p>
    <w:p>
      <w:r/>
      <w:r>
        <w:t>The programme began at Hendra Park at 10am with speeches and community stalls, then a solidarity march set off at noon and paused for more speeches before arriving at Lemon Quay. Visitors found stalls, performances and plenty of photo-ready moments. The route through the city centre felt accessible and engaging , families, older people and younger crowds mingled, which gave the day a broad, inclusive feel.</w:t>
      </w:r>
      <w:r/>
    </w:p>
    <w:p>
      <w:r/>
      <w:r>
        <w:t>If you’re planning to join next year, arrive early for the community stalls and wear comfy shoes for the march. Bring water and a small flag or banner if you want to join the front of the procession , the visuals really lift the whole event.</w:t>
      </w:r>
      <w:r/>
    </w:p>
    <w:p>
      <w:pPr>
        <w:pStyle w:val="Heading2"/>
      </w:pPr>
      <w:r>
        <w:t>Why those three flags matter</w:t>
      </w:r>
      <w:r/>
    </w:p>
    <w:p>
      <w:r/>
      <w:r>
        <w:t>The visual of three flags leading the march was deliberately chosen to say something simple: this place belongs to everyone. The St Piran Flag signals Cornish identity, the Union Flag speaks to national belonging and the Cornwall Pride Flag ties local identity to LGBTQ+ visibility. It’s a neat shorthand that helped people feel connected across different communities.</w:t>
      </w:r>
      <w:r/>
    </w:p>
    <w:p>
      <w:r/>
      <w:r>
        <w:t>That symbolism also played into speeches which stressed that when any community is targeted by hate, the right response is to stand together rather than stand by. For many attendees, that line landed hard , it’s one thing to enjoy carnival colours, another to feel you’re part of a protective, visible network.</w:t>
      </w:r>
      <w:r/>
    </w:p>
    <w:p>
      <w:pPr>
        <w:pStyle w:val="Heading2"/>
      </w:pPr>
      <w:r>
        <w:t>Pride in Cornwall: part of a bigger calendar</w:t>
      </w:r>
      <w:r/>
    </w:p>
    <w:p>
      <w:r/>
      <w:r>
        <w:t>Truro’s event is one of several in the county, and organisers have been building a wider Pride calendar that includes other towns and coastal communities. That spreading visibility shifts the conversation beyond a single parade; it’s about regular, local opportunities for people to connect. Event listings and local groups have been working to make sure activities are family-friendly, accessible and welcoming , which matters when you’re trying to normalise inclusion in everyday life.</w:t>
      </w:r>
      <w:r/>
    </w:p>
    <w:p>
      <w:r/>
      <w:r>
        <w:t>If you live outside Truro, keep an eye on community listings and Cornwall Pride pages for smaller events nearby , they’re often less crowded and just as meaningful.</w:t>
      </w:r>
      <w:r/>
    </w:p>
    <w:p>
      <w:pPr>
        <w:pStyle w:val="Heading2"/>
      </w:pPr>
      <w:r>
        <w:t>What visitors said and what comes next</w:t>
      </w:r>
      <w:r/>
    </w:p>
    <w:p>
      <w:r/>
      <w:r>
        <w:t>Attendees described a mix of celebration and sober reflection: colourful outfits and loud music one minute, earnest speeches and shared concern the next. That balance is what made the day feel honest. Organisers are likely to carry the same messaging forward , keep Pride fun, but don’t forget its roots in equality and safety.</w:t>
      </w:r>
      <w:r/>
    </w:p>
    <w:p>
      <w:r/>
      <w:r>
        <w:t>Looking ahead, expect more local collaboration, more visible symbols of unity, and ongoing conversations about how to keep public spaces safe for everyone. People left Lemon Quay louder and prouder, but mindful that the work continues.</w:t>
      </w:r>
      <w:r/>
    </w:p>
    <w:p>
      <w:r/>
      <w:r>
        <w:t>It's a small change that can make every day a bit safer and a lot more colourful.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[4]</w:t>
        </w:r>
      </w:hyperlink>
      <w:r>
        <w:t xml:space="preserve">, </w:t>
      </w:r>
      <w:hyperlink r:id="rId10">
        <w:r>
          <w:rPr>
            <w:color w:val="0000EE"/>
            <w:u w:val="single"/>
          </w:rPr>
          <w:t>[2]</w:t>
        </w:r>
      </w:hyperlink>
      <w:r>
        <w:t xml:space="preserve">- Paragraph 2: </w:t>
      </w:r>
      <w:hyperlink r:id="rId9">
        <w:r>
          <w:rPr>
            <w:color w:val="0000EE"/>
            <w:u w:val="single"/>
          </w:rPr>
          <w:t>[4]</w:t>
        </w:r>
      </w:hyperlink>
      <w:r>
        <w:t xml:space="preserve">, </w:t>
      </w:r>
      <w:hyperlink r:id="rId11">
        <w:r>
          <w:rPr>
            <w:color w:val="0000EE"/>
            <w:u w:val="single"/>
          </w:rPr>
          <w:t>[3]</w:t>
        </w:r>
      </w:hyperlink>
      <w:r>
        <w:t xml:space="preserve">- Paragraph 3: </w:t>
      </w:r>
      <w:hyperlink r:id="rId9">
        <w:r>
          <w:rPr>
            <w:color w:val="0000EE"/>
            <w:u w:val="single"/>
          </w:rPr>
          <w:t>[4]</w:t>
        </w:r>
      </w:hyperlink>
      <w:r>
        <w:t xml:space="preserve">, </w:t>
      </w:r>
      <w:hyperlink r:id="rId12">
        <w:r>
          <w:rPr>
            <w:color w:val="0000EE"/>
            <w:u w:val="single"/>
          </w:rPr>
          <w:t>[6]</w:t>
        </w:r>
      </w:hyperlink>
      <w:r>
        <w:t xml:space="preserve">- Paragraph 4: </w:t>
      </w:r>
      <w:hyperlink r:id="rId9">
        <w:r>
          <w:rPr>
            <w:color w:val="0000EE"/>
            <w:u w:val="single"/>
          </w:rPr>
          <w:t>[4]</w:t>
        </w:r>
      </w:hyperlink>
      <w:r>
        <w:t xml:space="preserve">, </w:t>
      </w:r>
      <w:hyperlink r:id="rId13">
        <w:r>
          <w:rPr>
            <w:color w:val="0000EE"/>
            <w:u w:val="single"/>
          </w:rPr>
          <w:t>[5]</w:t>
        </w:r>
      </w:hyperlink>
      <w:r>
        <w:t xml:space="preserve">- Paragraph 5: </w:t>
      </w:r>
      <w:hyperlink r:id="rId9">
        <w:r>
          <w:rPr>
            <w:color w:val="0000EE"/>
            <w:u w:val="single"/>
          </w:rPr>
          <w:t>[4]</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https://www.cornwalllive.com/whats-on/gallery/truro-pride-brings-colour-message-11066955</w:t>
        </w:r>
      </w:hyperlink>
      <w:r>
        <w:t xml:space="preserve"> - Please view link - unable to able to access data</w:t>
      </w:r>
      <w:r/>
    </w:p>
    <w:p>
      <w:pPr>
        <w:pStyle w:val="ListNumber"/>
        <w:spacing w:line="240" w:lineRule="auto"/>
        <w:ind w:left="720"/>
      </w:pPr>
      <w:r/>
      <w:hyperlink r:id="rId10">
        <w:r>
          <w:rPr>
            <w:color w:val="0000EE"/>
            <w:u w:val="single"/>
          </w:rPr>
          <w:t>https://cornwallpride.org/celebrate-pride/cornwall-pride-%28truro%29</w:t>
        </w:r>
      </w:hyperlink>
      <w:r>
        <w:t xml:space="preserve"> - Truro Pride 2026 is scheduled for 18 July 2026, from 10:00 am to 6:00 pm at Lemon Quay, Truro. The event will commence with a peaceful Solidarity March at 12:00 pm, starting from Hendra Park and concluding at Lemon Quay. The march aims to promote equality and unity, with participants encouraged to bring flags, banners, and signs representing their communities. The celebration will feature live entertainment, including singers, comedians, dancers, and more, sourced from Cornwall and beyond. The event is family-friendly and free to attend.</w:t>
      </w:r>
      <w:r/>
    </w:p>
    <w:p>
      <w:pPr>
        <w:pStyle w:val="ListNumber"/>
        <w:spacing w:line="240" w:lineRule="auto"/>
        <w:ind w:left="720"/>
      </w:pPr>
      <w:r/>
      <w:hyperlink r:id="rId11">
        <w:r>
          <w:rPr>
            <w:color w:val="0000EE"/>
            <w:u w:val="single"/>
          </w:rPr>
          <w:t>https://www.hellorayo.co.uk/hits-radio/cornwall/news/truro-pride-2026-solidarity-march-against-hate</w:t>
        </w:r>
      </w:hyperlink>
      <w:r>
        <w:t xml:space="preserve"> - Truro Pride 2026 will commence with a peaceful Solidarity March on 18 July 2026, as the community gathers to stand united against hate, promoting equality and human rights. The march will assemble at Hendra Park from 10:00 am, where attendees can create signs and banners together, followed by community speakers at 11:15 am. The march will start at 12:00 pm, progressing through Truro to Lemon Quay, leading into the full Pride celebration. Cornwall Pride is collaborating with Devon &amp; Cornwall Police and local authorities to ensure the event remains peaceful, orderly, and family-friendly.</w:t>
      </w:r>
      <w:r/>
    </w:p>
    <w:p>
      <w:pPr>
        <w:pStyle w:val="ListNumber"/>
        <w:spacing w:line="240" w:lineRule="auto"/>
        <w:ind w:left="720"/>
      </w:pPr>
      <w:r/>
      <w:hyperlink r:id="rId9">
        <w:r>
          <w:rPr>
            <w:color w:val="0000EE"/>
            <w:u w:val="single"/>
          </w:rPr>
          <w:t>https://www.cornwalllive.com/whats-on/gallery/truro-pride-brings-colour-message-11066955</w:t>
        </w:r>
      </w:hyperlink>
      <w:r>
        <w:t xml:space="preserve"> - Truro Pride brought colour and a message to Cornwall’s only city on 18 July 2026. Led by the Union Flag, the St Piran Flag, and the Cornwall Pride Flag, the event began at 10:00 am at Hendra Park. After speeches, a 'solidarity march' set off at noon, winding through the city to the main Truro Pride event at Lemon Quay. A spokesperson stated that the chosen flags represent shared values and the belief that everyone deserves to feel safe, welcome, and respected, sending a message that Cornwall stands together.</w:t>
      </w:r>
      <w:r/>
    </w:p>
    <w:p>
      <w:pPr>
        <w:pStyle w:val="ListNumber"/>
        <w:spacing w:line="240" w:lineRule="auto"/>
        <w:ind w:left="720"/>
      </w:pPr>
      <w:r/>
      <w:hyperlink r:id="rId13">
        <w:r>
          <w:rPr>
            <w:color w:val="0000EE"/>
            <w:u w:val="single"/>
          </w:rPr>
          <w:t>https://www.visittruro.org.uk/whats-on/truro-pride</w:t>
        </w:r>
      </w:hyperlink>
      <w:r>
        <w:t xml:space="preserve"> - Truro Pride 2026 is set to take place on Saturday, 18 July 2026, from 10:00 am to 6:00 pm at Lemon Quay, Truro. The event will feature a performance stage with live entertainment throughout the afternoon and into the evening, including live singers, comedians, dancers, and more. A range of LGBTQ+ supportive acts from across Cornwall and beyond will be showcased. Attendees are encouraged to bring their own food and soft drinks into the celebration. The event is family-friendly and free to attend.</w:t>
      </w:r>
      <w:r/>
    </w:p>
    <w:p>
      <w:pPr>
        <w:pStyle w:val="ListNumber"/>
        <w:spacing w:line="240" w:lineRule="auto"/>
        <w:ind w:left="720"/>
      </w:pPr>
      <w:r/>
      <w:hyperlink r:id="rId12">
        <w:r>
          <w:rPr>
            <w:color w:val="0000EE"/>
            <w:u w:val="single"/>
          </w:rPr>
          <w:t>https://www.diverse-events.com/events/truro-pride-2026/</w:t>
        </w:r>
      </w:hyperlink>
      <w:r>
        <w:t xml:space="preserve"> - Truro Pride 2026 is scheduled for 18 July 2026, from 10:00 am to 6:00 pm at Lemon Quay, Truro. The event will feature market stalls, street food, and a bar, with live performances from 12:45 pm to 6:00 pm. The march will begin at 12:00 pm at Hendra Park and finish at Lemon Quay, with Cornwall Pride Volunteer Marshals lining the route along St George's Road and River Street. The march aims to be civil, peaceful, safe, and enjoyable for all, with music and celebration to show support for LGBTQ+ people in Truro, Cornwall, and around the world.</w:t>
      </w:r>
      <w:r/>
    </w:p>
    <w:p>
      <w:pPr>
        <w:pStyle w:val="ListNumber"/>
        <w:spacing w:line="240" w:lineRule="auto"/>
        <w:ind w:left="720"/>
      </w:pPr>
      <w:r/>
      <w:hyperlink r:id="rId14">
        <w:r>
          <w:rPr>
            <w:color w:val="0000EE"/>
            <w:u w:val="single"/>
          </w:rPr>
          <w:t>https://www.cornwallpride.org/celebrate-pride/penzance-pride</w:t>
        </w:r>
      </w:hyperlink>
      <w:r>
        <w:t xml:space="preserve"> - Penzance Pride 2026 is scheduled for 12 September 2026, from 11:00 am to 6:00 pm at Penzance Promenade. The event will feature a Pride March at 12:00 pm, starting at Market Jew Street by Peacocks and finishing on the Promenade. The march aims to be civil, peaceful, safe, and enjoyable for all, with music and celebration to show support for LGBTQ+ people in Penzance, Cornwall, and around the world. The event is free to attend and family-friendly.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ornwalllive.com/whats-on/gallery/truro-pride-brings-colour-message-11066955" TargetMode="External"/><Relationship Id="rId10" Type="http://schemas.openxmlformats.org/officeDocument/2006/relationships/hyperlink" Target="https://cornwallpride.org/celebrate-pride/cornwall-pride-%28truro%29" TargetMode="External"/><Relationship Id="rId11" Type="http://schemas.openxmlformats.org/officeDocument/2006/relationships/hyperlink" Target="https://www.hellorayo.co.uk/hits-radio/cornwall/news/truro-pride-2026-solidarity-march-against-hate" TargetMode="External"/><Relationship Id="rId12" Type="http://schemas.openxmlformats.org/officeDocument/2006/relationships/hyperlink" Target="https://www.diverse-events.com/events/truro-pride-2026/" TargetMode="External"/><Relationship Id="rId13" Type="http://schemas.openxmlformats.org/officeDocument/2006/relationships/hyperlink" Target="https://www.visittruro.org.uk/whats-on/truro-pride" TargetMode="External"/><Relationship Id="rId14" Type="http://schemas.openxmlformats.org/officeDocument/2006/relationships/hyperlink" Target="https://www.cornwallpride.org/celebrate-pride/penzance-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