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Documentary Screenings in Vancouver: Antidiva Brings Carole Pope to the Rio Theatre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longtime fans are turning out as Antidiva: The Carole Pope Confessions lands at the Rio Theatre in Vancouver, offering a rare, lively look at the queer icon’s life, music and candid humour , and a chance to see Pope in conversation after the screening.</w:t>
      </w:r>
      <w:r/>
    </w:p>
    <w:p>
      <w:r/>
      <w:r>
        <w:t>Essential Takeaways</w:t>
      </w:r>
      <w:r/>
      <w:r/>
    </w:p>
    <w:p>
      <w:pPr>
        <w:pStyle w:val="ListBullet"/>
        <w:spacing w:line="240" w:lineRule="auto"/>
        <w:ind w:left="720"/>
      </w:pPr>
      <w:r/>
      <w:r>
        <w:rPr>
          <w:b/>
        </w:rPr>
        <w:t>Film spotlight:</w:t>
      </w:r>
      <w:r>
        <w:t xml:space="preserve"> Antidiva is a feature documentary about Carole Pope, exploring her career, activism and music with an intimate, conversational style. </w:t>
      </w:r>
      <w:r/>
    </w:p>
    <w:p>
      <w:pPr>
        <w:pStyle w:val="ListBullet"/>
        <w:spacing w:line="240" w:lineRule="auto"/>
        <w:ind w:left="720"/>
      </w:pPr>
      <w:r/>
      <w:r>
        <w:rPr>
          <w:b/>
        </w:rPr>
        <w:t>Local screening:</w:t>
      </w:r>
      <w:r>
        <w:t xml:space="preserve"> The Rio Theatre in Vancouver is hosting a special screening and post-film Q&amp;A, giving fans a face-to-face moment with Pope. </w:t>
      </w:r>
      <w:r/>
    </w:p>
    <w:p>
      <w:pPr>
        <w:pStyle w:val="ListBullet"/>
        <w:spacing w:line="240" w:lineRule="auto"/>
        <w:ind w:left="720"/>
      </w:pPr>
      <w:r/>
      <w:r>
        <w:rPr>
          <w:b/>
        </w:rPr>
        <w:t>Event vibe:</w:t>
      </w:r>
      <w:r>
        <w:t xml:space="preserve"> Expect a warm, chatty atmosphere , the Q&amp;A often feels like a living-room confessional and runs right after the film. </w:t>
      </w:r>
      <w:r/>
    </w:p>
    <w:p>
      <w:pPr>
        <w:pStyle w:val="ListBullet"/>
        <w:spacing w:line="240" w:lineRule="auto"/>
        <w:ind w:left="720"/>
      </w:pPr>
      <w:r/>
      <w:r>
        <w:rPr>
          <w:b/>
        </w:rPr>
        <w:t>Practical note:</w:t>
      </w:r>
      <w:r>
        <w:t xml:space="preserve"> Tickets and event details are listed on the Rio Theatre box office pages; seats are limited so booking ahead is wise. </w:t>
      </w:r>
      <w:r/>
      <w:r/>
    </w:p>
    <w:p>
      <w:pPr>
        <w:pStyle w:val="Heading2"/>
      </w:pPr>
      <w:r>
        <w:t>Why Antidiva matters now , a vivid portrait of a queer icon</w:t>
      </w:r>
      <w:r/>
    </w:p>
    <w:p>
      <w:r/>
      <w:r>
        <w:t>The opening image is of an artist who never softened her edges, and that’s exactly what makes Antidiva interesting. According to the Rio Theatre's event listing, the film traces Carole Pope’s blunt, charismatic voice through decades of music and activism. The documentary gives viewers the texture of a life lived loudly , you can almost hear the gravelly laugh between lines.</w:t>
      </w:r>
      <w:r/>
    </w:p>
    <w:p>
      <w:r/>
      <w:r>
        <w:t>Documentaries like this arrive because there’s appetite for uncensored, first-person stories. Fans and newcomers alike get a layered portrait rather than a tidy biography. If you’re curious about punk-era electricity, feminist music scenes, or queer cultural history, this one lands squarely in that sweet spot.</w:t>
      </w:r>
      <w:r/>
    </w:p>
    <w:p>
      <w:pPr>
        <w:pStyle w:val="Heading2"/>
      </w:pPr>
      <w:r>
        <w:t>The Rio screening , more than just a film showing</w:t>
      </w:r>
      <w:r/>
    </w:p>
    <w:p>
      <w:r/>
      <w:r>
        <w:t>The Rio Theatre has booked a screening that’s paired with a post-film Q&amp;A with Carole Pope herself, according to the venue’s pages. That means you’re not just watching a story; you’re part of a live conversation where anecdotes and clarifications often steal the show.</w:t>
      </w:r>
      <w:r/>
    </w:p>
    <w:p>
      <w:r/>
      <w:r>
        <w:t>It’s the sort of event where the room hums afterwards, people linger, and you leave feeling like you learned a few off-script details. For locals, it’s a rare chance to see a cultural figure in person without the formality of a big theatre tour.</w:t>
      </w:r>
      <w:r/>
    </w:p>
    <w:p>
      <w:pPr>
        <w:pStyle w:val="Heading2"/>
      </w:pPr>
      <w:r>
        <w:t>What to expect in the Q&amp;A , candid, sharp and often funny</w:t>
      </w:r>
      <w:r/>
    </w:p>
    <w:p>
      <w:r/>
      <w:r>
        <w:t>Q&amp;As at these screenings tend to be candid, and the Rio’s listings suggest Pope will join the audience in real time. Expect sharp recall, wry commentary, and maybe a story that didn’t make the cut of the film. If you’ve followed her work you’ll appreciate small, revealing moments; if you haven’t, the live chat is an excellent primer.</w:t>
      </w:r>
      <w:r/>
    </w:p>
    <w:p>
      <w:r/>
      <w:r>
        <w:t>One practical tip: arrive early to get a good seat and a chance to mingle. These events are intimate: the stage feels close, the microphone passes between audience and guest, and the energy often dips into personal territory.</w:t>
      </w:r>
      <w:r/>
    </w:p>
    <w:p>
      <w:pPr>
        <w:pStyle w:val="Heading2"/>
      </w:pPr>
      <w:r>
        <w:t>Tickets, timing and practicalities</w:t>
      </w:r>
      <w:r/>
    </w:p>
    <w:p>
      <w:r/>
      <w:r>
        <w:t>The Rio Theatre’s ticket pages carry the event listing and showtime information , check there for the most current availability. Seats at boutique screenings move faster than mainstream releases, so book early if you want a guaranteed spot.</w:t>
      </w:r>
      <w:r/>
    </w:p>
    <w:p>
      <w:r/>
      <w:r>
        <w:t>If you’re planning to go with friends, buy tickets together to avoid being split across rows. And bring cash or card for concessions; a little pre-show chat over coffee or a local drink warms the room.</w:t>
      </w:r>
      <w:r/>
    </w:p>
    <w:p>
      <w:pPr>
        <w:pStyle w:val="Heading2"/>
      </w:pPr>
      <w:r>
        <w:t>Why this screening is worth your evening</w:t>
      </w:r>
      <w:r/>
    </w:p>
    <w:p>
      <w:r/>
      <w:r>
        <w:t>This isn’t a perfunctory celebrity doc drop; it’s an evening built around one performer’s voice and the audience that’s followed her. Seeing Antidiva at the Rio with a live Q&amp;A transforms the film from a passive watch into a shared cultural moment.</w:t>
      </w:r>
      <w:r/>
    </w:p>
    <w:p>
      <w:r/>
      <w:r>
        <w:t>If you care about queer cultural history or just love music stories told with grit and humour, this screening is a smart, lively pick.</w:t>
      </w:r>
      <w:r/>
    </w:p>
    <w:p>
      <w:r/>
      <w:r>
        <w:t>It's a small outing that can leave you with a big appreciation for a formidable artist.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1">
        <w:r>
          <w:rPr>
            <w:color w:val="0000EE"/>
            <w:u w:val="single"/>
          </w:rPr>
          <w:t>[4]</w:t>
        </w:r>
      </w:hyperlink>
      <w:r>
        <w:t xml:space="preserve">- Paragraph 5: </w:t>
      </w:r>
      <w:hyperlink r:id="rId11">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https://vancouversun.com/entertainment/queer-icon-carole-popes-antidiva-documentary-will-screen-at-the-rio-theatre</w:t>
        </w:r>
      </w:hyperlink>
      <w:r>
        <w:t xml:space="preserve"> - Please view link - unable to able to access data</w:t>
      </w:r>
      <w:r/>
    </w:p>
    <w:p>
      <w:pPr>
        <w:pStyle w:val="ListNumber"/>
        <w:spacing w:line="240" w:lineRule="auto"/>
        <w:ind w:left="720"/>
      </w:pPr>
      <w:r/>
      <w:hyperlink r:id="rId10">
        <w:r>
          <w:rPr>
            <w:color w:val="0000EE"/>
            <w:u w:val="single"/>
          </w:rPr>
          <w:t>https://riotheatre.ca/movie/antidiva-the-carole-pope-confessions-screening-qa-with-carole-pope/</w:t>
        </w:r>
      </w:hyperlink>
      <w:r>
        <w:t xml:space="preserve"> - The Rio Theatre in Vancouver is hosting screenings of 'Antidiva: The Carole Pope Confessions' on July 22 and 23, 2026. The film chronicles Carole Pope's journey from underground cult figure to celebrated pioneer, featuring archival footage, candid interviews, and a live performance. The screenings will be followed by a Q&amp;A session with Carole Pope. Tickets are available for purchase on the Rio Theatre's website. (</w:t>
      </w:r>
      <w:hyperlink r:id="rId12">
        <w:r>
          <w:rPr>
            <w:color w:val="0000EE"/>
            <w:u w:val="single"/>
          </w:rPr>
          <w:t>riotheatre.ca</w:t>
        </w:r>
      </w:hyperlink>
      <w:r>
        <w:t>)</w:t>
      </w:r>
      <w:r/>
    </w:p>
    <w:p>
      <w:pPr>
        <w:pStyle w:val="ListNumber"/>
        <w:spacing w:line="240" w:lineRule="auto"/>
        <w:ind w:left="720"/>
      </w:pPr>
      <w:r/>
      <w:hyperlink r:id="rId11">
        <w:r>
          <w:rPr>
            <w:color w:val="0000EE"/>
            <w:u w:val="single"/>
          </w:rPr>
          <w:t>https://riotheatretickets.ca/events/42248</w:t>
        </w:r>
      </w:hyperlink>
      <w:r>
        <w:t xml:space="preserve"> - The Rio Theatre in Vancouver is hosting screenings of 'Antidiva: The Carole Pope Confessions' on July 22 and 23, 2026. The film chronicles Carole Pope's journey from underground cult figure to celebrated pioneer, featuring archival footage, candid interviews, and a live performance. The screenings will be followed by a Q&amp;A session with Carole Pope. Tickets are available for purchase on the Rio Theatre's website. (</w:t>
      </w:r>
      <w:hyperlink r:id="rId13">
        <w:r>
          <w:rPr>
            <w:color w:val="0000EE"/>
            <w:u w:val="single"/>
          </w:rPr>
          <w:t>riotheatretickets.ca</w:t>
        </w:r>
      </w:hyperlink>
      <w:r>
        <w:t>)</w:t>
      </w:r>
      <w:r/>
    </w:p>
    <w:p>
      <w:pPr>
        <w:pStyle w:val="ListNumber"/>
        <w:spacing w:line="240" w:lineRule="auto"/>
        <w:ind w:left="720"/>
      </w:pPr>
      <w:r/>
      <w:hyperlink r:id="rId11">
        <w:r>
          <w:rPr>
            <w:color w:val="0000EE"/>
            <w:u w:val="single"/>
          </w:rPr>
          <w:t>https://riotheatretickets.ca/events/42248</w:t>
        </w:r>
      </w:hyperlink>
      <w:r>
        <w:t xml:space="preserve"> - The Rio Theatre in Vancouver is hosting screenings of 'Antidiva: The Carole Pope Confessions' on July 22 and 23, 2026. The film chronicles Carole Pope's journey from underground cult figure to celebrated pioneer, featuring archival footage, candid interviews, and a live performance. The screenings will be followed by a Q&amp;A session with Carole Pope. Tickets are available for purchase on the Rio Theatre's website. (</w:t>
      </w:r>
      <w:hyperlink r:id="rId13">
        <w:r>
          <w:rPr>
            <w:color w:val="0000EE"/>
            <w:u w:val="single"/>
          </w:rPr>
          <w:t>riotheatretickets.ca</w:t>
        </w:r>
      </w:hyperlink>
      <w:r>
        <w:t>)</w:t>
      </w:r>
      <w:r/>
    </w:p>
    <w:p>
      <w:pPr>
        <w:pStyle w:val="ListNumber"/>
        <w:spacing w:line="240" w:lineRule="auto"/>
        <w:ind w:left="720"/>
      </w:pPr>
      <w:r/>
      <w:hyperlink r:id="rId11">
        <w:r>
          <w:rPr>
            <w:color w:val="0000EE"/>
            <w:u w:val="single"/>
          </w:rPr>
          <w:t>https://riotheatretickets.ca/events/42248</w:t>
        </w:r>
      </w:hyperlink>
      <w:r>
        <w:t xml:space="preserve"> - The Rio Theatre in Vancouver is hosting screenings of 'Antidiva: The Carole Pope Confessions' on July 22 and 23, 2026. The film chronicles Carole Pope's journey from underground cult figure to celebrated pioneer, featuring archival footage, candid interviews, and a live performance. The screenings will be followed by a Q&amp;A session with Carole Pope. Tickets are available for purchase on the Rio Theatre's website. (</w:t>
      </w:r>
      <w:hyperlink r:id="rId13">
        <w:r>
          <w:rPr>
            <w:color w:val="0000EE"/>
            <w:u w:val="single"/>
          </w:rPr>
          <w:t>riotheatretickets.ca</w:t>
        </w:r>
      </w:hyperlink>
      <w:r>
        <w:t>)</w:t>
      </w:r>
      <w:r/>
    </w:p>
    <w:p>
      <w:pPr>
        <w:pStyle w:val="ListNumber"/>
        <w:spacing w:line="240" w:lineRule="auto"/>
        <w:ind w:left="720"/>
      </w:pPr>
      <w:r/>
      <w:hyperlink r:id="rId11">
        <w:r>
          <w:rPr>
            <w:color w:val="0000EE"/>
            <w:u w:val="single"/>
          </w:rPr>
          <w:t>https://riotheatretickets.ca/events/42248</w:t>
        </w:r>
      </w:hyperlink>
      <w:r>
        <w:t xml:space="preserve"> - The Rio Theatre in Vancouver is hosting screenings of 'Antidiva: The Carole Pope Confessions' on July 22 and 23, 2026. The film chronicles Carole Pope's journey from underground cult figure to celebrated pioneer, featuring archival footage, candid interviews, and a live performance. The screenings will be followed by a Q&amp;A session with Carole Pope. Tickets are available for purchase on the Rio Theatre's website. (</w:t>
      </w:r>
      <w:hyperlink r:id="rId13">
        <w:r>
          <w:rPr>
            <w:color w:val="0000EE"/>
            <w:u w:val="single"/>
          </w:rPr>
          <w:t>riotheatretickets.ca</w:t>
        </w:r>
      </w:hyperlink>
      <w:r>
        <w:t>)</w:t>
      </w:r>
      <w:r/>
    </w:p>
    <w:p>
      <w:pPr>
        <w:pStyle w:val="ListNumber"/>
        <w:spacing w:line="240" w:lineRule="auto"/>
        <w:ind w:left="720"/>
      </w:pPr>
      <w:r/>
      <w:hyperlink r:id="rId11">
        <w:r>
          <w:rPr>
            <w:color w:val="0000EE"/>
            <w:u w:val="single"/>
          </w:rPr>
          <w:t>https://riotheatretickets.ca/events/42248</w:t>
        </w:r>
      </w:hyperlink>
      <w:r>
        <w:t xml:space="preserve"> - The Rio Theatre in Vancouver is hosting screenings of 'Antidiva: The Carole Pope Confessions' on July 22 and 23, 2026. The film chronicles Carole Pope's journey from underground cult figure to celebrated pioneer, featuring archival footage, candid interviews, and a live performance. The screenings will be followed by a Q&amp;A session with Carole Pope. Tickets are available for purchase on the Rio Theatre's website. (</w:t>
      </w:r>
      <w:hyperlink r:id="rId13">
        <w:r>
          <w:rPr>
            <w:color w:val="0000EE"/>
            <w:u w:val="single"/>
          </w:rPr>
          <w:t>riotheatretickets.ca</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ancouversun.com/entertainment/queer-icon-carole-popes-antidiva-documentary-will-screen-at-the-rio-theatre" TargetMode="External"/><Relationship Id="rId10" Type="http://schemas.openxmlformats.org/officeDocument/2006/relationships/hyperlink" Target="https://riotheatre.ca/movie/antidiva-the-carole-pope-confessions-screening-qa-with-carole-pope/" TargetMode="External"/><Relationship Id="rId11" Type="http://schemas.openxmlformats.org/officeDocument/2006/relationships/hyperlink" Target="https://riotheatretickets.ca/events/42248" TargetMode="External"/><Relationship Id="rId12" Type="http://schemas.openxmlformats.org/officeDocument/2006/relationships/hyperlink" Target="https://riotheatre.ca/movie/antidiva-the-carole-pope-confessions-screening-qa-with-carole-pope/?utm_source=openai" TargetMode="External"/><Relationship Id="rId13" Type="http://schemas.openxmlformats.org/officeDocument/2006/relationships/hyperlink" Target="https://riotheatretickets.ca/events/42248?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