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Crime Fiction This Summer: Beach Reads and Dark Twists to Try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reaching for queer crime novels that pair summer ease with gripping mysteries; from cosy amateur sleuths to high-stakes spy capers, this season’s list offers something for every reader lounging by the pool or diving into darker plots. Here’s a lively guide to the most talked-about LGBTQIA+ crime books to pack for your holiday.</w:t>
      </w:r>
      <w:r/>
    </w:p>
    <w:p>
      <w:r/>
      <w:r>
        <w:t>Essential Takeaways</w:t>
      </w:r>
      <w:r/>
      <w:r/>
    </w:p>
    <w:p>
      <w:pPr>
        <w:pStyle w:val="ListBullet"/>
        <w:spacing w:line="240" w:lineRule="auto"/>
        <w:ind w:left="720"/>
      </w:pPr>
      <w:r/>
      <w:r>
        <w:rPr>
          <w:b/>
        </w:rPr>
        <w:t>Range of tones:</w:t>
      </w:r>
      <w:r>
        <w:t xml:space="preserve"> Titles span breezy, humorous capers to tense psychological suspense, so you can pick light or heavy reads.</w:t>
      </w:r>
      <w:r/>
    </w:p>
    <w:p>
      <w:pPr>
        <w:pStyle w:val="ListBullet"/>
        <w:spacing w:line="240" w:lineRule="auto"/>
        <w:ind w:left="720"/>
      </w:pPr>
      <w:r/>
      <w:r>
        <w:rPr>
          <w:b/>
        </w:rPr>
        <w:t>Amateur sleuths shine:</w:t>
      </w:r>
      <w:r>
        <w:t xml:space="preserve"> Truck drivers, fibre artists, crossing guards and cooks lead several mysteries, giving a homey, vivid feel.</w:t>
      </w:r>
      <w:r/>
    </w:p>
    <w:p>
      <w:pPr>
        <w:pStyle w:val="ListBullet"/>
        <w:spacing w:line="240" w:lineRule="auto"/>
        <w:ind w:left="720"/>
      </w:pPr>
      <w:r/>
      <w:r>
        <w:rPr>
          <w:b/>
        </w:rPr>
        <w:t>Queer perspectives front and centre:</w:t>
      </w:r>
      <w:r>
        <w:t xml:space="preserve"> Protagonists include trans detectives, queer spies and closeted historical players, offering fresh viewpoint-driven plots.</w:t>
      </w:r>
      <w:r/>
    </w:p>
    <w:p>
      <w:pPr>
        <w:pStyle w:val="ListBullet"/>
        <w:spacing w:line="240" w:lineRule="auto"/>
        <w:ind w:left="720"/>
      </w:pPr>
      <w:r/>
      <w:r>
        <w:rPr>
          <w:b/>
        </w:rPr>
        <w:t>Standout settings:</w:t>
      </w:r>
      <w:r>
        <w:t xml:space="preserve"> From Cape Cod and the Deep South to 1930s London and Brontë country, the sense of place is strong and sensory.</w:t>
      </w:r>
      <w:r/>
    </w:p>
    <w:p>
      <w:pPr>
        <w:pStyle w:val="ListBullet"/>
        <w:spacing w:line="240" w:lineRule="auto"/>
        <w:ind w:left="720"/>
      </w:pPr>
      <w:r/>
      <w:r>
        <w:rPr>
          <w:b/>
        </w:rPr>
        <w:t>Reading tip:</w:t>
      </w:r>
      <w:r>
        <w:t xml:space="preserve"> Match book length and mood to your holiday plans, shorter, witty thrillers for quick trips, richer psychologicals for long afternoons.</w:t>
      </w:r>
      <w:r/>
      <w:r/>
    </w:p>
    <w:p>
      <w:pPr>
        <w:pStyle w:val="Heading2"/>
      </w:pPr>
      <w:r>
        <w:t>Why this season feels like a queer-crime renaissance</w:t>
      </w:r>
      <w:r/>
    </w:p>
    <w:p>
      <w:r/>
      <w:r>
        <w:t>Summer lists usually favour breezy reads, but this line-up proves crime can be both suntan and shadow. The offerings range from lighthearted spy spoofs to domestic suspense thick with secrets, and they’re united by lively characters and queer-centred stakes. According to publishers’ blurbs and early reviews, readers are responding to protagonists who bring their whole selves, romantic longing, trauma, humour, into the mystery, which gives each book an emotional anchor. If you want a warm, witty escape or something that makes the pool feel eerily close to a small-town conspiracy, there’s a title here.</w:t>
      </w:r>
      <w:r/>
    </w:p>
    <w:p>
      <w:pPr>
        <w:pStyle w:val="Heading2"/>
      </w:pPr>
      <w:r>
        <w:t>Spycraft with a wink: The Tuxedo Society’s irreverent globe-trotting</w:t>
      </w:r>
      <w:r/>
    </w:p>
    <w:p>
      <w:r/>
      <w:r>
        <w:t>Paul Rudnick’s spy satire trades tuxedo glamour for queer ingenuity, sending a likable everyman into a world of government secrets, oligarchs and unexpected tradecraft. Reviews note its sharp humour and cinematic set-pieces, White House corridors, the Vatican, even the Olympics, so expect brisk pacing and clever set-ups rather than brooding noir. For readers who want a Bond pastiche with floristry and campy charm, this is the season’s palate-cleanser. Tip: read it on a flight or in short sittings to savour the one-liners and plot turns.</w:t>
      </w:r>
      <w:r/>
    </w:p>
    <w:p>
      <w:pPr>
        <w:pStyle w:val="Heading2"/>
      </w:pPr>
      <w:r>
        <w:t>Small towns, big secrets: Domestic suspense and community sleuthing</w:t>
      </w:r>
      <w:r/>
    </w:p>
    <w:p>
      <w:r/>
      <w:r>
        <w:t>Several books lean into intimate communities where everyone has something to hide. From a Cape Cod house cook caught in a novelist’s dangerous games to a Louisiana trucker whose compassion spirals into obsession, the mood is tactile, salt air, long highway miles, creaking porches. These novels use setting to amplify tension: a sleepy diner becomes a stage for disappearances, a beachfront compound masks marital manipulation. If you’re drawn to psychological suspense that simmers rather than explodes, choose a title where motive grows out of relationships, not just plot mechanics.</w:t>
      </w:r>
      <w:r/>
    </w:p>
    <w:p>
      <w:pPr>
        <w:pStyle w:val="Heading2"/>
      </w:pPr>
      <w:r>
        <w:t>Amateur investigators steal the show, quirky, warm and often defiant</w:t>
      </w:r>
      <w:r/>
    </w:p>
    <w:p>
      <w:r/>
      <w:r>
        <w:t>There’s a delicious variety of non-professional detectives this season: a queer fibre-arts group, an exasperated crossing guard, a community volunteer leading an investigation. These protagonists bring humour, practical know-how and emotional investment to their cases, which makes their sleuthing feel personal rather than procedural. Readers who enjoy character-driven mysteries will appreciate how motives and secrets are unearthed through everyday interactions, knitting circles, school crossings, back-of-truck confessions, rather than forensic set pieces. Advice: pick a book with a protagonist whose everyday skills match their sleuthing style.</w:t>
      </w:r>
      <w:r/>
    </w:p>
    <w:p>
      <w:pPr>
        <w:pStyle w:val="Heading2"/>
      </w:pPr>
      <w:r>
        <w:t>Historical and literary twists: Brontë forgers and 1930s London intrigues</w:t>
      </w:r>
      <w:r/>
    </w:p>
    <w:p>
      <w:r/>
      <w:r>
        <w:t>For atmosphere lovers, the season includes novels that luxuriate in period detail: a Gothic-ish tale about a forged ‘lost’ Brontë manuscript and a 1930s London mystery steeped in queer underground life. These books revel in texture, lemon-scented rooms, foggy streets, parlour tensions, and they lean on literary fascination as much as murder. If you enjoy history infused with suspense, or the idea of literary greed and forgery as motive, these titles make for immersive, slow-burn reads. Practical note: settle in with a notebook, there are many layers to keep track of.</w:t>
      </w:r>
      <w:r/>
    </w:p>
    <w:p>
      <w:pPr>
        <w:pStyle w:val="Heading2"/>
      </w:pPr>
      <w:r>
        <w:t>Why representation matters in crime fiction now</w:t>
      </w:r>
      <w:r/>
    </w:p>
    <w:p>
      <w:r/>
      <w:r>
        <w:t>Queer crime isn’t just adding diverse faces to familiar plots; it’s changing the types of stories being told. Having trans detectives, queer spies and community-led investigations shifts both tone and stakes: prejudice, survival strategies and intimacy with marginalised communities become plot engines rather than background detail. That gives the books a sharper emotional resonance and often a moral complexity that lingers after you close the cover. For the curious reader, this means you’ll get both a good mystery and a window into queer histories, cultures and relationships.</w:t>
      </w:r>
      <w:r/>
    </w:p>
    <w:p>
      <w:r/>
      <w:r>
        <w:t>It's a small change in your holiday pile that can make every reading hour feel sharper and more alive, pick a mood, pack a title, and enjoy the twist.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https://crimereads.com/queer-crime-writers-presents-lgbtqia-crime-fiction-to-check-out-this-summer/</w:t>
        </w:r>
      </w:hyperlink>
      <w:r>
        <w:t xml:space="preserve"> - Please view link - unable to able to access data</w:t>
      </w:r>
      <w:r/>
    </w:p>
    <w:p>
      <w:pPr>
        <w:pStyle w:val="ListNumber"/>
        <w:spacing w:line="240" w:lineRule="auto"/>
        <w:ind w:left="720"/>
      </w:pPr>
      <w:r/>
      <w:hyperlink r:id="rId10">
        <w:r>
          <w:rPr>
            <w:color w:val="0000EE"/>
            <w:u w:val="single"/>
          </w:rPr>
          <w:t>https://www.joshuamoehling.com/babs</w:t>
        </w:r>
      </w:hyperlink>
      <w:r>
        <w:t xml:space="preserve"> - Joshua Moehling's 'Beneath a Broken Sky' is a gripping thriller set in the small town of Sandy Lake, Minnesota. Detective Ben Packard investigates the murder of a mother who defended her bullied son, uncovering secrets hidden beneath the storm's destruction. The novel delves into themes of community, resilience, and confronting the past. Published on May 26, 2026, it is the fourth installment in the Ben Packard series. (</w:t>
      </w:r>
      <w:hyperlink r:id="rId16">
        <w:r>
          <w:rPr>
            <w:color w:val="0000EE"/>
            <w:u w:val="single"/>
          </w:rPr>
          <w:t>joshuamoehling.com</w:t>
        </w:r>
      </w:hyperlink>
      <w:r>
        <w:t>)</w:t>
      </w:r>
      <w:r/>
    </w:p>
    <w:p>
      <w:pPr>
        <w:pStyle w:val="ListNumber"/>
        <w:spacing w:line="240" w:lineRule="auto"/>
        <w:ind w:left="720"/>
      </w:pPr>
      <w:r/>
      <w:hyperlink r:id="rId13">
        <w:r>
          <w:rPr>
            <w:color w:val="0000EE"/>
            <w:u w:val="single"/>
          </w:rPr>
          <w:t>https://www.kirkusreviews.com/audiobook-reviews/paul-rudnick/the-tuxedo-society/</w:t>
        </w:r>
      </w:hyperlink>
      <w:r>
        <w:t xml:space="preserve"> - Kirkus Reviews praises Paul Rudnick's 'The Tuxedo Society' as a hilarious venture into satirical espionage. The story follows struggling actor Andrew Birnbaum, recruited by the Tuxedo Society, a queer special ops unit, leading to a series of Bond-style adventures. The audiobook, narrated by Daniel Henning, is noted for its sparkling performance and outrageous humour. (</w:t>
      </w:r>
      <w:hyperlink r:id="rId17">
        <w:r>
          <w:rPr>
            <w:color w:val="0000EE"/>
            <w:u w:val="single"/>
          </w:rPr>
          <w:t>kirkusreviews.com</w:t>
        </w:r>
      </w:hyperlink>
      <w:r>
        <w:t>)</w:t>
      </w:r>
      <w:r/>
    </w:p>
    <w:p>
      <w:pPr>
        <w:pStyle w:val="ListNumber"/>
        <w:spacing w:line="240" w:lineRule="auto"/>
        <w:ind w:left="720"/>
      </w:pPr>
      <w:r/>
      <w:hyperlink r:id="rId12">
        <w:r>
          <w:rPr>
            <w:color w:val="0000EE"/>
            <w:u w:val="single"/>
          </w:rPr>
          <w:t>https://www.kirkusreviews.com/book-reviews/paul-rudnick/the-tuxedo-society/</w:t>
        </w:r>
      </w:hyperlink>
      <w:r>
        <w:t xml:space="preserve"> - Kirkus Reviews describes Paul Rudnick's 'The Tuxedo Society' as a wild queer comedy that could save the world. The novel follows Andrew Birnbaum, a young actor recruited by an all-gay special ops team to thwart evil and bring about world peace. The story is filled with outrageous humour and satirical espionage. (</w:t>
      </w:r>
      <w:hyperlink r:id="rId18">
        <w:r>
          <w:rPr>
            <w:color w:val="0000EE"/>
            <w:u w:val="single"/>
          </w:rPr>
          <w:t>kirkusreviews.com</w:t>
        </w:r>
      </w:hyperlink>
      <w:r>
        <w:t>)</w:t>
      </w:r>
      <w:r/>
    </w:p>
    <w:p>
      <w:pPr>
        <w:pStyle w:val="ListNumber"/>
        <w:spacing w:line="240" w:lineRule="auto"/>
        <w:ind w:left="720"/>
      </w:pPr>
      <w:r/>
      <w:hyperlink r:id="rId14">
        <w:r>
          <w:rPr>
            <w:color w:val="0000EE"/>
            <w:u w:val="single"/>
          </w:rPr>
          <w:t>https://www.goodreads.com/book/show/242974714-the-tuxedo-society</w:t>
        </w:r>
      </w:hyperlink>
      <w:r>
        <w:t xml:space="preserve"> - Goodreads provides a synopsis of Paul Rudnick's 'The Tuxedo Society,' where struggling actor Andrew Birnbaum is invited to join an exclusive dinner club, leading him into a world of espionage and danger. The novel blends espionage and social commentary, featuring an elite, gay secret society. (</w:t>
      </w:r>
      <w:hyperlink r:id="rId19">
        <w:r>
          <w:rPr>
            <w:color w:val="0000EE"/>
            <w:u w:val="single"/>
          </w:rPr>
          <w:t>goodreads.com</w:t>
        </w:r>
      </w:hyperlink>
      <w:r>
        <w:t>)</w:t>
      </w:r>
      <w:r/>
    </w:p>
    <w:p>
      <w:pPr>
        <w:pStyle w:val="ListNumber"/>
        <w:spacing w:line="240" w:lineRule="auto"/>
        <w:ind w:left="720"/>
      </w:pPr>
      <w:r/>
      <w:hyperlink r:id="rId11">
        <w:r>
          <w:rPr>
            <w:color w:val="0000EE"/>
            <w:u w:val="single"/>
          </w:rPr>
          <w:t>https://www.goodreads.com/en/book/show/234069583-beneath-a-broken-sky</w:t>
        </w:r>
      </w:hyperlink>
      <w:r>
        <w:t xml:space="preserve"> - Goodreads offers a detailed overview of Joshua Moehling's 'Beneath a Broken Sky,' the fourth book in the Ben Packard series. The novel is set in the small town of Sandy Lake, Minnesota, where Detective Ben Packard investigates the murder of a mother who defended her bullied son, uncovering secrets hidden beneath the storm's destruction. (</w:t>
      </w:r>
      <w:hyperlink r:id="rId20">
        <w:r>
          <w:rPr>
            <w:color w:val="0000EE"/>
            <w:u w:val="single"/>
          </w:rPr>
          <w:t>goodreads.com</w:t>
        </w:r>
      </w:hyperlink>
      <w:r>
        <w:t>)</w:t>
      </w:r>
      <w:r/>
    </w:p>
    <w:p>
      <w:pPr>
        <w:pStyle w:val="ListNumber"/>
        <w:spacing w:line="240" w:lineRule="auto"/>
        <w:ind w:left="720"/>
      </w:pPr>
      <w:r/>
      <w:hyperlink r:id="rId15">
        <w:r>
          <w:rPr>
            <w:color w:val="0000EE"/>
            <w:u w:val="single"/>
          </w:rPr>
          <w:t>https://www.girl-who-reads.com/2026/05/the-tuxedo-society-by-paul-rudnick.html</w:t>
        </w:r>
      </w:hyperlink>
      <w:r>
        <w:t xml:space="preserve"> - Girl Who Reads reviews Paul Rudnick's 'The Tuxedo Society,' where struggling actor Andrew Birnbaum is recruited into a covert mission to protect national security. The novel blends espionage and social commentary, featuring an elite, gay secret society. (</w:t>
      </w:r>
      <w:hyperlink r:id="rId21">
        <w:r>
          <w:rPr>
            <w:color w:val="0000EE"/>
            <w:u w:val="single"/>
          </w:rPr>
          <w:t>girl-who-reads.com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rimereads.com/queer-crime-writers-presents-lgbtqia-crime-fiction-to-check-out-this-summer/" TargetMode="External"/><Relationship Id="rId10" Type="http://schemas.openxmlformats.org/officeDocument/2006/relationships/hyperlink" Target="https://www.joshuamoehling.com/babs" TargetMode="External"/><Relationship Id="rId11" Type="http://schemas.openxmlformats.org/officeDocument/2006/relationships/hyperlink" Target="https://www.goodreads.com/en/book/show/234069583-beneath-a-broken-sky" TargetMode="External"/><Relationship Id="rId12" Type="http://schemas.openxmlformats.org/officeDocument/2006/relationships/hyperlink" Target="https://www.kirkusreviews.com/book-reviews/paul-rudnick/the-tuxedo-society/" TargetMode="External"/><Relationship Id="rId13" Type="http://schemas.openxmlformats.org/officeDocument/2006/relationships/hyperlink" Target="https://www.kirkusreviews.com/audiobook-reviews/paul-rudnick/the-tuxedo-society/" TargetMode="External"/><Relationship Id="rId14" Type="http://schemas.openxmlformats.org/officeDocument/2006/relationships/hyperlink" Target="https://www.goodreads.com/book/show/242974714-the-tuxedo-society" TargetMode="External"/><Relationship Id="rId15" Type="http://schemas.openxmlformats.org/officeDocument/2006/relationships/hyperlink" Target="https://www.girl-who-reads.com/2026/05/the-tuxedo-society-by-paul-rudnick.html" TargetMode="External"/><Relationship Id="rId16" Type="http://schemas.openxmlformats.org/officeDocument/2006/relationships/hyperlink" Target="https://www.joshuamoehling.com/babs?utm_source=openai" TargetMode="External"/><Relationship Id="rId17" Type="http://schemas.openxmlformats.org/officeDocument/2006/relationships/hyperlink" Target="https://www.kirkusreviews.com/audiobook-reviews/paul-rudnick/the-tuxedo-society/?utm_source=openai" TargetMode="External"/><Relationship Id="rId18" Type="http://schemas.openxmlformats.org/officeDocument/2006/relationships/hyperlink" Target="https://www.kirkusreviews.com/book-reviews/paul-rudnick/the-tuxedo-society/?utm_source=openai" TargetMode="External"/><Relationship Id="rId19" Type="http://schemas.openxmlformats.org/officeDocument/2006/relationships/hyperlink" Target="https://www.goodreads.com/book/show/242974714-the-tuxedo-society?utm_source=openai" TargetMode="External"/><Relationship Id="rId20" Type="http://schemas.openxmlformats.org/officeDocument/2006/relationships/hyperlink" Target="https://www.goodreads.com/en/book/show/234069583-beneath-a-broken-sky?utm_source=openai" TargetMode="External"/><Relationship Id="rId21" Type="http://schemas.openxmlformats.org/officeDocument/2006/relationships/hyperlink" Target="https://www.girl-who-reads.com/2026/05/the-tuxedo-society-by-paul-rudnick.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