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Prideboat Alternatives in Zeeland After Zierikzee Rejection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organisers and queer supporters are hunting for a welcoming berth after Zierikzee’s Havendagen refused a prideboat; the row matters because it touches community tradition, tourism and who gets to celebrate in public spaces. Here’s what happened, who’s involved and practical options for where the prideboat could sail instead.</w:t>
      </w:r>
      <w:r/>
    </w:p>
    <w:p>
      <w:r/>
      <w:r>
        <w:t>Essential Takeaways</w:t>
      </w:r>
      <w:r/>
      <w:r/>
    </w:p>
    <w:p>
      <w:pPr>
        <w:pStyle w:val="ListBullet"/>
        <w:spacing w:line="240" w:lineRule="auto"/>
        <w:ind w:left="720"/>
      </w:pPr>
      <w:r/>
      <w:r>
        <w:rPr>
          <w:b/>
        </w:rPr>
        <w:t>Local decision:</w:t>
      </w:r>
      <w:r>
        <w:t xml:space="preserve"> The Havendagen organising committee in Zierikzee declined the prideboat after several mossel (mussels) vessels signalled they would pull out, threatening traditional procession elements and attendance.</w:t>
      </w:r>
      <w:r/>
    </w:p>
    <w:p>
      <w:pPr>
        <w:pStyle w:val="ListBullet"/>
        <w:spacing w:line="240" w:lineRule="auto"/>
        <w:ind w:left="720"/>
      </w:pPr>
      <w:r/>
      <w:r>
        <w:rPr>
          <w:b/>
        </w:rPr>
        <w:t>Emotional impact:</w:t>
      </w:r>
      <w:r>
        <w:t xml:space="preserve"> The initiative’s lead, Helene de Vries, and many sign-ups expressed deep disappointment , people had viewed the visit as a gift now taken away.</w:t>
      </w:r>
      <w:r/>
    </w:p>
    <w:p>
      <w:pPr>
        <w:pStyle w:val="ListBullet"/>
        <w:spacing w:line="240" w:lineRule="auto"/>
        <w:ind w:left="720"/>
      </w:pPr>
      <w:r/>
      <w:r>
        <w:rPr>
          <w:b/>
        </w:rPr>
        <w:t>Organisers’ stance:</w:t>
      </w:r>
      <w:r>
        <w:t xml:space="preserve"> The Havendagen committee framed the choice as a logistical organiser’s decision, not a judgement of the queer community, while urging respectful behaviour among visitors.</w:t>
      </w:r>
      <w:r/>
    </w:p>
    <w:p>
      <w:pPr>
        <w:pStyle w:val="ListBullet"/>
        <w:spacing w:line="240" w:lineRule="auto"/>
        <w:ind w:left="720"/>
      </w:pPr>
      <w:r/>
      <w:r>
        <w:rPr>
          <w:b/>
        </w:rPr>
        <w:t>Momentum remains:</w:t>
      </w:r>
      <w:r>
        <w:t xml:space="preserve"> HUMAN and NPO 3FM’s “Pride in my village” team say they’ve had unusually high interest and have a boat booked; now they’re asking where in Zeeland will welcome them.</w:t>
      </w:r>
      <w:r/>
    </w:p>
    <w:p>
      <w:pPr>
        <w:pStyle w:val="ListBullet"/>
        <w:spacing w:line="240" w:lineRule="auto"/>
        <w:ind w:left="720"/>
      </w:pPr>
      <w:r/>
      <w:r>
        <w:rPr>
          <w:b/>
        </w:rPr>
        <w:t>Practical next steps:</w:t>
      </w:r>
      <w:r>
        <w:t xml:space="preserve"> Nearby harbours, festival partners and community-friendly towns in Zeeland could offer alternatives; permissions, procession routes and local support will decide the best fit.</w:t>
      </w:r>
      <w:r/>
      <w:r/>
    </w:p>
    <w:p>
      <w:pPr>
        <w:pStyle w:val="Heading2"/>
      </w:pPr>
      <w:r>
        <w:t>What actually happened in Zierikzee , a blunt, local fallout</w:t>
      </w:r>
      <w:r/>
    </w:p>
    <w:p>
      <w:r/>
      <w:r>
        <w:t>The simple fact is this: the prideboat was invited but won’t join the Havendagen parade after organiser concerns about other participants withdrawing. That tug-of-war hit hard emotionally , the project lead described the feeling in unvarnished terms on camera. According to local reporting, the foundation that runs the Havendagen said the decision came down to keeping essential elements of the event intact. It’s easy to picture the quiet frustration: a bright, celebratory boat left moored while a centuries-old procession goes on without it.</w:t>
      </w:r>
      <w:r/>
    </w:p>
    <w:p>
      <w:pPr>
        <w:pStyle w:val="Heading2"/>
      </w:pPr>
      <w:r>
        <w:t>Why organisers say they had to refuse , logistics, tradition and pressure</w:t>
      </w:r>
      <w:r/>
    </w:p>
    <w:p>
      <w:r/>
      <w:r>
        <w:t>Organisers argue they weren’t making a moral judgement but balancing traditions and practicalities. Multiple mosselkotters apparently threatened to stay away, which would disrupt parts of the Havendagen that many locals consider essential. That puts event planners in a tight spot , protect the parade’s continuity or risk fracturing the whole show. The committee’s written statement stressed responsibility and hoped visitors would still meet one another respectfully, which reads like an attempt to defuse tensions even if it won’t satisfy those disappointed.</w:t>
      </w:r>
      <w:r/>
    </w:p>
    <w:p>
      <w:pPr>
        <w:pStyle w:val="Heading2"/>
      </w:pPr>
      <w:r>
        <w:t>The human cost , why this matters beyond a boat</w:t>
      </w:r>
      <w:r/>
    </w:p>
    <w:p>
      <w:r/>
      <w:r>
        <w:t>People had signed up emotionally; some saw the prideboat as a rare, local celebration brought to their doorstep. The cancellation isn’t only bureaucratic, it’s personal. Broadly, HUMAN and 3FM’s Pride in my village series has occasionally hit local permit snags before, but supporters say a refusal like this is unprecedented. The reaction highlights how public festivities can become flashpoints for identity and belonging , and why communities outside big cities still crave visible queer representation.</w:t>
      </w:r>
      <w:r/>
    </w:p>
    <w:p>
      <w:pPr>
        <w:pStyle w:val="Heading2"/>
      </w:pPr>
      <w:r>
        <w:t>Where could the prideboat go next? Practical alternatives in Zeeland</w:t>
      </w:r>
      <w:r/>
    </w:p>
    <w:p>
      <w:r/>
      <w:r>
        <w:t>There are practical options within Zeeland that organisers can explore fast. Nearby ports and towns with active tourist boards or liberal local councils may be open to a parallel event. Smaller harbours mean easier permissions and fewer clashes with established processions; municipal festivals looking for an inclusive boost could also invite the boat to anchor as a focal point. When choosing a new berth, check local permits, procession schedules, safe mooring, and public facilities , and ask whether local businesses and volunteer crews will support the plan.</w:t>
      </w:r>
      <w:r/>
    </w:p>
    <w:p>
      <w:pPr>
        <w:pStyle w:val="Heading2"/>
      </w:pPr>
      <w:r>
        <w:t>How communities can respond , showing welcome without theatrics</w:t>
      </w:r>
      <w:r/>
    </w:p>
    <w:p>
      <w:r/>
      <w:r>
        <w:t>If you’re a resident, business owner, or town official reading this, there are simple ways to help: offer a quay space, volunteer to help with mooring and stewarding, promote the event locally, or provide a small stage or outreach hub ashore. Even modest gestures , a market stall, a café offering a discount to attendees , turn a logistics problem into a community celebration. The organisers already have a boat reserved; what they need now is a place and people willing to say yes.</w:t>
      </w:r>
      <w:r/>
    </w:p>
    <w:p>
      <w:r/>
      <w:r>
        <w:t>It's a small change that can make every sail feel safer and more celebratory.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1">
        <w:r>
          <w:rPr>
            <w:color w:val="0000EE"/>
            <w:u w:val="single"/>
          </w:rPr>
          <w:t>[4]</w:t>
        </w:r>
      </w:hyperlink>
      <w:r>
        <w:t xml:space="preserve">- Paragraph 4: </w:t>
      </w:r>
      <w:hyperlink r:id="rId13">
        <w:r>
          <w:rPr>
            <w:color w:val="0000EE"/>
            <w:u w:val="single"/>
          </w:rPr>
          <w:t>[7]</w:t>
        </w:r>
      </w:hyperlink>
      <w:r>
        <w:t xml:space="preserve">, </w:t>
      </w:r>
      <w:hyperlink r:id="rId14">
        <w:r>
          <w:rPr>
            <w:color w:val="0000EE"/>
            <w:u w:val="single"/>
          </w:rPr>
          <w:t>[5]</w:t>
        </w:r>
      </w:hyperlink>
      <w:r>
        <w:t xml:space="preserve">- Paragraph 5: </w:t>
      </w:r>
      <w:hyperlink r:id="rId15">
        <w:r>
          <w:rPr>
            <w:color w:val="0000EE"/>
            <w:u w:val="single"/>
          </w:rPr>
          <w:t>[6]</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https://www.pzc.nl/schouwen-duiveland/prideboot-niet-welkom-bij-havendagen-zierikzee-oke-zeeland-waar-zijn-we-wel-welkom~a57f859c/</w:t>
        </w:r>
      </w:hyperlink>
      <w:r>
        <w:t xml:space="preserve"> - Please view link - unable to able to access data</w:t>
      </w:r>
      <w:r/>
    </w:p>
    <w:p>
      <w:pPr>
        <w:pStyle w:val="ListNumber"/>
        <w:spacing w:line="240" w:lineRule="auto"/>
        <w:ind w:left="720"/>
      </w:pPr>
      <w:r/>
      <w:hyperlink r:id="rId10">
        <w:r>
          <w:rPr>
            <w:color w:val="0000EE"/>
            <w:u w:val="single"/>
          </w:rPr>
          <w:t>https://www.wereldregio.nl/nieuws/algemeen/44393/verklaring-comite-havendagen-inzake-weigeren-prideboot</w:t>
        </w:r>
      </w:hyperlink>
      <w:r>
        <w:t xml:space="preserve"> - The Stichting Promotie Havendagen Zierikzee has issued a statement regarding the refusal of the Pride boat's participation in the upcoming Havendagen event. The organisation acknowledged initial openness to the idea but later realised that the inclusion could lead to significant public debate, potentially affecting essential aspects and traditions of the Havendagen. Despite efforts to mediate between involved parties, a consensus could not be reached. Consequently, the Pride boat will not join the official activities of the Havendagen, and no alternative Pride-related events will be organised during this edition. The decision was made with the event's continuity in mind and is not a judgment on the initiative or the queer community. The organisers hope that visitors will continue to engage with each other respectfully during the event.</w:t>
      </w:r>
      <w:r/>
    </w:p>
    <w:p>
      <w:pPr>
        <w:pStyle w:val="ListNumber"/>
        <w:spacing w:line="240" w:lineRule="auto"/>
        <w:ind w:left="720"/>
      </w:pPr>
      <w:r/>
      <w:hyperlink r:id="rId12">
        <w:r>
          <w:rPr>
            <w:color w:val="0000EE"/>
            <w:u w:val="single"/>
          </w:rPr>
          <w:t>https://www.wereldregio.nl/nieuws/algemeen/44287/prideboot-op-havendag-in-zierikzee</w:t>
        </w:r>
      </w:hyperlink>
      <w:r>
        <w:t xml:space="preserve"> - During the Havendag in Zierikzee, a Pride boat is set to participate for the first time on Saturday, 22 August. This initiative stems from Zierikzee resident Helene de Vries, who, inspired by the 'Pride in mijn Dorp' project by 3FM and Human, aims to bring attention to the queer community in smaller towns. De Vries, whose son is a trans man, has been actively involved in the local queer community and sees this as an opportunity to showcase the need for visibility and acceptance in Zeeland. The Pride boat, named De Vrijbuiter, can accommodate 34 passengers, with plans to have two or three boats participating, depending on the number of registrations. The event aims to provide a positive platform for the queer community, with performances and speeches planned after the boat tour.</w:t>
      </w:r>
      <w:r/>
    </w:p>
    <w:p>
      <w:pPr>
        <w:pStyle w:val="ListNumber"/>
        <w:spacing w:line="240" w:lineRule="auto"/>
        <w:ind w:left="720"/>
      </w:pPr>
      <w:r/>
      <w:hyperlink r:id="rId11">
        <w:r>
          <w:rPr>
            <w:color w:val="0000EE"/>
            <w:u w:val="single"/>
          </w:rPr>
          <w:t>https://www.winq.nl/vaart-er-straks-een-prideboot-mee-tussen-de-mosselkotters-tijden-de-havendagen-in-zeeland/314154</w:t>
        </w:r>
      </w:hyperlink>
      <w:r>
        <w:t xml:space="preserve"> - Zierikzee's annual Havendagen, scheduled for August, may feature a Pride boat sailing alongside the traditional mosselkotters. This initiative, part of the 'Pride in mijn Dorp' project by 3FM and Human, seeks to highlight the presence and acceptance of the queer community in smaller towns. Helene de Vries, a local resident, has been actively involved in organising events like the drag queen election 'Parels van Kort Dag' and views this as an opportunity to demonstrate the demand for diversity and acceptance in Zeeland. The Pride boat, De Vrijbuiter, can host 34 passengers, with plans for additional boats depending on registrations. The event aims to offer a positive experience for the queer community, featuring performances and speeches post-boat tour.</w:t>
      </w:r>
      <w:r/>
    </w:p>
    <w:p>
      <w:pPr>
        <w:pStyle w:val="ListNumber"/>
        <w:spacing w:line="240" w:lineRule="auto"/>
        <w:ind w:left="720"/>
      </w:pPr>
      <w:r/>
      <w:hyperlink r:id="rId14">
        <w:r>
          <w:rPr>
            <w:color w:val="0000EE"/>
            <w:u w:val="single"/>
          </w:rPr>
          <w:t>https://havendagenzierikzee.nl/parkeren/</w:t>
        </w:r>
      </w:hyperlink>
      <w:r>
        <w:t xml:space="preserve"> - The Havendagen Zierikzee event attracts numerous visitors, leading to parking challenges in the city. The municipality of Schouwen-Duiveland enforces strict parking regulations, with fines ranging from €60 to €90 for violations. To assist visitors, the event's website provides detailed information on available parking areas around Zierikzee. Paid parking is available in the city centre, while certain areas have permit-only parking. The Malta district operates as a blue zone, allowing parking for up to two hours with a parking disc. The website also offers guidance on public transportation options, including bus lines 133 and 134 to Zierikzee, with current schedules available on the Connexxion website.</w:t>
      </w:r>
      <w:r/>
    </w:p>
    <w:p>
      <w:pPr>
        <w:pStyle w:val="ListNumber"/>
        <w:spacing w:line="240" w:lineRule="auto"/>
        <w:ind w:left="720"/>
      </w:pPr>
      <w:r/>
      <w:hyperlink r:id="rId15">
        <w:r>
          <w:rPr>
            <w:color w:val="0000EE"/>
            <w:u w:val="single"/>
          </w:rPr>
          <w:t>https://havendagenzierikzee.nl/programma/zaterdag/boegspriet-lopen/</w:t>
        </w:r>
      </w:hyperlink>
      <w:r>
        <w:t xml:space="preserve"> - The boegsprietlopen (bowsprit walking) is a longstanding tradition during the Havendagen in Zierikzee. On Saturday at 18:00, participants of all ages are invited to attempt walking the greased bowsprit located at number 83. The event culminates with a prize ceremony at 20:00. Additionally, at 19:00, a themed boegsprietlopen takes place for the fishing industry, businesses, and the fire department. The winners are announced at 20:00. This event offers a unique and entertaining experience for both participants and spectators, embodying the maritime heritage of Zierikzee.</w:t>
      </w:r>
      <w:r/>
    </w:p>
    <w:p>
      <w:pPr>
        <w:pStyle w:val="ListNumber"/>
        <w:spacing w:line="240" w:lineRule="auto"/>
        <w:ind w:left="720"/>
      </w:pPr>
      <w:r/>
      <w:hyperlink r:id="rId13">
        <w:r>
          <w:rPr>
            <w:color w:val="0000EE"/>
            <w:u w:val="single"/>
          </w:rPr>
          <w:t>https://www.zeeland.com/nl-nl/visit/7292_de/havendagen-zierikzee</w:t>
        </w:r>
      </w:hyperlink>
      <w:r>
        <w:t xml:space="preserve"> - Havendagen Zierikzee is a three-day maritime festival held annually in Zierikzee, Zeeland, celebrating the region's rich fishing heritage. The event features a variety of activities, including the cooking of over 2,000 kilograms of fresh mussels, boat tours on mussel cutters, live music performances, and the crowning of a new mussel princess each year. The festival concludes with a spectacular fireworks display. The 2026 edition is scheduled from 20 to 22 August, with opening hours from 13:00 to 00:00 on 20 and 21 August, and from 12:00 to 00:00 on 22 August. For more information, including the event programme and contact details, visitors can refer to the official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zc.nl/schouwen-duiveland/prideboot-niet-welkom-bij-havendagen-zierikzee-oke-zeeland-waar-zijn-we-wel-welkom~a57f859c/" TargetMode="External"/><Relationship Id="rId10" Type="http://schemas.openxmlformats.org/officeDocument/2006/relationships/hyperlink" Target="https://www.wereldregio.nl/nieuws/algemeen/44393/verklaring-comite-havendagen-inzake-weigeren-prideboot" TargetMode="External"/><Relationship Id="rId11" Type="http://schemas.openxmlformats.org/officeDocument/2006/relationships/hyperlink" Target="https://www.winq.nl/vaart-er-straks-een-prideboot-mee-tussen-de-mosselkotters-tijden-de-havendagen-in-zeeland/314154" TargetMode="External"/><Relationship Id="rId12" Type="http://schemas.openxmlformats.org/officeDocument/2006/relationships/hyperlink" Target="https://www.wereldregio.nl/nieuws/algemeen/44287/prideboot-op-havendag-in-zierikzee" TargetMode="External"/><Relationship Id="rId13" Type="http://schemas.openxmlformats.org/officeDocument/2006/relationships/hyperlink" Target="https://www.zeeland.com/nl-nl/visit/7292_de/havendagen-zierikzee" TargetMode="External"/><Relationship Id="rId14" Type="http://schemas.openxmlformats.org/officeDocument/2006/relationships/hyperlink" Target="https://havendagenzierikzee.nl/parkeren/" TargetMode="External"/><Relationship Id="rId15" Type="http://schemas.openxmlformats.org/officeDocument/2006/relationships/hyperlink" Target="https://havendagenzierikzee.nl/programma/zaterdag/boegspriet-lop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