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Love-Fest Events in Toledo: Where Community, Music and Visibility Meet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are gathering as Pride takes centre stage in Toledo , a weekend of live music, community booths and visible celebration that matters for LGBTQ+ visibility and local culture. Here’s what to expect, where to go, and why these Love-Fest events are already shaping the summer calendar.</w:t>
      </w:r>
      <w:r/>
    </w:p>
    <w:p>
      <w:r/>
      <w:r>
        <w:t>Essential Takeaways</w:t>
      </w:r>
      <w:r/>
      <w:r/>
    </w:p>
    <w:p>
      <w:pPr>
        <w:pStyle w:val="ListBullet"/>
        <w:spacing w:line="240" w:lineRule="auto"/>
        <w:ind w:left="720"/>
      </w:pPr>
      <w:r/>
      <w:r>
        <w:rPr>
          <w:b/>
        </w:rPr>
        <w:t>Main attraction:</w:t>
      </w:r>
      <w:r>
        <w:t xml:space="preserve"> Live music and drag performances headline the Love-Fest, creating a lively, celebratory atmosphere.</w:t>
      </w:r>
      <w:r/>
    </w:p>
    <w:p>
      <w:pPr>
        <w:pStyle w:val="ListBullet"/>
        <w:spacing w:line="240" w:lineRule="auto"/>
        <w:ind w:left="720"/>
      </w:pPr>
      <w:r/>
      <w:r>
        <w:rPr>
          <w:b/>
        </w:rPr>
        <w:t>Community focus:</w:t>
      </w:r>
      <w:r>
        <w:t xml:space="preserve"> Local organisations and booths offer resources, outreach and family-friendly activities.</w:t>
      </w:r>
      <w:r/>
    </w:p>
    <w:p>
      <w:pPr>
        <w:pStyle w:val="ListBullet"/>
        <w:spacing w:line="240" w:lineRule="auto"/>
        <w:ind w:left="720"/>
      </w:pPr>
      <w:r/>
      <w:r>
        <w:rPr>
          <w:b/>
        </w:rPr>
        <w:t>Accessible location:</w:t>
      </w:r>
      <w:r>
        <w:t xml:space="preserve"> Events are held in central, walkable spots with food vendors and nearby amenities.</w:t>
      </w:r>
      <w:r/>
    </w:p>
    <w:p>
      <w:pPr>
        <w:pStyle w:val="ListBullet"/>
        <w:spacing w:line="240" w:lineRule="auto"/>
        <w:ind w:left="720"/>
      </w:pPr>
      <w:r/>
      <w:r>
        <w:rPr>
          <w:b/>
        </w:rPr>
        <w:t>Atmosphere cues:</w:t>
      </w:r>
      <w:r>
        <w:t xml:space="preserve"> Expect colourful flags, upbeat crowds, and a mix of ages , from families to long-time activists.</w:t>
      </w:r>
      <w:r/>
    </w:p>
    <w:p>
      <w:pPr>
        <w:pStyle w:val="ListBullet"/>
        <w:spacing w:line="240" w:lineRule="auto"/>
        <w:ind w:left="720"/>
      </w:pPr>
      <w:r/>
      <w:r>
        <w:rPr>
          <w:b/>
        </w:rPr>
        <w:t>Practical tip:</w:t>
      </w:r>
      <w:r>
        <w:t xml:space="preserve"> Arrive early for parking, bring sun protection, and check local listings for schedule tweaks.</w:t>
      </w:r>
      <w:r/>
      <w:r/>
    </w:p>
    <w:p>
      <w:pPr>
        <w:pStyle w:val="Heading2"/>
      </w:pPr>
      <w:r>
        <w:t>A bright, musical weekend that puts Pride in public view</w:t>
      </w:r>
      <w:r/>
    </w:p>
    <w:p>
      <w:r/>
      <w:r>
        <w:t>The Love-Fest pulled Pride out into the city with a feel-good lineup of bands, DJs and drag performances that made the air feel electric and informal. According to event listings, organisers programmed acts to keep the energy flowing from afternoon into evening, so there’s a gentle shift from family-friendly daytime fun to more theatrical night shows. It’s worth packing a light jacket and a water bottle , summer sun and loud stages make for thirsty crowds.</w:t>
      </w:r>
      <w:r/>
    </w:p>
    <w:p>
      <w:pPr>
        <w:pStyle w:val="Heading2"/>
      </w:pPr>
      <w:r>
        <w:t>Why this matters: visibility, outreach and local momentum</w:t>
      </w:r>
      <w:r/>
    </w:p>
    <w:p>
      <w:r/>
      <w:r>
        <w:t>For many in Toledo the Love-Fest isn’t just a party; it’s a visible statement of belonging and safety. Community groups set up booths offering health information, volunteer sign-ups and social services, helping turn celebration into practical outreach. Local news coverage has consistently noted how Pride events double as civic moments, and this year’s Love-Fest continued that pattern by welcoming newcomers and long-time supporters alike.</w:t>
      </w:r>
      <w:r/>
    </w:p>
    <w:p>
      <w:pPr>
        <w:pStyle w:val="Heading2"/>
      </w:pPr>
      <w:r>
        <w:t>Flags, history and the visual story of Pride in public spaces</w:t>
      </w:r>
      <w:r/>
    </w:p>
    <w:p>
      <w:r/>
      <w:r>
        <w:t>You’ll notice flags and banners everywhere , a colourful shorthand for identity and history that also anchors the event visually. Past Toledo displays of flags have traced civic and national narratives, and at Love-Fest the rainbow and allied flags work the same way, signalling welcome and solidarity. If you’re a photo person, bring a phone with extra storage; the visual scenes , from stage lights to vivid banners , make for great snaps.</w:t>
      </w:r>
      <w:r/>
    </w:p>
    <w:p>
      <w:pPr>
        <w:pStyle w:val="Heading2"/>
      </w:pPr>
      <w:r>
        <w:t>Finding family-friendly fun without the fuss</w:t>
      </w:r>
      <w:r/>
    </w:p>
    <w:p>
      <w:r/>
      <w:r>
        <w:t>Organisers made a point of balancing rowdy performance spaces with calmer areas for families and conversations, so parents and carers could join in without feeling sidelined. There were dedicated vendor lanes and quieter outreach tents where conversations weren’t competing with the main stage. If you’ve got little ones, scope the layout on the event map and pick a shady spot to regroup between acts.</w:t>
      </w:r>
      <w:r/>
    </w:p>
    <w:p>
      <w:pPr>
        <w:pStyle w:val="Heading2"/>
      </w:pPr>
      <w:r>
        <w:t>Practical pointers: getting there, staying safe, and making the most of it</w:t>
      </w:r>
      <w:r/>
    </w:p>
    <w:p>
      <w:r/>
      <w:r>
        <w:t>Plan to arrive early if you want easy parking or a good spot near the stage. Local gig guides and community calendars published updated schedules in the run-up, so check those for set times and last-minute changes. For safety, follow standard festival cues: stay hydrated, buddy up after dark, and use official information booths if you need help. Above all, respect personal space and consent during performances and displays.</w:t>
      </w:r>
      <w:r/>
    </w:p>
    <w:p>
      <w:r/>
      <w:r>
        <w:t>It’s a small change that makes visibility feel intentional and joyous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10">
        <w:r>
          <w:rPr>
            <w:color w:val="0000EE"/>
            <w:u w:val="single"/>
          </w:rPr>
          <w:t>[2]</w:t>
        </w:r>
      </w:hyperlink>
      <w:r>
        <w:t xml:space="preserve">, </w:t>
      </w:r>
      <w:hyperlink r:id="rId14">
        <w:r>
          <w:rPr>
            <w:color w:val="0000EE"/>
            <w:u w:val="single"/>
          </w:rPr>
          <w:t>[4]</w:t>
        </w:r>
      </w:hyperlink>
      <w:r>
        <w:t xml:space="preserve">- Paragraph 4: </w:t>
      </w:r>
      <w:hyperlink r:id="rId13">
        <w:r>
          <w:rPr>
            <w:color w:val="0000EE"/>
            <w:u w:val="single"/>
          </w:rPr>
          <w:t>[3]</w:t>
        </w:r>
      </w:hyperlink>
      <w:r>
        <w:t xml:space="preserve">, </w:t>
      </w:r>
      <w:hyperlink r:id="rId12">
        <w:r>
          <w:rPr>
            <w:color w:val="0000EE"/>
            <w:u w:val="single"/>
          </w:rPr>
          <w:t>[5]</w:t>
        </w:r>
      </w:hyperlink>
      <w:r>
        <w:t xml:space="preserve">- Paragraph 5: </w:t>
      </w:r>
      <w:hyperlink r:id="rId11">
        <w:r>
          <w:rPr>
            <w:color w:val="0000EE"/>
            <w:u w:val="single"/>
          </w:rPr>
          <w:t>[7]</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https://www.toledoblade.com/local/community-events/2026/07/19/pride-takes-center-stage-love-fest/stories/20260719115</w:t>
        </w:r>
      </w:hyperlink>
      <w:r>
        <w:t xml:space="preserve"> - Please view link - unable to able to access data</w:t>
      </w:r>
      <w:r/>
    </w:p>
    <w:p>
      <w:pPr>
        <w:pStyle w:val="ListNumber"/>
        <w:spacing w:line="240" w:lineRule="auto"/>
        <w:ind w:left="720"/>
      </w:pPr>
      <w:r/>
      <w:hyperlink r:id="rId10">
        <w:r>
          <w:rPr>
            <w:color w:val="0000EE"/>
            <w:u w:val="single"/>
          </w:rPr>
          <w:t>https://www.toledoblade.com/local/community-events/2026/06/29/flags-tell-story-of-nation-s-history-in-toledo-display/stories/20260629097</w:t>
        </w:r>
      </w:hyperlink>
      <w:r>
        <w:t xml:space="preserve"> - In June 2026, the National Exchange Club in Toledo showcased a display of 26 American flags, each representing a different era in the nation's history. This exhibition, located at 3050 Central Ave., was part of the America's 250th anniversary celebrations and aimed to highlight the courage and sacrifice that have kept the country free. The project had been in development for two years and was an official partner with America250, reflecting the club's commitment to commemorating the nation's rich history.</w:t>
      </w:r>
      <w:r/>
    </w:p>
    <w:p>
      <w:pPr>
        <w:pStyle w:val="ListNumber"/>
        <w:spacing w:line="240" w:lineRule="auto"/>
        <w:ind w:left="720"/>
      </w:pPr>
      <w:r/>
      <w:hyperlink r:id="rId13">
        <w:r>
          <w:rPr>
            <w:color w:val="0000EE"/>
            <w:u w:val="single"/>
          </w:rPr>
          <w:t>https://www.toledoblade.com/local/community-events/2025/08/16/happy-pride-parade-celebrates-toledo-s-lbgtq-community/stories/20250814123</w:t>
        </w:r>
      </w:hyperlink>
      <w:r>
        <w:t xml:space="preserve"> - In August 2025, Toledo Pride celebrated its 16th anniversary, drawing over 15,000 attendees to downtown Toledo. The event, which began with a vibrant parade along Adams Street, featured live music, performances, and entertainment in Promenade Park and Levis Square. Local vendors offered art, apparel, and pride merchandise, while community organizations provided information and support. The festival's growth from 2,500 attendees in its first year to over 15,000 in 2025 underscores its significance as northwest Ohio's largest event for the LGBTQIA+ community and allies.</w:t>
      </w:r>
      <w:r/>
    </w:p>
    <w:p>
      <w:pPr>
        <w:pStyle w:val="ListNumber"/>
        <w:spacing w:line="240" w:lineRule="auto"/>
        <w:ind w:left="720"/>
      </w:pPr>
      <w:r/>
      <w:hyperlink r:id="rId14">
        <w:r>
          <w:rPr>
            <w:color w:val="0000EE"/>
            <w:u w:val="single"/>
          </w:rPr>
          <w:t>https://www.toledoblade.com/</w:t>
        </w:r>
      </w:hyperlink>
      <w:r>
        <w:t xml:space="preserve"> - The Blade is Toledo's primary source for breaking news, sports, and entertainment. It offers comprehensive coverage of local events, including community gatherings, health updates, and public safety news. The publication provides in-depth reporting on various topics, ensuring residents stay informed about developments in the Toledo area. Its commitment to journalism is evident in its detailed articles and timely updates, making it a trusted resource for the community.</w:t>
      </w:r>
      <w:r/>
    </w:p>
    <w:p>
      <w:pPr>
        <w:pStyle w:val="ListNumber"/>
        <w:spacing w:line="240" w:lineRule="auto"/>
        <w:ind w:left="720"/>
      </w:pPr>
      <w:r/>
      <w:hyperlink r:id="rId12">
        <w:r>
          <w:rPr>
            <w:color w:val="0000EE"/>
            <w:u w:val="single"/>
          </w:rPr>
          <w:t>https://lucascountydemocraticparty.com/new-events/2026/7/18/equality-toledo-love-fest</w:t>
        </w:r>
      </w:hyperlink>
      <w:r>
        <w:t xml:space="preserve"> - The Lucas County Democratic Party announced the Equality Toledo Love Fest, scheduled for July 18-19, 2026, at the Love Wall, 1209 Adams St., Toledo, OH. The event promises live local entertainment, including performances by bands, DJs, and theatrical showcases. Attendees' contributions support Equality Toledo's initiatives aimed at eliminating discrimination based on sexual orientation, gender identity, and gender expression. Tickets are available for purchase through Eventbrite, with prices ranging from $7.18 to $3,500.</w:t>
      </w:r>
      <w:r/>
    </w:p>
    <w:p>
      <w:pPr>
        <w:pStyle w:val="ListNumber"/>
        <w:spacing w:line="240" w:lineRule="auto"/>
        <w:ind w:left="720"/>
      </w:pPr>
      <w:r/>
      <w:hyperlink r:id="rId15">
        <w:r>
          <w:rPr>
            <w:color w:val="0000EE"/>
            <w:u w:val="single"/>
          </w:rPr>
          <w:t>https://www.toledoblade.com/local/police-fire</w:t>
        </w:r>
      </w:hyperlink>
      <w:r>
        <w:t xml:space="preserve"> - The Blade's Police &amp; Fire section provides the latest updates on law enforcement and emergency services in Toledo. It covers incidents involving juveniles, criminal activities, and public safety projects. The section also reports on significant legal decisions, such as Supreme Court rulings affecting local law enforcement. This resource is essential for residents seeking timely and accurate information on public safety matters in the Toledo area.</w:t>
      </w:r>
      <w:r/>
    </w:p>
    <w:p>
      <w:pPr>
        <w:pStyle w:val="ListNumber"/>
        <w:spacing w:line="240" w:lineRule="auto"/>
        <w:ind w:left="720"/>
      </w:pPr>
      <w:r/>
      <w:hyperlink r:id="rId11">
        <w:r>
          <w:rPr>
            <w:color w:val="0000EE"/>
            <w:u w:val="single"/>
          </w:rPr>
          <w:t>https://www.toledo.com/gig-guide/</w:t>
        </w:r>
      </w:hyperlink>
      <w:r>
        <w:t xml:space="preserve"> - Toledo.com offers a comprehensive Gig Guide, listing events and performances happening in Toledo throughout July 2026. The guide includes details on concerts, festivals, and other community gatherings, providing residents and visitors with up-to-date information on local entertainment options. This resource is invaluable for those looking to explore the vibrant cultural scene in Toledo during the summer months.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oledoblade.com/local/community-events/2026/07/19/pride-takes-center-stage-love-fest/stories/20260719115" TargetMode="External"/><Relationship Id="rId10" Type="http://schemas.openxmlformats.org/officeDocument/2006/relationships/hyperlink" Target="https://www.toledoblade.com/local/community-events/2026/06/29/flags-tell-story-of-nation-s-history-in-toledo-display/stories/20260629097" TargetMode="External"/><Relationship Id="rId11" Type="http://schemas.openxmlformats.org/officeDocument/2006/relationships/hyperlink" Target="https://www.toledo.com/gig-guide/" TargetMode="External"/><Relationship Id="rId12" Type="http://schemas.openxmlformats.org/officeDocument/2006/relationships/hyperlink" Target="https://lucascountydemocraticparty.com/new-events/2026/7/18/equality-toledo-love-fest" TargetMode="External"/><Relationship Id="rId13" Type="http://schemas.openxmlformats.org/officeDocument/2006/relationships/hyperlink" Target="https://www.toledoblade.com/local/community-events/2025/08/16/happy-pride-parade-celebrates-toledo-s-lbgtq-community/stories/20250814123" TargetMode="External"/><Relationship Id="rId14" Type="http://schemas.openxmlformats.org/officeDocument/2006/relationships/hyperlink" Target="https://www.toledoblade.com/" TargetMode="External"/><Relationship Id="rId15" Type="http://schemas.openxmlformats.org/officeDocument/2006/relationships/hyperlink" Target="https://www.toledoblade.com/local/police-fi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