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Portland Events This Week — Queer Nights, Poetry, and Experimental Sound</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Buzz through Portland this week with queer wrestling, line dancing, Ocean Vuong, and late‑day ambient shows , a lively mix of events for culture vultures, book lovers, and anyone who likes their nights a little offbeat and a lot of fun.</w:t>
      </w:r>
      <w:r/>
    </w:p>
    <w:p>
      <w:r/>
      <w:r>
        <w:t>Essential Takeaways</w:t>
      </w:r>
      <w:r/>
      <w:r/>
    </w:p>
    <w:p>
      <w:pPr>
        <w:pStyle w:val="ListBullet"/>
        <w:spacing w:line="240" w:lineRule="auto"/>
        <w:ind w:left="720"/>
      </w:pPr>
      <w:r/>
      <w:r>
        <w:rPr>
          <w:b/>
        </w:rPr>
        <w:t>Queer highlights:</w:t>
      </w:r>
      <w:r>
        <w:t xml:space="preserve"> House of Danger wrestling and queer line dancing offer playful, inclusive spaces with campy energy and hands‑on participation.</w:t>
      </w:r>
      <w:r/>
    </w:p>
    <w:p>
      <w:pPr>
        <w:pStyle w:val="ListBullet"/>
        <w:spacing w:line="240" w:lineRule="auto"/>
        <w:ind w:left="720"/>
      </w:pPr>
      <w:r/>
      <w:r>
        <w:rPr>
          <w:b/>
        </w:rPr>
        <w:t>Literary draw:</w:t>
      </w:r>
      <w:r>
        <w:t xml:space="preserve"> Ocean Vuong appears in conversation at Revolution Hall, a must for poetry fans and anyone moved by lyrical storytelling.</w:t>
      </w:r>
      <w:r/>
    </w:p>
    <w:p>
      <w:pPr>
        <w:pStyle w:val="ListBullet"/>
        <w:spacing w:line="240" w:lineRule="auto"/>
        <w:ind w:left="720"/>
      </w:pPr>
      <w:r/>
      <w:r>
        <w:rPr>
          <w:b/>
        </w:rPr>
        <w:t>Experimental and ambient:</w:t>
      </w:r>
      <w:r>
        <w:t xml:space="preserve"> Moment brings meditative sets to Leach Botanical Garden, ideal for sunset listening and chill vibes.</w:t>
      </w:r>
      <w:r/>
    </w:p>
    <w:p>
      <w:pPr>
        <w:pStyle w:val="ListBullet"/>
        <w:spacing w:line="240" w:lineRule="auto"/>
        <w:ind w:left="720"/>
      </w:pPr>
      <w:r/>
      <w:r>
        <w:rPr>
          <w:b/>
        </w:rPr>
        <w:t>Family‑friendly option:</w:t>
      </w:r>
      <w:r>
        <w:t xml:space="preserve"> Sayaka Ganz’s Reclaimed Creations at OMSI showcases colourful sculptures made from recycled household objects.</w:t>
      </w:r>
      <w:r/>
    </w:p>
    <w:p>
      <w:pPr>
        <w:pStyle w:val="ListBullet"/>
        <w:spacing w:line="240" w:lineRule="auto"/>
        <w:ind w:left="720"/>
      </w:pPr>
      <w:r/>
      <w:r>
        <w:rPr>
          <w:b/>
        </w:rPr>
        <w:t>Community picks:</w:t>
      </w:r>
      <w:r>
        <w:t xml:space="preserve"> From the World Naked Bike Ride to a queer BIPOC comedy showcase, the week is equal parts visionary and downright silly.</w:t>
      </w:r>
      <w:r/>
      <w:r/>
    </w:p>
    <w:p>
      <w:pPr>
        <w:pStyle w:val="Heading2"/>
      </w:pPr>
      <w:r>
        <w:t>Start with a bright, weird museum fix , Sayaka Ganz at OMSI</w:t>
      </w:r>
      <w:r/>
    </w:p>
    <w:p>
      <w:r/>
      <w:r>
        <w:t>If you like your art playful and tactile, Sayaka Ganz’s assemblages are an absolute treat, bright and sinuous as they’re built from reclaimed plastic and everyday castoffs. OMSI’s Reclaimed Creations turns landfill detritus into birds and horses that look like they might leap off the wall, and there’s a quietly hopeful environmental point beneath the whimsy. It’s an easy outing for families or anyone who wants art that smells faintly of the garage and feels delightfully crafty. Book ahead for timed entry and pair the visit with the museum’s other interactive galleries to make a whole day of it.</w:t>
      </w:r>
      <w:r/>
    </w:p>
    <w:p>
      <w:pPr>
        <w:pStyle w:val="Heading2"/>
      </w:pPr>
      <w:r>
        <w:t>Tuesday night: queer wrestling that refuses hypermasculinity</w:t>
      </w:r>
      <w:r/>
    </w:p>
    <w:p>
      <w:r/>
      <w:r>
        <w:t>Portland’s House of Danger makes wrestling into theatrical camp without leaning on macho posturing, so expect glittery theatrics, drag interludes, and a deliberate shredding of gender roles. This edition promises a lovers‑turned‑rivals bout, plus the kind of DIY flair that turns a dive venue into immediate community. It’s rowdy and cathartic in equal measure , perfect if you want to cheer, gasp, and leave buzzing. Dress for drama, bring friends, and arrive early for good sightlines.</w:t>
      </w:r>
      <w:r/>
    </w:p>
    <w:p>
      <w:pPr>
        <w:pStyle w:val="Heading2"/>
      </w:pPr>
      <w:r>
        <w:t>Midweek calm: Ocean Vuong in conversation</w:t>
      </w:r>
      <w:r/>
    </w:p>
    <w:p>
      <w:r/>
      <w:r>
        <w:t>Ocean Vuong’s appearance at Revolution Hall is the cooler, quieter counterpart to the week’s louder offerings. Vuong, celebrated for his poetic precision and searing prose, will be talking with Dao Strom, which should produce a thoughtful, intimate evening even in a larger hall. If his past interviews moved you to tears, this one might do the same; his voice tends to make rooms hush. If you’re preparing, skim his new book or revisit Night Sky With Exit Wounds to get the most from the conversation.</w:t>
      </w:r>
      <w:r/>
    </w:p>
    <w:p>
      <w:pPr>
        <w:pStyle w:val="Heading2"/>
      </w:pPr>
      <w:r>
        <w:t>Late‑week: boot stomps, indie pop and naked bikes</w:t>
      </w:r>
      <w:r/>
    </w:p>
    <w:p>
      <w:r/>
      <w:r>
        <w:t>Friday’s queer line dancing at Crystal Ballroom is part retro hoedown, part contemporary queer social , no experience needed and plenty of patient teachers on the floor. That same night offers indie options, like Colleen Green revisiting a landmark album, so you can pick slow two‑step or punchy pop‑punk. On Saturday night, the World Naked Bike Ride remains Portland’s most gleefully anarchic summer ritual: noisy, crowded, and theatrical, it’s a spectacle more about protest and party than dazzle. Go as spectator or participant, but remember practicalities , shoes, sunscreen, and maybe a bit of modesty for shared bikes.</w:t>
      </w:r>
      <w:r/>
    </w:p>
    <w:p>
      <w:pPr>
        <w:pStyle w:val="Heading2"/>
      </w:pPr>
      <w:r>
        <w:t>Saturday evening: ambient and experimental under the trees</w:t>
      </w:r>
      <w:r/>
    </w:p>
    <w:p>
      <w:r/>
      <w:r>
        <w:t>Moment’s fundraiser at Leach Botanical Garden blends experimental music with a serene setting , think mellow, textural soundscapes while you stroll an aerial tree walk. Lineups like Patricia Wolf, Cosmic Tones Research Trio, and Pete Swanson mean the evening leans into curious, soothing sounds rather than sing‑along fare. These shows have a relaxed, almost devotional quality; bring a blanket, expect small crowds, and go to be moved rather than to dance wildly. It’s the kind of show that reminds you why Portland’s experimental scene still surprises.</w:t>
      </w:r>
      <w:r/>
    </w:p>
    <w:p>
      <w:pPr>
        <w:pStyle w:val="Heading2"/>
      </w:pPr>
      <w:r>
        <w:t>Comedy and community: House Party celebrates queer BIPOC voices</w:t>
      </w:r>
      <w:r/>
    </w:p>
    <w:p>
      <w:r/>
      <w:r>
        <w:t>Kickstand’s House Party marks its anniversary with a stacked line‑up of queer BIPOC comics, curated by Julia Corral and friends. The show has the warm, lived‑in vibe of a room built by comedians who wanted a spark from the start , it’s intimate, frequently filthy, and proudly funny. If you want to support local talent while having a proper laugh, this is the ticketed night to pick.</w:t>
      </w:r>
      <w:r/>
    </w:p>
    <w:p>
      <w:r/>
      <w:r>
        <w:t>It's a small change to your weekend , but the right choice can make the whole week feel decisively Portland.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1">
        <w:r>
          <w:rPr>
            <w:color w:val="0000EE"/>
            <w:u w:val="single"/>
          </w:rPr>
          <w:t>[3]</w:t>
        </w:r>
      </w:hyperlink>
      <w:r>
        <w:t xml:space="preserve">- Paragraph 3: </w:t>
      </w:r>
      <w:hyperlink r:id="rId10">
        <w:r>
          <w:rPr>
            <w:color w:val="0000EE"/>
            <w:u w:val="single"/>
          </w:rPr>
          <w:t>[2]</w:t>
        </w:r>
      </w:hyperlink>
      <w:r>
        <w:t xml:space="preserve">, </w:t>
      </w:r>
      <w:hyperlink r:id="rId11">
        <w:r>
          <w:rPr>
            <w:color w:val="0000EE"/>
            <w:u w:val="single"/>
          </w:rPr>
          <w:t>[3]</w:t>
        </w:r>
      </w:hyperlink>
      <w:r>
        <w:t xml:space="preserve">- Paragraph 4: </w:t>
      </w:r>
      <w:hyperlink r:id="rId11">
        <w:r>
          <w:rPr>
            <w:color w:val="0000EE"/>
            <w:u w:val="single"/>
          </w:rPr>
          <w:t>[3]</w:t>
        </w:r>
      </w:hyperlink>
      <w:r>
        <w:t xml:space="preserve">, </w:t>
      </w:r>
      <w:hyperlink r:id="rId12">
        <w:r>
          <w:rPr>
            <w:color w:val="0000EE"/>
            <w:u w:val="single"/>
          </w:rPr>
          <w:t>[4]</w:t>
        </w:r>
      </w:hyperlink>
      <w:r>
        <w:t xml:space="preserve">- Paragraph 5: </w:t>
      </w:r>
      <w:hyperlink r:id="rId9">
        <w:r>
          <w:rPr>
            <w:color w:val="0000EE"/>
            <w:u w:val="single"/>
          </w:rPr>
          <w:t>[1]</w:t>
        </w:r>
      </w:hyperlink>
      <w:r>
        <w:t xml:space="preserve">, </w:t>
      </w:r>
      <w:hyperlink r:id="rId11">
        <w:r>
          <w:rPr>
            <w:color w:val="0000EE"/>
            <w:u w:val="single"/>
          </w:rPr>
          <w:t>[3]</w:t>
        </w:r>
      </w:hyperlink>
      <w:r>
        <w:t xml:space="preserve">- Paragraph 6: </w:t>
      </w:r>
      <w:hyperlink r:id="rId9">
        <w:r>
          <w:rPr>
            <w:color w:val="0000EE"/>
            <w:u w:val="single"/>
          </w:rPr>
          <w:t>[1]</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https://www.portlandmercury.com/uncategorized/the-mercurys-do-this-do-that-your-top-events-for-july-20-26/</w:t>
        </w:r>
      </w:hyperlink>
      <w:r>
        <w:t xml:space="preserve"> - Please view link - unable to able to access data</w:t>
      </w:r>
      <w:r/>
    </w:p>
    <w:p>
      <w:pPr>
        <w:pStyle w:val="ListNumber"/>
        <w:spacing w:line="240" w:lineRule="auto"/>
        <w:ind w:left="720"/>
      </w:pPr>
      <w:r/>
      <w:hyperlink r:id="rId10">
        <w:r>
          <w:rPr>
            <w:color w:val="0000EE"/>
            <w:u w:val="single"/>
          </w:rPr>
          <w:t>https://omsi.edu/exhibits/reclaimed-creations/</w:t>
        </w:r>
      </w:hyperlink>
      <w:r>
        <w:t xml:space="preserve"> - The Oregon Museum of Science and Industry (OMSI) is hosting 'Reclaimed Creations,' an exhibition by artist Sayaka Ganz. Running from July 1 to September 30, 2026, the exhibit features 18 large-scale sculptures made from reclaimed materials, including plastic utensils and toys. Ganz's '3D impressionism' technique transforms everyday objects into dynamic animal forms, encouraging environmental reflection. The exhibition is open daily from 9:30 am to 5:30 pm at OMSI, located at 1945 SE Water Ave, Portland, OR 97214. Admission is $22.50 for adults and $15.50 for children under 13. More information is available on OMSI's website.</w:t>
      </w:r>
      <w:r/>
    </w:p>
    <w:p>
      <w:pPr>
        <w:pStyle w:val="ListNumber"/>
        <w:spacing w:line="240" w:lineRule="auto"/>
        <w:ind w:left="720"/>
      </w:pPr>
      <w:r/>
      <w:hyperlink r:id="rId11">
        <w:r>
          <w:rPr>
            <w:color w:val="0000EE"/>
            <w:u w:val="single"/>
          </w:rPr>
          <w:t>https://www.revolutionhall.com/?calendar_date=1727740800&amp;style=grid</w:t>
        </w:r>
      </w:hyperlink>
      <w:r>
        <w:t xml:space="preserve"> - Revolution Hall in Portland, Oregon, is hosting 'Ocean Vuong in Conversation With Dao Strom' on Wednesday, July 22, 2026. The event begins at 7:30 pm and is open to all ages. Revolution Hall is located at 1300 SE Stark St, Portland, OR 97214. Tickets and further details can be found on Revolution Hall's official website.</w:t>
      </w:r>
      <w:r/>
    </w:p>
    <w:p>
      <w:pPr>
        <w:pStyle w:val="ListNumber"/>
        <w:spacing w:line="240" w:lineRule="auto"/>
        <w:ind w:left="720"/>
      </w:pPr>
      <w:r/>
      <w:hyperlink r:id="rId12">
        <w:r>
          <w:rPr>
            <w:color w:val="0000EE"/>
            <w:u w:val="single"/>
          </w:rPr>
          <w:t>https://www.revolutionhall.com/?calendar_date=1711929600&amp;style=grid</w:t>
        </w:r>
      </w:hyperlink>
      <w:r>
        <w:t xml:space="preserve"> - Revolution Hall in Portland, Oregon, is hosting 'Ocean Vuong in Conversation With Dao Strom' on Wednesday, July 22, 2026. The event begins at 7:30 pm and is open to all ages. Revolution Hall is located at 1300 SE Stark St, Portland, OR 97214. Tickets and further details can be found on Revolution Hall's official website.</w:t>
      </w:r>
      <w:r/>
    </w:p>
    <w:p>
      <w:pPr>
        <w:pStyle w:val="ListNumber"/>
        <w:spacing w:line="240" w:lineRule="auto"/>
        <w:ind w:left="720"/>
      </w:pPr>
      <w:r/>
      <w:hyperlink r:id="rId12">
        <w:r>
          <w:rPr>
            <w:color w:val="0000EE"/>
            <w:u w:val="single"/>
          </w:rPr>
          <w:t>https://www.revolutionhall.com/?calendar_date=1711929600&amp;style=grid</w:t>
        </w:r>
      </w:hyperlink>
      <w:r>
        <w:t xml:space="preserve"> - Revolution Hall in Portland, Oregon, is hosting 'Ocean Vuong in Conversation With Dao Strom' on Wednesday, July 22, 2026. The event begins at 7:30 pm and is open to all ages. Revolution Hall is located at 1300 SE Stark St, Portland, OR 97214. Tickets and further details can be found on Revolution Hall's official website.</w:t>
      </w:r>
      <w:r/>
    </w:p>
    <w:p>
      <w:pPr>
        <w:pStyle w:val="ListNumber"/>
        <w:spacing w:line="240" w:lineRule="auto"/>
        <w:ind w:left="720"/>
      </w:pPr>
      <w:r/>
      <w:hyperlink r:id="rId12">
        <w:r>
          <w:rPr>
            <w:color w:val="0000EE"/>
            <w:u w:val="single"/>
          </w:rPr>
          <w:t>https://www.revolutionhall.com/?calendar_date=1711929600&amp;style=grid</w:t>
        </w:r>
      </w:hyperlink>
      <w:r>
        <w:t xml:space="preserve"> - Revolution Hall in Portland, Oregon, is hosting 'Ocean Vuong in Conversation With Dao Strom' on Wednesday, July 22, 2026. The event begins at 7:30 pm and is open to all ages. Revolution Hall is located at 1300 SE Stark St, Portland, OR 97214. Tickets and further details can be found on Revolution Hall's official website.</w:t>
      </w:r>
      <w:r/>
    </w:p>
    <w:p>
      <w:pPr>
        <w:pStyle w:val="ListNumber"/>
        <w:spacing w:line="240" w:lineRule="auto"/>
        <w:ind w:left="720"/>
      </w:pPr>
      <w:r/>
      <w:hyperlink r:id="rId12">
        <w:r>
          <w:rPr>
            <w:color w:val="0000EE"/>
            <w:u w:val="single"/>
          </w:rPr>
          <w:t>https://www.revolutionhall.com/?calendar_date=1711929600&amp;style=grid</w:t>
        </w:r>
      </w:hyperlink>
      <w:r>
        <w:t xml:space="preserve"> - Revolution Hall in Portland, Oregon, is hosting 'Ocean Vuong in Conversation With Dao Strom' on Wednesday, July 22, 2026. The event begins at 7:30 pm and is open to all ages. Revolution Hall is located at 1300 SE Stark St, Portland, OR 97214. Tickets and further details can be found on Revolution Hall's official website.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portlandmercury.com/uncategorized/the-mercurys-do-this-do-that-your-top-events-for-july-20-26/" TargetMode="External"/><Relationship Id="rId10" Type="http://schemas.openxmlformats.org/officeDocument/2006/relationships/hyperlink" Target="https://omsi.edu/exhibits/reclaimed-creations/" TargetMode="External"/><Relationship Id="rId11" Type="http://schemas.openxmlformats.org/officeDocument/2006/relationships/hyperlink" Target="https://www.revolutionhall.com/?calendar_date=1727740800&amp;style=grid" TargetMode="External"/><Relationship Id="rId12" Type="http://schemas.openxmlformats.org/officeDocument/2006/relationships/hyperlink" Target="https://www.revolutionhall.com/?calendar_date=1711929600&amp;style=gri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