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Pink Monday at Rheinkirmes 2026: Why Düsseldorf’s Queer Night Feels Like Home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and fairgoers flock to Düsseldorf’s Rheinkirmes for Pink Monday, the colourful highlight that sees venues decked in rainbow flags, drag performances and DJs , a joyful, inclusive celebration that matters for locals and visitors wanting a warm, spirited night out.</w:t>
      </w:r>
      <w:r/>
    </w:p>
    <w:p>
      <w:r/>
      <w:r>
        <w:t>Essential Takeaways</w:t>
      </w:r>
      <w:r/>
      <w:r/>
    </w:p>
    <w:p>
      <w:pPr>
        <w:pStyle w:val="ListBullet"/>
        <w:spacing w:line="240" w:lineRule="auto"/>
        <w:ind w:left="720"/>
      </w:pPr>
      <w:r/>
      <w:r>
        <w:rPr>
          <w:b/>
        </w:rPr>
        <w:t>Community-led celebration:</w:t>
      </w:r>
      <w:r>
        <w:t xml:space="preserve"> Pink Monday has become a key evening for Düsseldorf’s queer scene, with many rides, tents and pubs welcoming LGBTQ+ visitors.</w:t>
      </w:r>
      <w:r/>
    </w:p>
    <w:p>
      <w:pPr>
        <w:pStyle w:val="ListBullet"/>
        <w:spacing w:line="240" w:lineRule="auto"/>
        <w:ind w:left="720"/>
      </w:pPr>
      <w:r/>
      <w:r>
        <w:rPr>
          <w:b/>
        </w:rPr>
        <w:t>Lively entertainment:</w:t>
      </w:r>
      <w:r>
        <w:t xml:space="preserve"> Drag shows, DJs and costume contests create a festive, theatrical atmosphere that’s loud, bright and inclusive.</w:t>
      </w:r>
      <w:r/>
    </w:p>
    <w:p>
      <w:pPr>
        <w:pStyle w:val="ListBullet"/>
        <w:spacing w:line="240" w:lineRule="auto"/>
        <w:ind w:left="720"/>
      </w:pPr>
      <w:r/>
      <w:r>
        <w:rPr>
          <w:b/>
        </w:rPr>
        <w:t>Rainbow-ready venues:</w:t>
      </w:r>
      <w:r>
        <w:t xml:space="preserve"> Popular spots like Bauer’s Weingarten, Karin’s Kirmeskörbchen and the Traber-Zelt are often specially decorated and host dedicated programming.</w:t>
      </w:r>
      <w:r/>
    </w:p>
    <w:p>
      <w:pPr>
        <w:pStyle w:val="ListBullet"/>
        <w:spacing w:line="240" w:lineRule="auto"/>
        <w:ind w:left="720"/>
      </w:pPr>
      <w:r/>
      <w:r>
        <w:rPr>
          <w:b/>
        </w:rPr>
        <w:t>Easy to join in:</w:t>
      </w:r>
      <w:r>
        <w:t xml:space="preserve"> The event feels relaxed and social , it’s ideal whether you’re coming with friends or just curious to soak up the vibe.</w:t>
      </w:r>
      <w:r/>
      <w:r/>
    </w:p>
    <w:p>
      <w:pPr>
        <w:pStyle w:val="Heading2"/>
      </w:pPr>
      <w:r>
        <w:t>A bright opening night that feels like a block party</w:t>
      </w:r>
      <w:r/>
    </w:p>
    <w:p>
      <w:r/>
      <w:r>
        <w:t>Pink Monday opens with an unmistakeable splash of colour: rainbow flags fluttering across beer tents and stalls, and a hum of music that pulls you in. According to local coverage, many stallholders and restaurateurs decorate for the evening and invite performers, which gives the fair a festival-within-a-fair vibe. It’s sensory , glitter, basslines and the warm chatter of people catching up , and it sets the tone for an accessible, celebratory night.</w:t>
      </w:r>
      <w:r/>
    </w:p>
    <w:p>
      <w:pPr>
        <w:pStyle w:val="Heading2"/>
      </w:pPr>
      <w:r>
        <w:t>Drag, DJs and costume fun , why the line-up matters</w:t>
      </w:r>
      <w:r/>
    </w:p>
    <w:p>
      <w:r/>
      <w:r>
        <w:t>Organisers and venue hosts programme drag shows, DJs and costume contests so the evening never feels static. In spots opposite the giant wheel, costume shows draw crowds, while established local acts provide a mix of theatrical and dancefloor-friendly sets. That variety matters: it keeps younger clubbers and older regulars equally entertained, and gives the queer community visible, celebratory space in a major public event.</w:t>
      </w:r>
      <w:r/>
    </w:p>
    <w:p>
      <w:pPr>
        <w:pStyle w:val="Heading2"/>
      </w:pPr>
      <w:r>
        <w:t>Old favourites get a makeover , Karin’s Kirmeskörbchen and local history</w:t>
      </w:r>
      <w:r/>
    </w:p>
    <w:p>
      <w:r/>
      <w:r>
        <w:t>Some places bring extra resonance: Karin’s Kirmeskörbchen, for instance, has historic ties to Düsseldorf’s gay and lesbian carnival club, so its Pink Monday decorations are a gentle nod to local roots. The combination of nostalgia and new energy is comforting for regulars and educational for visitors. It’s a reminder that inclusion here isn’t just a one-night trend but has grown from relationships and meeting places in the city.</w:t>
      </w:r>
      <w:r/>
    </w:p>
    <w:p>
      <w:pPr>
        <w:pStyle w:val="Heading2"/>
      </w:pPr>
      <w:r>
        <w:t>Practical tips for first-timers and groups</w:t>
      </w:r>
      <w:r/>
    </w:p>
    <w:p>
      <w:r/>
      <w:r>
        <w:t>Want to go? Arrive early if you’re aiming for a particular tent , popular shows fill up fast , and wear something bright if you want to join the spirit. If you prefer quieter spots, head to side streets or earlier time slots before headline performers start. For those with accessibility needs, check venue websites or ask stewards on arrival; many tents adapt layouts to be more welcoming. And bring sensible footwear , the fairground can get crowded and muddy.</w:t>
      </w:r>
      <w:r/>
    </w:p>
    <w:p>
      <w:pPr>
        <w:pStyle w:val="Heading2"/>
      </w:pPr>
      <w:r>
        <w:t>Looking forward: why Pink Monday keeps growing</w:t>
      </w:r>
      <w:r/>
    </w:p>
    <w:p>
      <w:r/>
      <w:r>
        <w:t>Pink Monday works because it blends spectacle with sincerity: it’s both loud and affectionately local. Coverage from city media and dedicated queer platforms shows the event’s popularity, and plenty of operators seem keen to keep the night evolving with new acts and collaborative programming. For the wider city, it’s a chance to show that the Rheinkirmes can be both tradition and progressive celebration.</w:t>
      </w:r>
      <w:r/>
    </w:p>
    <w:p>
      <w:r/>
      <w:r>
        <w:t>It’s a small change that makes a big night for everyone , bring your friends and your sense of fun.</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1">
        <w:r>
          <w:rPr>
            <w:color w:val="0000EE"/>
            <w:u w:val="single"/>
          </w:rPr>
          <w:t>[4]</w:t>
        </w:r>
      </w:hyperlink>
      <w:r>
        <w:t xml:space="preserve">, </w:t>
      </w:r>
      <w:hyperlink r:id="rId12">
        <w:r>
          <w:rPr>
            <w:color w:val="0000EE"/>
            <w:u w:val="single"/>
          </w:rPr>
          <w:t>[7]</w:t>
        </w:r>
      </w:hyperlink>
      <w:r>
        <w:t xml:space="preserve">- Paragraph 3: </w:t>
      </w:r>
      <w:hyperlink r:id="rId13">
        <w:r>
          <w:rPr>
            <w:color w:val="0000EE"/>
            <w:u w:val="single"/>
          </w:rPr>
          <w:t>[6]</w:t>
        </w:r>
      </w:hyperlink>
      <w:r>
        <w:t xml:space="preserve">, </w:t>
      </w:r>
      <w:hyperlink r:id="rId14">
        <w:r>
          <w:rPr>
            <w:color w:val="0000EE"/>
            <w:u w:val="single"/>
          </w:rPr>
          <w:t>[5]</w:t>
        </w:r>
      </w:hyperlink>
      <w:r>
        <w:t xml:space="preserve">- Paragraph 4: </w:t>
      </w:r>
      <w:hyperlink r:id="rId15">
        <w:r>
          <w:rPr>
            <w:color w:val="0000EE"/>
            <w:u w:val="single"/>
          </w:rPr>
          <w:t>[3]</w:t>
        </w:r>
      </w:hyperlink>
      <w:r>
        <w:t xml:space="preserve">, </w:t>
      </w:r>
      <w:hyperlink r:id="rId10">
        <w:r>
          <w:rPr>
            <w:color w:val="0000EE"/>
            <w:u w:val="single"/>
          </w:rPr>
          <w:t>[2]</w:t>
        </w:r>
      </w:hyperlink>
      <w:r>
        <w:t xml:space="preserve">- Paragraph 5: </w:t>
      </w:r>
      <w:hyperlink r:id="rId10">
        <w:r>
          <w:rPr>
            <w:color w:val="0000EE"/>
            <w:u w:val="single"/>
          </w:rPr>
          <w:t>[2]</w:t>
        </w:r>
      </w:hyperlink>
      <w:r>
        <w:t xml:space="preserve">, </w:t>
      </w:r>
      <w:hyperlink r:id="rId14">
        <w:r>
          <w:rPr>
            <w:color w:val="0000EE"/>
            <w:u w:val="single"/>
          </w:rPr>
          <w:t>[5]</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https://rp-online.de/nrw/staedte/duesseldorf/rheinkirmes-duesseldorf-2026-queere-community-feiert-pink-monday_aid-151549169</w:t>
        </w:r>
      </w:hyperlink>
      <w:r>
        <w:t xml:space="preserve"> - Please view link - unable to able to access data</w:t>
      </w:r>
      <w:r/>
    </w:p>
    <w:p>
      <w:pPr>
        <w:pStyle w:val="ListNumber"/>
        <w:spacing w:line="240" w:lineRule="auto"/>
        <w:ind w:left="720"/>
      </w:pPr>
      <w:r/>
      <w:hyperlink r:id="rId10">
        <w:r>
          <w:rPr>
            <w:color w:val="0000EE"/>
            <w:u w:val="single"/>
          </w:rPr>
          <w:t>https://www.antenneduesseldorf.de/artikel/pink-monday-kirmes-highlight-fuer-die-community-2707563</w:t>
        </w:r>
      </w:hyperlink>
      <w:r>
        <w:t xml:space="preserve"> - On 20 July 2026, the Pink Monday event at the Rheinkirmes in Oberkassel is expected to attract around 50,000 guests from the LGBTQ+ community. The festivities will commence at 5:00 PM, with increased attendance anticipated in the late afternoon and evening. Central gathering points include the Schwarzwaldmühle, Tiroler Dorf, Traber Ausschank, Uerige-Zelt, Schlüssel-Zelt, and Schlösser-Zelt, where various programmes such as DJ sets, shows, and special party formats will be held throughout the evening.</w:t>
      </w:r>
      <w:r/>
    </w:p>
    <w:p>
      <w:pPr>
        <w:pStyle w:val="ListNumber"/>
        <w:spacing w:line="240" w:lineRule="auto"/>
        <w:ind w:left="720"/>
      </w:pPr>
      <w:r/>
      <w:hyperlink r:id="rId15">
        <w:r>
          <w:rPr>
            <w:color w:val="0000EE"/>
            <w:u w:val="single"/>
          </w:rPr>
          <w:t>https://www.rheinkirmes.com/index.php?L=824&amp;id=47</w:t>
        </w:r>
      </w:hyperlink>
      <w:r>
        <w:t xml:space="preserve"> - The 'Pink Monday' tradition at the Rheinkirmes in Düsseldorf is the largest rainbow event in the city. In 2022, it was celebrated for the 43rd time, with approximately 50,000 attendees from Düsseldorf and beyond. The event is scheduled for 15 July 2023, from 5:00 PM to 12:00 AM, offering a vibrant atmosphere for the LGBTQ+ community.</w:t>
      </w:r>
      <w:r/>
    </w:p>
    <w:p>
      <w:pPr>
        <w:pStyle w:val="ListNumber"/>
        <w:spacing w:line="240" w:lineRule="auto"/>
        <w:ind w:left="720"/>
      </w:pPr>
      <w:r/>
      <w:hyperlink r:id="rId11">
        <w:r>
          <w:rPr>
            <w:color w:val="0000EE"/>
            <w:u w:val="single"/>
          </w:rPr>
          <w:t>https://www.antenneduesseldorf.de/artikel/pink-monday-auf-der-rheinkirmes-2381318</w:t>
        </w:r>
      </w:hyperlink>
      <w:r>
        <w:t xml:space="preserve"> - On 14 July 2025, the Pink Monday at the Rheinkirmes in Düsseldorf served as a traditional meeting point for the LGBTQ+ community. Thousands of visitors from North Rhine-Westphalia and abroad gathered to celebrate together. The origins of Pink Monday date back to the late 1970s, with Harry Bruch, operator of the 'Schwarzwaldchristel' at the fair, sharing insights into this special day's history. The event featured colourful parties lasting into the night, with festivities in various festival tents, including the Schwarzwaldchristel and Traber-Ausschank 2.0, offering DJ sets and drag performances.</w:t>
      </w:r>
      <w:r/>
    </w:p>
    <w:p>
      <w:pPr>
        <w:pStyle w:val="ListNumber"/>
        <w:spacing w:line="240" w:lineRule="auto"/>
        <w:ind w:left="720"/>
      </w:pPr>
      <w:r/>
      <w:hyperlink r:id="rId14">
        <w:r>
          <w:rPr>
            <w:color w:val="0000EE"/>
            <w:u w:val="single"/>
          </w:rPr>
          <w:t>https://www.duesseldorf-queer.de/</w:t>
        </w:r>
      </w:hyperlink>
      <w:r>
        <w:t xml:space="preserve"> - On 20 July 2026, the Rheinkirmes in Oberkassel will transform into a vibrant hotspot for the queer community during the Pink Monday event. This longstanding tradition is considered one of the largest rainbow events in Düsseldorf. Celebrations are set to take place at venues such as the Schwarzwald Christel and Karins Kirmes Körbchen, offering a festive atmosphere for attendees.</w:t>
      </w:r>
      <w:r/>
    </w:p>
    <w:p>
      <w:pPr>
        <w:pStyle w:val="ListNumber"/>
        <w:spacing w:line="240" w:lineRule="auto"/>
        <w:ind w:left="720"/>
      </w:pPr>
      <w:r/>
      <w:hyperlink r:id="rId13">
        <w:r>
          <w:rPr>
            <w:color w:val="0000EE"/>
            <w:u w:val="single"/>
          </w:rPr>
          <w:t>https://www.radeberger-gruppe.de/en/press/press-detail/karins-kirmes-koerbchen-schloesser-zelt-im-duett</w:t>
        </w:r>
      </w:hyperlink>
      <w:r>
        <w:t xml:space="preserve"> - A press release from 6 July 2023 announced a collaboration between 'Karins Kirmes Körbchen' and 'Schlösser Zelt' during the Rheinkirmes. The event featured the KG Regenbogen in the Schlager heaven of Karins Kirmes Körbchen, while Schlösser Zelt celebrated its 150th anniversary with a diverse music mix. The press release highlights the vibrant atmosphere and the participation of various artists and performers during the event.</w:t>
      </w:r>
      <w:r/>
    </w:p>
    <w:p>
      <w:pPr>
        <w:pStyle w:val="ListNumber"/>
        <w:spacing w:line="240" w:lineRule="auto"/>
        <w:ind w:left="720"/>
      </w:pPr>
      <w:r/>
      <w:hyperlink r:id="rId12">
        <w:r>
          <w:rPr>
            <w:color w:val="0000EE"/>
            <w:u w:val="single"/>
          </w:rPr>
          <w:t>https://www.youtube.com/watch?v=wH5i0WbNzjk</w:t>
        </w:r>
      </w:hyperlink>
      <w:r>
        <w:t xml:space="preserve"> - A YouTube video titled 'Rheinkirmes in Düsseldorf 2025🌈Pink Monday at the Rheinkirmes - Tips for Kirmes Monday🎈' provides insights into the Pink Monday event at the Rheinkirmes in Düsseldorf. The video offers tips and highlights for attendees, showcasing the vibrant atmosphere and festivities associated with the event.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rp-online.de/nrw/staedte/duesseldorf/rheinkirmes-duesseldorf-2026-queere-community-feiert-pink-monday_aid-151549169" TargetMode="External"/><Relationship Id="rId10" Type="http://schemas.openxmlformats.org/officeDocument/2006/relationships/hyperlink" Target="https://www.antenneduesseldorf.de/artikel/pink-monday-kirmes-highlight-fuer-die-community-2707563" TargetMode="External"/><Relationship Id="rId11" Type="http://schemas.openxmlformats.org/officeDocument/2006/relationships/hyperlink" Target="https://www.antenneduesseldorf.de/artikel/pink-monday-auf-der-rheinkirmes-2381318" TargetMode="External"/><Relationship Id="rId12" Type="http://schemas.openxmlformats.org/officeDocument/2006/relationships/hyperlink" Target="https://www.youtube.com/watch?v=wH5i0WbNzjk" TargetMode="External"/><Relationship Id="rId13" Type="http://schemas.openxmlformats.org/officeDocument/2006/relationships/hyperlink" Target="https://www.radeberger-gruppe.de/en/press/press-detail/karins-kirmes-koerbchen-schloesser-zelt-im-duett" TargetMode="External"/><Relationship Id="rId14" Type="http://schemas.openxmlformats.org/officeDocument/2006/relationships/hyperlink" Target="https://www.duesseldorf-queer.de/" TargetMode="External"/><Relationship Id="rId15" Type="http://schemas.openxmlformats.org/officeDocument/2006/relationships/hyperlink" Target="https://www.rheinkirmes.com/index.php?L=824&amp;id=47"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