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Fraser Valley Pride Moments From Mission’s 2026 Festival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Bursting with colour and community, Fraser Valley Pride returned to Mission’s Fraser River Heritage Park on July 18, drawing families, performers and more than 100 vendors for a free, sunlit celebration of 2SLGBTQIA+ life and culture. Here’s what stood out, why it matters locally, and how to join next year.</w:t>
      </w:r>
      <w:r/>
    </w:p>
    <w:p>
      <w:r/>
      <w:r>
        <w:t>Essential Takeaways</w:t>
      </w:r>
      <w:r/>
      <w:r/>
    </w:p>
    <w:p>
      <w:pPr>
        <w:pStyle w:val="ListBullet"/>
        <w:spacing w:line="240" w:lineRule="auto"/>
        <w:ind w:left="720"/>
      </w:pPr>
      <w:r/>
      <w:r>
        <w:rPr>
          <w:b/>
        </w:rPr>
        <w:t>Large, welcoming turnout:</w:t>
      </w:r>
      <w:r>
        <w:t xml:space="preserve"> The 14th annual Fraser Valley Pride attracted a broad mix of ages and groups, creating a lively, inclusive atmosphere.</w:t>
      </w:r>
      <w:r/>
    </w:p>
    <w:p>
      <w:pPr>
        <w:pStyle w:val="ListBullet"/>
        <w:spacing w:line="240" w:lineRule="auto"/>
        <w:ind w:left="720"/>
      </w:pPr>
      <w:r/>
      <w:r>
        <w:rPr>
          <w:b/>
        </w:rPr>
        <w:t>Big programme:</w:t>
      </w:r>
      <w:r>
        <w:t xml:space="preserve"> Over 100 vendors, drag performers, live music and food trucks offered variety and sensory delights , bright outfits, upbeat tunes, delicious smells.</w:t>
      </w:r>
      <w:r/>
    </w:p>
    <w:p>
      <w:pPr>
        <w:pStyle w:val="ListBullet"/>
        <w:spacing w:line="240" w:lineRule="auto"/>
        <w:ind w:left="720"/>
      </w:pPr>
      <w:r/>
      <w:r>
        <w:rPr>
          <w:b/>
        </w:rPr>
        <w:t>Free admission:</w:t>
      </w:r>
      <w:r>
        <w:t xml:space="preserve"> The event stayed accessible to everyone, helping remove barriers to participation.</w:t>
      </w:r>
      <w:r/>
    </w:p>
    <w:p>
      <w:pPr>
        <w:pStyle w:val="ListBullet"/>
        <w:spacing w:line="240" w:lineRule="auto"/>
        <w:ind w:left="720"/>
      </w:pPr>
      <w:r/>
      <w:r>
        <w:rPr>
          <w:b/>
        </w:rPr>
        <w:t>Community roots:</w:t>
      </w:r>
      <w:r>
        <w:t xml:space="preserve"> The festival grew from a small Abbotsford walk and BBQ into a major regional gathering in Mission.</w:t>
      </w:r>
      <w:r/>
    </w:p>
    <w:p>
      <w:pPr>
        <w:pStyle w:val="ListBullet"/>
        <w:spacing w:line="240" w:lineRule="auto"/>
        <w:ind w:left="720"/>
      </w:pPr>
      <w:r/>
      <w:r>
        <w:rPr>
          <w:b/>
        </w:rPr>
        <w:t>Support network visible:</w:t>
      </w:r>
      <w:r>
        <w:t xml:space="preserve"> Local organisations and unions had a strong presence, signalling ongoing social and workplace support.</w:t>
      </w:r>
      <w:r/>
      <w:r/>
    </w:p>
    <w:p>
      <w:pPr>
        <w:pStyle w:val="Heading2"/>
      </w:pPr>
      <w:r>
        <w:t>A colourful weekend that felt like a block party</w:t>
      </w:r>
      <w:r/>
    </w:p>
    <w:p>
      <w:r/>
      <w:r>
        <w:t>The strongest image from the park was simply colour: rainbow flags, glitter, and sun‑lit smiles everywhere. Photos show families picnicking, friends dancing and vendors hawking crafts and pride merch, giving the whole day a relaxed, joyful vibe. According to the local organiser website, Fraser Valley Pride has deliberately kept the festival friendly for all ages, and you could feel that in the crowd mix.</w:t>
      </w:r>
      <w:r/>
    </w:p>
    <w:p>
      <w:r/>
      <w:r>
        <w:t>The event’s accessibility matters. Free admission and family‑friendly programming meant grandparents and toddlers could mingle with drag performers and youth groups without fuss. If you’ve never been, expect a community atmosphere rather than a commercial fairground.</w:t>
      </w:r>
      <w:r/>
    </w:p>
    <w:p>
      <w:pPr>
        <w:pStyle w:val="Heading2"/>
      </w:pPr>
      <w:r>
        <w:t>How a small walk turned into a regional gathering</w:t>
      </w:r>
      <w:r/>
    </w:p>
    <w:p>
      <w:r/>
      <w:r>
        <w:t>Fraser Valley Pride began modestly , a walk through downtown Abbotsford followed by a BBQ , and has slowly grown into an event that now fills Fraser River Heritage Park in Mission. Organisers from Fraser Valley Youth Society have steered its growth while keeping the grassroots energy. It’s a neat example of local organising scaling without losing personality.</w:t>
      </w:r>
      <w:r/>
    </w:p>
    <w:p>
      <w:r/>
      <w:r>
        <w:t>That origin story helps explain why so many local agencies and volunteer groups turn up each year; there’s a history of mutual support. If you care about community continuity, this is a festival that’s deliberately keeping its local DNA.</w:t>
      </w:r>
      <w:r/>
    </w:p>
    <w:p>
      <w:pPr>
        <w:pStyle w:val="Heading2"/>
      </w:pPr>
      <w:r>
        <w:t>Who showed up: vendors, unions and support groups</w:t>
      </w:r>
      <w:r/>
    </w:p>
    <w:p>
      <w:r/>
      <w:r>
        <w:t>More than 100 vendors lined the green, from small artisans to community organisations. Unions and health‑sector groups also had visible booths, underscoring workplace solidarity and services for 2SLGBTQIA+ people. For instance, visitor lists and event promotion showed involvement from unions and health networks who used the day to share resources and signpost supports.</w:t>
      </w:r>
      <w:r/>
    </w:p>
    <w:p>
      <w:r/>
      <w:r>
        <w:t>That mix is useful for anyone looking to find services , you can chat to community groups about youth programming, mental health support, or workplace inclusion in the same afternoon you sample street food.</w:t>
      </w:r>
      <w:r/>
    </w:p>
    <w:p>
      <w:pPr>
        <w:pStyle w:val="Heading2"/>
      </w:pPr>
      <w:r>
        <w:t>Entertainment highlights and sensory moments</w:t>
      </w:r>
      <w:r/>
    </w:p>
    <w:p>
      <w:r/>
      <w:r>
        <w:t>Drag performances and live music were centre stage, and reviewers noted how performances lifted the whole crowd. Food trucks added a pleasing array of smells and flavours, from spicy to sweet, which is always part of a festival’s charm. The day’s energy came from that combination: visual spectacle plus accessible entertainment.</w:t>
      </w:r>
      <w:r/>
    </w:p>
    <w:p>
      <w:r/>
      <w:r>
        <w:t>If you plan to attend next year, bring sunscreen, a picnic blanket and cash for small vendors. Expect to stay a while , the schedule usually spreads acts across the afternoon and early evening.</w:t>
      </w:r>
      <w:r/>
    </w:p>
    <w:p>
      <w:pPr>
        <w:pStyle w:val="Heading2"/>
      </w:pPr>
      <w:r>
        <w:t>Why this festival still matters in 2026</w:t>
      </w:r>
      <w:r/>
    </w:p>
    <w:p>
      <w:r/>
      <w:r>
        <w:t>Fraser Valley Pride offers local visibility to the 2SLGBTQIA+ community in a region that’s grown considerably in recent years. Public, celebratory spaces like this help normalise queer presence in everyday life and create informal networks of support. Organisers say that staying free and family‑friendly is deliberate: it lowers barriers and keeps the event rooted in community care.</w:t>
      </w:r>
      <w:r/>
    </w:p>
    <w:p>
      <w:r/>
      <w:r>
        <w:t>Looking ahead, the festival seems likely to keep expanding while maintaining its core values. If you enjoy neighbourly festivals with heart, it’s worth pencilling in next July.</w:t>
      </w:r>
      <w:r/>
    </w:p>
    <w:p>
      <w:r/>
      <w:r>
        <w:t>It's a small change that can make every Pride celebration feel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11">
        <w:r>
          <w:rPr>
            <w:color w:val="0000EE"/>
            <w:u w:val="single"/>
          </w:rPr>
          <w:t>[3]</w:t>
        </w:r>
      </w:hyperlink>
      <w:r>
        <w:t xml:space="preserve">, </w:t>
      </w:r>
      <w:hyperlink r:id="rId10">
        <w:r>
          <w:rPr>
            <w:color w:val="0000EE"/>
            <w:u w:val="single"/>
          </w:rPr>
          <w:t>[2]</w:t>
        </w:r>
      </w:hyperlink>
      <w:r>
        <w:t xml:space="preserve">- Paragraph 4: </w:t>
      </w:r>
      <w:hyperlink r:id="rId14">
        <w:r>
          <w:rPr>
            <w:color w:val="0000EE"/>
            <w:u w:val="single"/>
          </w:rPr>
          <w:t>[4]</w:t>
        </w:r>
      </w:hyperlink>
      <w:r>
        <w:t xml:space="preserve">, </w:t>
      </w:r>
      <w:hyperlink r:id="rId10">
        <w:r>
          <w:rPr>
            <w:color w:val="0000EE"/>
            <w:u w:val="single"/>
          </w:rPr>
          <w:t>[2]</w:t>
        </w:r>
      </w:hyperlink>
      <w:r>
        <w:t xml:space="preserve">- Paragraph 5: </w:t>
      </w:r>
      <w:hyperlink r:id="rId15">
        <w:r>
          <w:rPr>
            <w:color w:val="0000EE"/>
            <w:u w:val="single"/>
          </w:rPr>
          <w:t>[7]</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https://abbynews.com/2026/07/20/photos-fraser-valley-shows-off-its-pride-in-mission/</w:t>
        </w:r>
      </w:hyperlink>
      <w:r>
        <w:t xml:space="preserve"> - Please view link - unable to able to access data</w:t>
      </w:r>
      <w:r/>
    </w:p>
    <w:p>
      <w:pPr>
        <w:pStyle w:val="ListNumber"/>
        <w:spacing w:line="240" w:lineRule="auto"/>
        <w:ind w:left="720"/>
      </w:pPr>
      <w:r/>
      <w:hyperlink r:id="rId10">
        <w:r>
          <w:rPr>
            <w:color w:val="0000EE"/>
            <w:u w:val="single"/>
          </w:rPr>
          <w:t>https://fvpride.ca/</w:t>
        </w:r>
      </w:hyperlink>
      <w:r>
        <w:t xml:space="preserve"> - The Fraser Valley Pride Society's official website provides comprehensive information about the annual Fraser Valley Pride Celebration. The 2026 event is scheduled for July 18th from 12:00 PM to 5:00 PM at Fraser River Heritage Park in Mission, BC. The site details the festival's history, which began as a walk around downtown Abbotsford and a BBQ in the parking lot of Abbotsford Community Services, and has since expanded into a week of Pride festivities across Abbotsford, Chilliwack, and Mission. The website also offers information on various events, window display contests, and opportunities to get involved.</w:t>
      </w:r>
      <w:r/>
    </w:p>
    <w:p>
      <w:pPr>
        <w:pStyle w:val="ListNumber"/>
        <w:spacing w:line="240" w:lineRule="auto"/>
        <w:ind w:left="720"/>
      </w:pPr>
      <w:r/>
      <w:hyperlink r:id="rId11">
        <w:r>
          <w:rPr>
            <w:color w:val="0000EE"/>
            <w:u w:val="single"/>
          </w:rPr>
          <w:t>https://fraservalleynewsnetwork.com/2026/07/08/2026-fraser-valley-pride-celebration-heritage-park-mission/</w:t>
        </w:r>
      </w:hyperlink>
      <w:r>
        <w:t xml:space="preserve"> - An article from the Fraser Valley News Network announces the official schedule for the 2026 Fraser Valley Pride Celebration at Heritage Park in Mission. The event is set for Saturday, July 18, and features an impressive lineup of local talent, including live music, drag performances, and the Sing Out Choir. The article encourages attendees to plan their day around the main stage schedule to ensure they don't miss their favourite performers.</w:t>
      </w:r>
      <w:r/>
    </w:p>
    <w:p>
      <w:pPr>
        <w:pStyle w:val="ListNumber"/>
        <w:spacing w:line="240" w:lineRule="auto"/>
        <w:ind w:left="720"/>
      </w:pPr>
      <w:r/>
      <w:hyperlink r:id="rId14">
        <w:r>
          <w:rPr>
            <w:color w:val="0000EE"/>
            <w:u w:val="single"/>
          </w:rPr>
          <w:t>https://psacbc.com/events/join-psac-bc-at-fraser-valley-pride/</w:t>
        </w:r>
      </w:hyperlink>
      <w:r>
        <w:t xml:space="preserve"> - The Public Service Alliance of Canada (PSAC) British Columbia chapter invites members and allies to participate in the Fraser Valley Pride Celebration on Saturday, July 18, at Fraser River Heritage Park in Mission, BC. The event runs from 12:00 PM to 5:00 PM and celebrates diversity, inclusion, and the strength of 2SLGBTQIA+ communities throughout the Fraser Valley. The article highlights the significance of the event and PSAC BC's involvement, offering opportunities for volunteering and engagement.</w:t>
      </w:r>
      <w:r/>
    </w:p>
    <w:p>
      <w:pPr>
        <w:pStyle w:val="ListNumber"/>
        <w:spacing w:line="240" w:lineRule="auto"/>
        <w:ind w:left="720"/>
      </w:pPr>
      <w:r/>
      <w:hyperlink r:id="rId12">
        <w:r>
          <w:rPr>
            <w:color w:val="0000EE"/>
            <w:u w:val="single"/>
          </w:rPr>
          <w:t>https://www.fvrl.bc.ca/pride</w:t>
        </w:r>
      </w:hyperlink>
      <w:r>
        <w:t xml:space="preserve"> - The Fraser Valley Regional Library (FVRL) celebrates Pride Month by honouring the history, achievements, and resilience of the 2SLGBTQIA+ community. The library offers curated booklists, vibrant displays, and community events that uplift queer stories and experiences. FVRL strives to be a safe and welcoming space for everyone, with programs like 2SLGBTQIA+ themed book clubs, films, and crafting sessions. The library also provides Pride reading lists for all ages and interests, featuring picture books, novels, and non-fiction titles.</w:t>
      </w:r>
      <w:r/>
    </w:p>
    <w:p>
      <w:pPr>
        <w:pStyle w:val="ListNumber"/>
        <w:spacing w:line="240" w:lineRule="auto"/>
        <w:ind w:left="720"/>
      </w:pPr>
      <w:r/>
      <w:hyperlink r:id="rId13">
        <w:r>
          <w:rPr>
            <w:color w:val="0000EE"/>
            <w:u w:val="single"/>
          </w:rPr>
          <w:t>https://pflagsurrey.ca/</w:t>
        </w:r>
      </w:hyperlink>
      <w:r>
        <w:t xml:space="preserve"> - Pflag Surrey is the local chapter of Pflag Canada, serving Delta, Langley, Surrey, and White Rock. The organisation is dedicated to supporting parents, families, friends, and allies of the 2SLGBTQ+ community. Their mission is to provide a friendly, supportive, respectful, diverse, and safe environment through education. The website lists upcoming events, including their participation in White Rock Pride on July 18 and Delta (Ladner) Pride on August 16. Pflag Surrey also hosts regular in-person meetings to offer a safe, judgement-free space for sharing information and support.</w:t>
      </w:r>
      <w:r/>
    </w:p>
    <w:p>
      <w:pPr>
        <w:pStyle w:val="ListNumber"/>
        <w:spacing w:line="240" w:lineRule="auto"/>
        <w:ind w:left="720"/>
      </w:pPr>
      <w:r/>
      <w:hyperlink r:id="rId15">
        <w:r>
          <w:rPr>
            <w:color w:val="0000EE"/>
            <w:u w:val="single"/>
          </w:rPr>
          <w:t>https://www.heu.org/news/updates/2026-pride-season-bc</w:t>
        </w:r>
      </w:hyperlink>
      <w:r>
        <w:t xml:space="preserve"> - The Hospital Employees' Union (HEU) provides an overview of Pride events across British Columbia for the 2026 season. The article highlights various Pride festivities, including the Fraser Valley Pride on July 18 in Mission, BC. It emphasises the importance of participating in local Pride events to stand in solidarity with the 2SLGBTQIA+ community and to celebrate the progress made in protecting and advancing their rights. The article also offers resources for HEU members interested in organising or participating in Pride events.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bbynews.com/2026/07/20/photos-fraser-valley-shows-off-its-pride-in-mission/" TargetMode="External"/><Relationship Id="rId10" Type="http://schemas.openxmlformats.org/officeDocument/2006/relationships/hyperlink" Target="https://fvpride.ca/" TargetMode="External"/><Relationship Id="rId11" Type="http://schemas.openxmlformats.org/officeDocument/2006/relationships/hyperlink" Target="https://fraservalleynewsnetwork.com/2026/07/08/2026-fraser-valley-pride-celebration-heritage-park-mission/" TargetMode="External"/><Relationship Id="rId12" Type="http://schemas.openxmlformats.org/officeDocument/2006/relationships/hyperlink" Target="https://www.fvrl.bc.ca/pride" TargetMode="External"/><Relationship Id="rId13" Type="http://schemas.openxmlformats.org/officeDocument/2006/relationships/hyperlink" Target="https://pflagsurrey.ca/" TargetMode="External"/><Relationship Id="rId14" Type="http://schemas.openxmlformats.org/officeDocument/2006/relationships/hyperlink" Target="https://psacbc.com/events/join-psac-bc-at-fraser-valley-pride/" TargetMode="External"/><Relationship Id="rId15" Type="http://schemas.openxmlformats.org/officeDocument/2006/relationships/hyperlink" Target="https://www.heu.org/news/updates/2026-pride-season-b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