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Football v Homophobia Tournament in Derry: Join Foyle Pride’s 2026 Five-a-Side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players and allies are signing up as Foyle Pride opens registrations for its popular Football v Homophobia five-a-side tournament in Derry , a colourful, competitive and inclusive kick-off to the city’s 10-day Pride festival this August. It matters because sport shapes community, visibility and belonging.</w:t>
      </w:r>
      <w:r/>
    </w:p>
    <w:p>
      <w:r/>
      <w:r>
        <w:t>Essential Takeaways</w:t>
      </w:r>
      <w:r/>
      <w:r/>
    </w:p>
    <w:p>
      <w:pPr>
        <w:pStyle w:val="ListBullet"/>
        <w:spacing w:line="240" w:lineRule="auto"/>
        <w:ind w:left="720"/>
      </w:pPr>
      <w:r/>
      <w:r>
        <w:rPr>
          <w:b/>
        </w:rPr>
        <w:t>When and where:</w:t>
      </w:r>
      <w:r>
        <w:t xml:space="preserve"> The five-a-side tournament runs on Wednesday 19 August at 5.30pm in the Waterside Shared Village.</w:t>
      </w:r>
      <w:r/>
    </w:p>
    <w:p>
      <w:pPr>
        <w:pStyle w:val="ListBullet"/>
        <w:spacing w:line="240" w:lineRule="auto"/>
        <w:ind w:left="720"/>
      </w:pPr>
      <w:r/>
      <w:r>
        <w:rPr>
          <w:b/>
        </w:rPr>
        <w:t>Two categories:</w:t>
      </w:r>
      <w:r>
        <w:t xml:space="preserve"> The Rainbow Shield is for fun and inclusion; the Rainbow Cup suits teams wanting a more competitive game.</w:t>
      </w:r>
      <w:r/>
    </w:p>
    <w:p>
      <w:pPr>
        <w:pStyle w:val="ListBullet"/>
        <w:spacing w:line="240" w:lineRule="auto"/>
        <w:ind w:left="720"/>
      </w:pPr>
      <w:r/>
      <w:r>
        <w:rPr>
          <w:b/>
        </w:rPr>
        <w:t>Team rules:</w:t>
      </w:r>
      <w:r>
        <w:t xml:space="preserve"> Every team must include at least two LGBTQIA+ players and maintain a gender balance.</w:t>
      </w:r>
      <w:r/>
    </w:p>
    <w:p>
      <w:pPr>
        <w:pStyle w:val="ListBullet"/>
        <w:spacing w:line="240" w:lineRule="auto"/>
        <w:ind w:left="720"/>
      </w:pPr>
      <w:r/>
      <w:r>
        <w:rPr>
          <w:b/>
        </w:rPr>
        <w:t>Special guests and kit:</w:t>
      </w:r>
      <w:r>
        <w:t xml:space="preserve"> Former Ireland international Jackie McCarthy O’Brien will attend to launch her memoir; a limited-edition jersey, made with Love Gym and sponsored by the Undertones, will be available.</w:t>
      </w:r>
      <w:r/>
    </w:p>
    <w:p>
      <w:pPr>
        <w:pStyle w:val="ListBullet"/>
        <w:spacing w:line="240" w:lineRule="auto"/>
        <w:ind w:left="720"/>
      </w:pPr>
      <w:r/>
      <w:r>
        <w:rPr>
          <w:b/>
        </w:rPr>
        <w:t>Festival context:</w:t>
      </w:r>
      <w:r>
        <w:t xml:space="preserve"> The tournament marks the start of the 33rd Foyle Pride Festival (19–29 August) under the theme “Existence is Resistance”.</w:t>
      </w:r>
      <w:r/>
      <w:r/>
    </w:p>
    <w:p>
      <w:r/>
      <w:r>
        <w:t>Opening Hook: what’s happening and why it feels good Foyle Pride’s Football v Homophobia tournament has become a Derry fixture , now back for its 10th year, it’s bright, noisy and genuinely warm to the touch. The five-a-side format keeps things energetic, atmospheric and perfect for mixed-ability groups who want inclusion over ego.</w:t>
      </w:r>
      <w:r/>
    </w:p>
    <w:p>
      <w:r/>
      <w:r>
        <w:t>Backstory and local context The match is part of a broader Football v Homophobia movement that uses grassroots football to challenge prejudice and build safe, visible spaces in sport. Local organisers say the event is deliberately accessible: one tier for social players and one for those who want a little competitive edge, so everyone can take part without feeling out of place.</w:t>
      </w:r>
      <w:r/>
    </w:p>
    <w:p>
      <w:r/>
      <w:r>
        <w:t>Why two categories matter (and who should enter) The Rainbow Shield is a great entry point if your team doesn’t usually play together , think friends, workmates or new Pride visitors who want to have fun. The Rainbow Cup is for teams who train or play more regularly and want sharper matches. Either way, teams must include at least two LGBTQIA+ players and aim for gender balance, which keeps the spirit inclusive and the games mixed.</w:t>
      </w:r>
      <w:r/>
    </w:p>
    <w:p>
      <w:r/>
      <w:r>
        <w:t>Special guests, limited-edition shirts and a punk band’s support This year’s tournament will welcome Jackie McCarthy O’Brien, the former Ireland soccer and rugby international, who’ll be launching her memoir in Derry. There’s also a neat cultural crossover: Love Gym has created a limited-edition shirt sponsored by the Undertones. Damian O’Neill of the Undertones framed their support as part of punk’s long allyship with LGBTQ+ rights, which feels fitting , it adds a bit of swagger to the day.</w:t>
      </w:r>
      <w:r/>
    </w:p>
    <w:p>
      <w:r/>
      <w:r>
        <w:t>Practical tips for teams and spectators If you’re entering, pick a category that matches your team’s experience, register early, and think about kit: non-marking trainers or lightweight boots work well on artificial or shared pitches. Spectators should expect a festival atmosphere rather than a high-stakes stadium vibe, so bring a few friends, a picnic blanket and a reusable bottle , it’s as much about cheering and community as it is about goals.</w:t>
      </w:r>
      <w:r/>
    </w:p>
    <w:p>
      <w:r/>
      <w:r>
        <w:t>Festival flow and the wider calendar The tournament kicks off the 33rd Foyle Pride Festival, running from 19–29 August and closing with the Pride Parade on 29 August. The tournament’s timing gives players and supporters ten days of events to dip into , workshops, parties, readings and the parade , so you can make a weekend of it in the city.</w:t>
      </w:r>
      <w:r/>
    </w:p>
    <w:p>
      <w:r/>
      <w:r>
        <w:t>Why this matters beyond the scoreline Sport can be one of the toughest places to normalise inclusion, so a visible, celebratory event like this has real cultural weight. It gives LGBTQIA+ people and allies a public stage, normalises mixed teams, and shows that competitive and casual players can coexist. It’s connection through kickabouts , and that’s a small but powerful way to shift attitudes.</w:t>
      </w:r>
      <w:r/>
    </w:p>
    <w:p>
      <w:r/>
      <w:r>
        <w:t>Want to sign up or find out more? Visit Foyle Pride Festival socials or email the organisers directly to register your team. Spaces are limited, and the limited-edition jersey may sell fast, so early registration is sensible if you want the full festival kit.</w:t>
      </w:r>
      <w:r/>
    </w:p>
    <w:p>
      <w:r/>
      <w:r>
        <w:t>It’s a small change that can make every kick feel safer and every sideline a little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11">
        <w:r>
          <w:rPr>
            <w:color w:val="0000EE"/>
            <w:u w:val="single"/>
          </w:rPr>
          <w:t>[3]</w:t>
        </w:r>
      </w:hyperlink>
      <w:r>
        <w:t xml:space="preserve">, </w:t>
      </w:r>
      <w:hyperlink r:id="rId14">
        <w:r>
          <w:rPr>
            <w:color w:val="0000EE"/>
            <w:u w:val="single"/>
          </w:rPr>
          <w:t>[6]</w:t>
        </w:r>
      </w:hyperlink>
      <w:r>
        <w:t xml:space="preserve">- Paragraph 7: </w:t>
      </w:r>
      <w:hyperlink r:id="rId9">
        <w:r>
          <w:rPr>
            <w:color w:val="0000EE"/>
            <w:u w:val="single"/>
          </w:rPr>
          <w:t>[1]</w:t>
        </w:r>
      </w:hyperlink>
      <w:r>
        <w:t xml:space="preserve">, </w:t>
      </w:r>
      <w:hyperlink r:id="rId10">
        <w:r>
          <w:rPr>
            <w:color w:val="0000EE"/>
            <w:u w:val="single"/>
          </w:rPr>
          <w:t>[2]</w:t>
        </w:r>
      </w:hyperlink>
      <w:r>
        <w:t xml:space="preserve">- Paragraph 8: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https://www.derryjournal.com/sport/football/foyle-pride-opens-registrations-for-football-v-homophobia-tournament-in-derry-8809920</w:t>
        </w:r>
      </w:hyperlink>
      <w:r>
        <w:t xml:space="preserve"> - Please view link - unable to able to access data</w:t>
      </w:r>
      <w:r/>
    </w:p>
    <w:p>
      <w:pPr>
        <w:pStyle w:val="ListNumber"/>
        <w:spacing w:line="240" w:lineRule="auto"/>
        <w:ind w:left="720"/>
      </w:pPr>
      <w:r/>
      <w:hyperlink r:id="rId10">
        <w:r>
          <w:rPr>
            <w:color w:val="0000EE"/>
            <w:u w:val="single"/>
          </w:rPr>
          <w:t>https://www.footballvhomophobia.com/</w:t>
        </w:r>
      </w:hyperlink>
      <w:r>
        <w:t xml:space="preserve"> - Football v Homophobia (FvH) is a global initiative dedicated to tackling anti-LGBTQ+ discrimination and fostering inclusive communities within football. The campaign's Month of Action occurs annually in February, encouraging clubs, teams, fan groups, leagues, and organisations worldwide to promote the 'Football for Everyone' message and commit to creating safe and welcoming spaces for LGBTQ+ individuals. FvH also supports events like the Football v Transphobia Week of Action, aiming to raise awareness and combat transphobic abuse in the sport.</w:t>
      </w:r>
      <w:r/>
    </w:p>
    <w:p>
      <w:pPr>
        <w:pStyle w:val="ListNumber"/>
        <w:spacing w:line="240" w:lineRule="auto"/>
        <w:ind w:left="720"/>
      </w:pPr>
      <w:r/>
      <w:hyperlink r:id="rId11">
        <w:r>
          <w:rPr>
            <w:color w:val="0000EE"/>
            <w:u w:val="single"/>
          </w:rPr>
          <w:t>https://pinkuk.com/events/europe/uk/belfast/londonderry/foyle-pride-2026</w:t>
        </w:r>
      </w:hyperlink>
      <w:r>
        <w:t xml:space="preserve"> - Foyle Pride Festival 2026 is scheduled to take place from 19th to 29th August 2026 in Guildhall Square, Derry. Celebrating its 33rd anniversary, the festival aims to represent the LGBTQ+ community in the Derry/Londonderry area and across the North West, campaigning in solidarity with the global LGBTQ+ community. The theme for this year is 'Existence is Resistance', highlighting the ongoing fight for rights, dignity, and lives, and serving as a statement of defiance.</w:t>
      </w:r>
      <w:r/>
    </w:p>
    <w:p>
      <w:pPr>
        <w:pStyle w:val="ListNumber"/>
        <w:spacing w:line="240" w:lineRule="auto"/>
        <w:ind w:left="720"/>
      </w:pPr>
      <w:r/>
      <w:hyperlink r:id="rId13">
        <w:r>
          <w:rPr>
            <w:color w:val="0000EE"/>
            <w:u w:val="single"/>
          </w:rPr>
          <w:t>https://www.efl.com/news/2026/february/19/the-rainbow-ball-returns/</w:t>
        </w:r>
      </w:hyperlink>
      <w:r>
        <w:t xml:space="preserve"> - The English Football League (EFL) and PUMA have announced the return of the iconic Rainbow Ball for a third consecutive year, supporting Football v Homophobia’s Month of Action. From 20th February to 1st March 2026, the Rainbow Ball will feature across all Sky Bet EFL matches, symbolising unity, pride, and the celebration of LGBTQ+ fans. The initiative reinforces the EFL’s commitment to making football a welcoming, safe, and inclusive space for every supporter in every stadium.</w:t>
      </w:r>
      <w:r/>
    </w:p>
    <w:p>
      <w:pPr>
        <w:pStyle w:val="ListNumber"/>
        <w:spacing w:line="240" w:lineRule="auto"/>
        <w:ind w:left="720"/>
      </w:pPr>
      <w:r/>
      <w:hyperlink r:id="rId12">
        <w:r>
          <w:rPr>
            <w:color w:val="0000EE"/>
            <w:u w:val="single"/>
          </w:rPr>
          <w:t>https://www.footballvhomophobia.com/fvh2026-dedicated-matchdays-and-events/</w:t>
        </w:r>
      </w:hyperlink>
      <w:r>
        <w:t xml:space="preserve"> - The Football v Homophobia (FvH) campaign's Month of Action in February 2026 saw over 250 clubs, teams, leagues, fan groups, County FAs, and other football organisations registering in support. These 'FvH Champions' publicly reaffirmed their commitment to tackling anti-LGBTQ+ discrimination in all its forms in football. The campaign encouraged meaningful activations, including dedicated matchdays and events, to share the message of 'Football for Everyone' and combat discrimination within the sport.</w:t>
      </w:r>
      <w:r/>
    </w:p>
    <w:p>
      <w:pPr>
        <w:pStyle w:val="ListNumber"/>
        <w:spacing w:line="240" w:lineRule="auto"/>
        <w:ind w:left="720"/>
      </w:pPr>
      <w:r/>
      <w:hyperlink r:id="rId14">
        <w:r>
          <w:rPr>
            <w:color w:val="0000EE"/>
            <w:u w:val="single"/>
          </w:rPr>
          <w:t>https://www.ulster.ac.uk/pride</w:t>
        </w:r>
      </w:hyperlink>
      <w:r>
        <w:t xml:space="preserve"> - Ulster University is hosting several Pride events in 2026, including the Foyle Pride Parade on 29th August at the Derry~Londonderry campus. The university's Pride events aim to celebrate and support the LGBTQIA+ community, offering a range of activities and gatherings throughout the year. These events provide opportunities for students, staff, and the wider community to engage in Pride celebrations and promote inclusivity and diversity within the university and beyond.</w:t>
      </w:r>
      <w:r/>
    </w:p>
    <w:p>
      <w:pPr>
        <w:pStyle w:val="ListNumber"/>
        <w:spacing w:line="240" w:lineRule="auto"/>
        <w:ind w:left="720"/>
      </w:pPr>
      <w:r/>
      <w:hyperlink r:id="rId15">
        <w:r>
          <w:rPr>
            <w:color w:val="0000EE"/>
            <w:u w:val="single"/>
          </w:rPr>
          <w:t>https://www.footballvhomophobia.com/football-pride-special-event-in-leeds-on-18-july/</w:t>
        </w:r>
      </w:hyperlink>
      <w:r>
        <w:t xml:space="preserve"> - Football v Homophobia (FvH) is collaborating with Leeds Queer Film Festival and Hyde Park Picture House to host a special screening and Q&amp;A event for the documentary 'The Last Guest of the Holloway Motel' on 18th July 2026 in Leeds. This event, part of FvH's annual 'Football Pride' summer get-together, aims to highlight LGBTQ+ inclusion in football and provide a platform for discussion and awareness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ryjournal.com/sport/football/foyle-pride-opens-registrations-for-football-v-homophobia-tournament-in-derry-8809920" TargetMode="External"/><Relationship Id="rId10" Type="http://schemas.openxmlformats.org/officeDocument/2006/relationships/hyperlink" Target="https://www.footballvhomophobia.com/" TargetMode="External"/><Relationship Id="rId11" Type="http://schemas.openxmlformats.org/officeDocument/2006/relationships/hyperlink" Target="https://pinkuk.com/events/europe/uk/belfast/londonderry/foyle-pride-2026" TargetMode="External"/><Relationship Id="rId12" Type="http://schemas.openxmlformats.org/officeDocument/2006/relationships/hyperlink" Target="https://www.footballvhomophobia.com/fvh2026-dedicated-matchdays-and-events/" TargetMode="External"/><Relationship Id="rId13" Type="http://schemas.openxmlformats.org/officeDocument/2006/relationships/hyperlink" Target="https://www.efl.com/news/2026/february/19/the-rainbow-ball-returns/" TargetMode="External"/><Relationship Id="rId14" Type="http://schemas.openxmlformats.org/officeDocument/2006/relationships/hyperlink" Target="https://www.ulster.ac.uk/pride" TargetMode="External"/><Relationship Id="rId15" Type="http://schemas.openxmlformats.org/officeDocument/2006/relationships/hyperlink" Target="https://www.footballvhomophobia.com/football-pride-special-event-in-leeds-on-18-ju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