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Dresden Pride Guide: Why CSD Dresden Feels Like Home for Queer Visitors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Bursting with colour and history, Dresden’s CSD Pride has become a warm, open celebration that mixes political purpose with festival joy , great for visitors, locals and anyone curious about queer life in Saxony. Read on for what to expect, where to go, and why Dresden is pitching for EuroPride 2029.</w:t>
      </w:r>
      <w:r/>
    </w:p>
    <w:p>
      <w:r/>
      <w:r>
        <w:t>Essential Takeaways</w:t>
      </w:r>
      <w:r/>
      <w:r/>
    </w:p>
    <w:p>
      <w:pPr>
        <w:pStyle w:val="ListBullet"/>
        <w:spacing w:line="240" w:lineRule="auto"/>
        <w:ind w:left="720"/>
      </w:pPr>
      <w:r/>
      <w:r>
        <w:rPr>
          <w:b/>
        </w:rPr>
        <w:t>Community-driven energy:</w:t>
      </w:r>
      <w:r>
        <w:t xml:space="preserve"> CSD Dresden is largely volunteer-led, giving the festival a friendly, grassroots atmosphere and local authenticity.</w:t>
      </w:r>
      <w:r/>
    </w:p>
    <w:p>
      <w:pPr>
        <w:pStyle w:val="ListBullet"/>
        <w:spacing w:line="240" w:lineRule="auto"/>
        <w:ind w:left="720"/>
      </w:pPr>
      <w:r/>
      <w:r>
        <w:rPr>
          <w:b/>
        </w:rPr>
        <w:t>Historic scenic backdrop:</w:t>
      </w:r>
      <w:r>
        <w:t xml:space="preserve"> Expect processions against sandstone façades, the Frauenkirche silhouette and walks over the Augustus Bridge , picture-perfect moments.</w:t>
      </w:r>
      <w:r/>
    </w:p>
    <w:p>
      <w:pPr>
        <w:pStyle w:val="ListBullet"/>
        <w:spacing w:line="240" w:lineRule="auto"/>
        <w:ind w:left="720"/>
      </w:pPr>
      <w:r/>
      <w:r>
        <w:rPr>
          <w:b/>
        </w:rPr>
        <w:t>Resilient and civic:</w:t>
      </w:r>
      <w:r>
        <w:t xml:space="preserve"> The event combines celebration with political demonstration and sometimes faces logistical or assembly disputes, yet keeps going.</w:t>
      </w:r>
      <w:r/>
    </w:p>
    <w:p>
      <w:pPr>
        <w:pStyle w:val="ListBullet"/>
        <w:spacing w:line="240" w:lineRule="auto"/>
        <w:ind w:left="720"/>
      </w:pPr>
      <w:r/>
      <w:r>
        <w:rPr>
          <w:b/>
        </w:rPr>
        <w:t>Good for first-timers:</w:t>
      </w:r>
      <w:r>
        <w:t xml:space="preserve"> The mix of open encounters, approachable organisers and local stories makes it welcoming for newcomers and returning visitors.</w:t>
      </w:r>
      <w:r/>
    </w:p>
    <w:p>
      <w:pPr>
        <w:pStyle w:val="ListBullet"/>
        <w:spacing w:line="240" w:lineRule="auto"/>
        <w:ind w:left="720"/>
      </w:pPr>
      <w:r/>
      <w:r>
        <w:rPr>
          <w:b/>
        </w:rPr>
        <w:t>EuroPride bid:</w:t>
      </w:r>
      <w:r>
        <w:t xml:space="preserve"> Dresden is actively bidding to host EuroPride 2029, signalling ambition and visibility on a European stage.</w:t>
      </w:r>
      <w:r/>
      <w:r/>
    </w:p>
    <w:p>
      <w:pPr>
        <w:pStyle w:val="Heading2"/>
      </w:pPr>
      <w:r>
        <w:t>Why Dresden’s Pride feels different , intimacy meets spectacle</w:t>
      </w:r>
      <w:r/>
    </w:p>
    <w:p>
      <w:r/>
      <w:r>
        <w:t>Dresden’s Pride manages a sweet spot: it’s big enough to feel like a proper celebration but small and local enough to feel familiar. Walk the old town and you’ll catch rainbow flags fluttering beside baroque stone, the Frauenkirche standing quietly as a photo backdrop while people chat and laugh. That contrast , historic serenity and loud, colourful life , gives the event a warm, almost personal vibe.</w:t>
      </w:r>
      <w:r/>
    </w:p>
    <w:p>
      <w:r/>
      <w:r>
        <w:t>Volunteers and local groups run much of the programme, so you’ll meet people who’ve put time and heart into the weekend. That grassroots energy shows in the parade’s pace and the festival stalls; nothing feels overly corporate or staged. If you crave liveliness that still lets you have meaningful conversations, Dresden will deliver.</w:t>
      </w:r>
      <w:r/>
    </w:p>
    <w:p>
      <w:pPr>
        <w:pStyle w:val="Heading2"/>
      </w:pPr>
      <w:r>
        <w:t>Parade highlights and where to watch for the best photo moments</w:t>
      </w:r>
      <w:r/>
    </w:p>
    <w:p>
      <w:r/>
      <w:r>
        <w:t>If you're planning to join the parade or watch from the sidelines, the Augustus Bridge and the area around the Frauenkirche are standout spots. The bridge offers a sweeping view as floats and marchers cross with the Palace Church in the background, while the Frauenkirche provides that classic city-on-Pride shot.</w:t>
      </w:r>
      <w:r/>
    </w:p>
    <w:p>
      <w:r/>
      <w:r>
        <w:t>Bring a lightweight raincoat , Dresden weather can be changeable , but don’t let that put you off. The crowd has a sturdy, upbeat feel, and local photographers and bloggers tend to capture the quieter, human moments as well as the big, colourful displays. If you want calmer viewing, head a little into the Neustadt district where the buzz is more cafe-and-bar than parade-only.</w:t>
      </w:r>
      <w:r/>
    </w:p>
    <w:p>
      <w:pPr>
        <w:pStyle w:val="Heading2"/>
      </w:pPr>
      <w:r>
        <w:t>Politics in the mix: protest, policy and public debate</w:t>
      </w:r>
      <w:r/>
    </w:p>
    <w:p>
      <w:r/>
      <w:r>
        <w:t>CSD Dresden isn’t just a party; it’s also a platform for political demands and visibility. Demonstration elements weave through the festival and organisers and participants are often vocal about rights and recognition. At times there are disputes over assembly status or logistics , this has happened in other German cities, too , yet the public conversation underlines why Pride remains essential.</w:t>
      </w:r>
      <w:r/>
    </w:p>
    <w:p>
      <w:r/>
      <w:r>
        <w:t>For visitors, that means you’ll see speeches, banners and sometimes heated debate alongside the music and stalls. It’s a reminder that Pride has roots in activism, and in Dresden that history is both remembered and actively shaped today.</w:t>
      </w:r>
      <w:r/>
    </w:p>
    <w:p>
      <w:pPr>
        <w:pStyle w:val="Heading2"/>
      </w:pPr>
      <w:r>
        <w:t>Practical tips: planning your visit and joining the experience</w:t>
      </w:r>
      <w:r/>
    </w:p>
    <w:p>
      <w:r/>
      <w:r>
        <w:t>If you’re travelling in, book accommodation early , Pride weekend draws locals and visitors alike. Pack comfortable shoes; the city rewards you for wandering. Check the official CSD Dresden site for schedules and any last-minute changes to parade routes or assembly points, especially if there’s rainy weather or regulatory updates.</w:t>
      </w:r>
      <w:r/>
    </w:p>
    <w:p>
      <w:r/>
      <w:r>
        <w:t>For families or quieter visitors, the festival usually offers daytime programming that’s low-key and inclusive. If you want to plug in locally, volunteer-run info stalls are an excellent way to get suggestions on meet-ups, after-parties or longer-term queer groups in Saxony.</w:t>
      </w:r>
      <w:r/>
    </w:p>
    <w:p>
      <w:pPr>
        <w:pStyle w:val="Heading2"/>
      </w:pPr>
      <w:r>
        <w:t>Looking ahead: why EuroPride 2029 could be a turning point</w:t>
      </w:r>
      <w:r/>
    </w:p>
    <w:p>
      <w:r/>
      <w:r>
        <w:t>Dresden is actively bidding to host EuroPride 2029, and that ambition makes sense. The city has the visual drama, a committed volunteer base and growing visibility to pull off a European-scale event. Hosting EuroPride would bring more resources and attention, and likely spark new conversations across the region.</w:t>
      </w:r>
      <w:r/>
    </w:p>
    <w:p>
      <w:r/>
      <w:r>
        <w:t>Of course, larger scale means different challenges , logistics, security, accessibility , but the local organisers’ proven resilience suggests they’d rise to the task. For people who’ve watched Pride grow here since the early 2000s, a European spotlight feels like a natural next chapter.</w:t>
      </w:r>
      <w:r/>
    </w:p>
    <w:p>
      <w:r/>
      <w:r>
        <w:t>It's a small change that can make every visit feel more vibrant and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[7]</w:t>
        </w:r>
      </w:hyperlink>
      <w:r>
        <w:t xml:space="preserve">, </w:t>
      </w:r>
      <w:hyperlink r:id="rId14">
        <w:r>
          <w:rPr>
            <w:color w:val="0000EE"/>
            <w:u w:val="single"/>
          </w:rPr>
          <w:t>[5]</w:t>
        </w:r>
      </w:hyperlink>
      <w:r>
        <w:t xml:space="preserve">- Paragraph 4: </w:t>
      </w:r>
      <w:hyperlink r:id="rId15">
        <w:r>
          <w:rPr>
            <w:color w:val="0000EE"/>
            <w:u w:val="single"/>
          </w:rPr>
          <w:t>[6]</w:t>
        </w:r>
      </w:hyperlink>
      <w:r>
        <w:t xml:space="preserve">, </w:t>
      </w:r>
      <w:hyperlink r:id="rId13">
        <w:r>
          <w:rPr>
            <w:color w:val="0000EE"/>
            <w:u w:val="single"/>
          </w:rPr>
          <w:t>[7]</w:t>
        </w:r>
      </w:hyperlink>
      <w:r>
        <w:t xml:space="preserve">- Paragraph 5: </w:t>
      </w:r>
      <w:hyperlink r:id="rId11">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https://coupleofmen.com/58700-pride-csd-dresden/</w:t>
        </w:r>
      </w:hyperlink>
      <w:r>
        <w:t xml:space="preserve"> - Please view link - unable to able to access data</w:t>
      </w:r>
      <w:r/>
    </w:p>
    <w:p>
      <w:pPr>
        <w:pStyle w:val="ListNumber"/>
        <w:spacing w:line="240" w:lineRule="auto"/>
        <w:ind w:left="720"/>
      </w:pPr>
      <w:r/>
      <w:hyperlink r:id="rId10">
        <w:r>
          <w:rPr>
            <w:color w:val="0000EE"/>
            <w:u w:val="single"/>
          </w:rPr>
          <w:t>https://csd-dresden.de/der-verein/</w:t>
        </w:r>
      </w:hyperlink>
      <w:r>
        <w:t xml:space="preserve"> - The CSD Dresden e.V. is the organising committee for the annual Christopher Street Day in Dresden, Germany. Established in 2001, the association serves as a voice for lesbians, gays, bisexuals, and transgender individuals in Dresden and Saxony. They aim to eliminate discrimination and promote equal rights through various events and initiatives. The committee's work has significantly contributed to the visibility and acceptance of the LGBTQ+ community in the region.</w:t>
      </w:r>
      <w:r/>
    </w:p>
    <w:p>
      <w:pPr>
        <w:pStyle w:val="ListNumber"/>
        <w:spacing w:line="240" w:lineRule="auto"/>
        <w:ind w:left="720"/>
      </w:pPr>
      <w:r/>
      <w:hyperlink r:id="rId12">
        <w:r>
          <w:rPr>
            <w:color w:val="0000EE"/>
            <w:u w:val="single"/>
          </w:rPr>
          <w:t>https://csd-dresden.de/geschichte/</w:t>
        </w:r>
      </w:hyperlink>
      <w:r>
        <w:t xml:space="preserve"> - The history of the Christopher Street Day (CSD) in Dresden dates back to 2002, with the 9th CSD Dresden held under the motto 'Im Osten geht die Sonne auf'. The event featured a demonstration through the city, a street festival on Antonsplatz, and various cultural programs. Over the years, the CSD in Dresden has grown into a significant event advocating for LGBTQ+ rights and visibility in the region.</w:t>
      </w:r>
      <w:r/>
    </w:p>
    <w:p>
      <w:pPr>
        <w:pStyle w:val="ListNumber"/>
        <w:spacing w:line="240" w:lineRule="auto"/>
        <w:ind w:left="720"/>
      </w:pPr>
      <w:r/>
      <w:hyperlink r:id="rId11">
        <w:r>
          <w:rPr>
            <w:color w:val="0000EE"/>
            <w:u w:val="single"/>
          </w:rPr>
          <w:t>https://csd-dresden.de/europride2029/</w:t>
        </w:r>
      </w:hyperlink>
      <w:r>
        <w:t xml:space="preserve"> - Dresden is bidding to host EuroPride 2029, aiming to bring the European Pride event to the city. The theme 'Turn walls into bridges' reflects the city's commitment to inclusivity and unity. The application underscores Dresden's dedication to promoting LGBTQ+ rights and fostering a welcoming environment for all.</w:t>
      </w:r>
      <w:r/>
    </w:p>
    <w:p>
      <w:pPr>
        <w:pStyle w:val="ListNumber"/>
        <w:spacing w:line="240" w:lineRule="auto"/>
        <w:ind w:left="720"/>
      </w:pPr>
      <w:r/>
      <w:hyperlink r:id="rId14">
        <w:r>
          <w:rPr>
            <w:color w:val="0000EE"/>
            <w:u w:val="single"/>
          </w:rPr>
          <w:t>https://www.tagesschau.de/inland/regional/sachsen/csd-demonstration-umzug-100.html</w:t>
        </w:r>
      </w:hyperlink>
      <w:r>
        <w:t xml:space="preserve"> - Thousands participated in the Christopher Street Day (CSD) demonstration in Dresden, advocating for sexual diversity and equal rights. The event featured a vibrant parade through the city's historic and Neustadt districts, with participants calling for respect and equal rights for all individuals, regardless of sexual orientation.</w:t>
      </w:r>
      <w:r/>
    </w:p>
    <w:p>
      <w:pPr>
        <w:pStyle w:val="ListNumber"/>
        <w:spacing w:line="240" w:lineRule="auto"/>
        <w:ind w:left="720"/>
      </w:pPr>
      <w:r/>
      <w:hyperlink r:id="rId15">
        <w:r>
          <w:rPr>
            <w:color w:val="0000EE"/>
            <w:u w:val="single"/>
          </w:rPr>
          <w:t>https://www.diesachsen.de/en/social/csd-dresden-defies-rain-and-dispute-over-assembly-status-3144575</w:t>
        </w:r>
      </w:hyperlink>
      <w:r>
        <w:t xml:space="preserve"> - Despite legal disputes and rainy weather, thousands celebrated the Christopher Street Day (CSD) in Dresden. The event proceeded without incidents, with participants advocating for LGBTQ+ rights and visibility. The CSD commemorates the 1969 Stonewall Riots in New York City, marking a significant moment in LGBTQ+ history.</w:t>
      </w:r>
      <w:r/>
    </w:p>
    <w:p>
      <w:pPr>
        <w:pStyle w:val="ListNumber"/>
        <w:spacing w:line="240" w:lineRule="auto"/>
        <w:ind w:left="720"/>
      </w:pPr>
      <w:r/>
      <w:hyperlink r:id="rId13">
        <w:r>
          <w:rPr>
            <w:color w:val="0000EE"/>
            <w:u w:val="single"/>
          </w:rPr>
          <w:t>https://www.csd-termine.de/deutschland/csd-pride-dresden.html</w:t>
        </w:r>
      </w:hyperlink>
      <w:r>
        <w:t xml:space="preserve"> - The Christopher Street Day (CSD) in Dresden is a significant event in the city's LGBTQ+ calendar. The 2026 CSD is scheduled for June 6, featuring a demonstration through the Neustadt district and a political street festival along the route. The event aims to promote visibility, acceptance, and rights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upleofmen.com/58700-pride-csd-dresden/" TargetMode="External"/><Relationship Id="rId10" Type="http://schemas.openxmlformats.org/officeDocument/2006/relationships/hyperlink" Target="https://csd-dresden.de/der-verein/" TargetMode="External"/><Relationship Id="rId11" Type="http://schemas.openxmlformats.org/officeDocument/2006/relationships/hyperlink" Target="https://csd-dresden.de/europride2029/" TargetMode="External"/><Relationship Id="rId12" Type="http://schemas.openxmlformats.org/officeDocument/2006/relationships/hyperlink" Target="https://csd-dresden.de/geschichte/" TargetMode="External"/><Relationship Id="rId13" Type="http://schemas.openxmlformats.org/officeDocument/2006/relationships/hyperlink" Target="https://www.csd-termine.de/deutschland/csd-pride-dresden.html" TargetMode="External"/><Relationship Id="rId14" Type="http://schemas.openxmlformats.org/officeDocument/2006/relationships/hyperlink" Target="https://www.tagesschau.de/inland/regional/sachsen/csd-demonstration-umzug-100.html" TargetMode="External"/><Relationship Id="rId15" Type="http://schemas.openxmlformats.org/officeDocument/2006/relationships/hyperlink" Target="https://www.diesachsen.de/en/social/csd-dresden-defies-rain-and-dispute-over-assembly-status-31445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