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Anuradha Paudwal’s Remarks on LGBTQIA+ Rights and Marriage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online have noticed veteran singer Anuradha Paudwal’s recent comments linking LGBTQIA+ rights to a supposed decline in the “sanctity” of marriage, sparking a lively backlash across India’s social feeds and reigniting debates about marriage, rights and public responsibility. Here’s what happened, why it matters, and what people are saying.</w:t>
      </w:r>
      <w:r/>
    </w:p>
    <w:p>
      <w:r/>
      <w:r>
        <w:t>Essential Takeaways</w:t>
      </w:r>
      <w:r/>
      <w:r/>
    </w:p>
    <w:p>
      <w:pPr>
        <w:pStyle w:val="ListBullet"/>
        <w:spacing w:line="240" w:lineRule="auto"/>
        <w:ind w:left="720"/>
      </w:pPr>
      <w:r/>
      <w:r>
        <w:rPr>
          <w:b/>
        </w:rPr>
        <w:t>Who spoke:</w:t>
      </w:r>
      <w:r>
        <w:t xml:space="preserve"> Veteran playback and devotional singer Anuradha Paudwal made the remarks on Shubhankar Mishra’s YouTube podcast; she is 71 and a Padma Shri awardee. </w:t>
      </w:r>
      <w:r/>
    </w:p>
    <w:p>
      <w:pPr>
        <w:pStyle w:val="ListBullet"/>
        <w:spacing w:line="240" w:lineRule="auto"/>
        <w:ind w:left="720"/>
      </w:pPr>
      <w:r/>
      <w:r>
        <w:rPr>
          <w:b/>
        </w:rPr>
        <w:t>What she said:</w:t>
      </w:r>
      <w:r>
        <w:t xml:space="preserve"> Paudwal suggested that rights for the LGBTQIA+ community have weakened the institution of marriage and questioned how LGBTQIA+ people “contribute to society.” </w:t>
      </w:r>
      <w:r/>
    </w:p>
    <w:p>
      <w:pPr>
        <w:pStyle w:val="ListBullet"/>
        <w:spacing w:line="240" w:lineRule="auto"/>
        <w:ind w:left="720"/>
      </w:pPr>
      <w:r/>
      <w:r>
        <w:rPr>
          <w:b/>
        </w:rPr>
        <w:t>Public response:</w:t>
      </w:r>
      <w:r>
        <w:t xml:space="preserve"> Her comments prompted widespread criticism on social media, with users pointing out that sexual orientation does not determine societal contribution. </w:t>
      </w:r>
      <w:r/>
    </w:p>
    <w:p>
      <w:pPr>
        <w:pStyle w:val="ListBullet"/>
        <w:spacing w:line="240" w:lineRule="auto"/>
        <w:ind w:left="720"/>
      </w:pPr>
      <w:r/>
      <w:r>
        <w:rPr>
          <w:b/>
        </w:rPr>
        <w:t>No formal response:</w:t>
      </w:r>
      <w:r>
        <w:t xml:space="preserve"> When contacted about the remarks, Paudwal did not immediately respond. </w:t>
      </w:r>
      <w:r/>
    </w:p>
    <w:p>
      <w:pPr>
        <w:pStyle w:val="ListBullet"/>
        <w:spacing w:line="240" w:lineRule="auto"/>
        <w:ind w:left="720"/>
      </w:pPr>
      <w:r/>
      <w:r>
        <w:rPr>
          <w:b/>
        </w:rPr>
        <w:t>Context:</w:t>
      </w:r>
      <w:r>
        <w:t xml:space="preserve"> The episode follows other public controversies involving the singer; media outlets have covered both the remarks and the ensuing online reaction.</w:t>
      </w:r>
      <w:r/>
      <w:r/>
    </w:p>
    <w:p>
      <w:pPr>
        <w:pStyle w:val="Heading2"/>
      </w:pPr>
      <w:r>
        <w:t>What Paudwal actually said , and the setting that framed it</w:t>
      </w:r>
      <w:r/>
    </w:p>
    <w:p>
      <w:r/>
      <w:r>
        <w:t>The comments came during a long-form chat on a YouTube podcast where Paudwal reflected on her five-decade musical journey and offered views on marriage, divorce, religion and education. According to reporting in Hindustan Times and Mid-Day, she argued that “the sanctity isn’t left in marriage” and directly linked that perceived decline to rights extended to the LGBTQIA+ community. The setting matters: podcasts invite candid takes, and this one mixed career recall with personal opinions.</w:t>
      </w:r>
      <w:r/>
    </w:p>
    <w:p>
      <w:pPr>
        <w:pStyle w:val="Heading2"/>
      </w:pPr>
      <w:r>
        <w:t>How the public reacted , quick, sharp and online</w:t>
      </w:r>
      <w:r/>
    </w:p>
    <w:p>
      <w:r/>
      <w:r>
        <w:t>Social media response was swift. Outlets including ABP Live and Free Press Journal noted that many users called out the logic of tying sexual orientation to civic contribution. The tone on X and other platforms ranged from reasoned rebuttals to sharper criticism; some commentators reminded readers that people of all orientations work, raise families, and contribute culturally and economically. The backlash underlines how celebrity statements can amplify cultural debates overnight.</w:t>
      </w:r>
      <w:r/>
    </w:p>
    <w:p>
      <w:pPr>
        <w:pStyle w:val="Heading2"/>
      </w:pPr>
      <w:r>
        <w:t>Why this sparked fresh debate about celebrities and responsibility</w:t>
      </w:r>
      <w:r/>
    </w:p>
    <w:p>
      <w:r/>
      <w:r>
        <w:t>Celebrities have long crossed from art into public commentary, and reactions show audiences expect more care when remarks affect marginalised groups. Times of India coverage places these comments in a pattern: Paudwal has been in the headlines for other controversies recently, which tends to harden responses. Media commentators argue that public figures mixing opinion and authority, especially on sensitive social issues, often face stronger scrutiny than ordinary citizens.</w:t>
      </w:r>
      <w:r/>
    </w:p>
    <w:p>
      <w:pPr>
        <w:pStyle w:val="Heading2"/>
      </w:pPr>
      <w:r>
        <w:t>What advocates and critics are saying , facts and feelings</w:t>
      </w:r>
      <w:r/>
    </w:p>
    <w:p>
      <w:r/>
      <w:r>
        <w:t>Critics emphasised a basic point: sexual orientation is not a measure of social worth. Several reports quoted people asking how rights for minorities could be blamed for personal or social shifts in marriage patterns. Supporters of LGBTQIA+ rights pointed out that legal recognition, anti-discrimination measures and visibility help people live openly and contribute without fear. The conversation also touched on generational differences , older voices may frame change as loss, while younger people often see it as progress.</w:t>
      </w:r>
      <w:r/>
    </w:p>
    <w:p>
      <w:pPr>
        <w:pStyle w:val="Heading2"/>
      </w:pPr>
      <w:r>
        <w:t>Practical takeaways for readers , how to follow this responsibly</w:t>
      </w:r>
      <w:r/>
    </w:p>
    <w:p>
      <w:r/>
      <w:r>
        <w:t>If you want to track this story, follow reputable outlets and look for full clips of the podcast rather than second-hand quotes. Pay attention to responses from LGBTQIA+ groups and legal commentators for context about rights and social policy. And when you encounter strong statements from public figures, consider the difference between opinion and fact , ask what evidence supports claims and whose lived experience is being omitted.</w:t>
      </w:r>
      <w:r/>
    </w:p>
    <w:p>
      <w:r/>
      <w:r>
        <w:t>It's a small intervention in a much larger conversation about rights, respect and how public voices shape social norms.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0">
        <w:r>
          <w:rPr>
            <w:color w:val="0000EE"/>
            <w:u w:val="single"/>
          </w:rPr>
          <w:t>[2]</w:t>
        </w:r>
      </w:hyperlink>
      <w:r>
        <w:t xml:space="preserve">- Paragraph 3: </w:t>
      </w:r>
      <w:hyperlink r:id="rId12">
        <w:r>
          <w:rPr>
            <w:color w:val="0000EE"/>
            <w:u w:val="single"/>
          </w:rPr>
          <w:t>[6]</w:t>
        </w:r>
      </w:hyperlink>
      <w:r>
        <w:t xml:space="preserve">, </w:t>
      </w:r>
      <w:hyperlink r:id="rId13">
        <w:r>
          <w:rPr>
            <w:color w:val="0000EE"/>
            <w:u w:val="single"/>
          </w:rPr>
          <w:t>[4]</w:t>
        </w:r>
      </w:hyperlink>
      <w:r>
        <w:t xml:space="preserve">- Paragraph 4: </w:t>
      </w:r>
      <w:hyperlink r:id="rId14">
        <w:r>
          <w:rPr>
            <w:color w:val="0000EE"/>
            <w:u w:val="single"/>
          </w:rPr>
          <w:t>[5]</w:t>
        </w:r>
      </w:hyperlink>
      <w:r>
        <w:t xml:space="preserve">, </w:t>
      </w:r>
      <w:hyperlink r:id="rId11">
        <w:r>
          <w:rPr>
            <w:color w:val="0000EE"/>
            <w:u w:val="single"/>
          </w:rPr>
          <w:t>[3]</w:t>
        </w:r>
      </w:hyperlink>
      <w:r>
        <w:t xml:space="preserve">- Paragraph 5: </w:t>
      </w:r>
      <w:hyperlink r:id="rId15">
        <w:r>
          <w:rPr>
            <w:color w:val="0000EE"/>
            <w:u w:val="single"/>
          </w:rPr>
          <w:t>[7]</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https://fenilandbollywood.blogspot.com/2026/07/anuradha-paudwal-links-lgbtqia-rights.html</w:t>
        </w:r>
      </w:hyperlink>
      <w:r>
        <w:t xml:space="preserve"> - Please view link - unable to able to access data</w:t>
      </w:r>
      <w:r/>
    </w:p>
    <w:p>
      <w:pPr>
        <w:pStyle w:val="ListNumber"/>
        <w:spacing w:line="240" w:lineRule="auto"/>
        <w:ind w:left="720"/>
      </w:pPr>
      <w:r/>
      <w:hyperlink r:id="rId10">
        <w:r>
          <w:rPr>
            <w:color w:val="0000EE"/>
            <w:u w:val="single"/>
          </w:rPr>
          <w:t>https://www.mid-day.com/entertainment/bollywood-news/article/marriage-is-losing-sanctity-because-of-lgbtq-rights-singer-anuradha-paudwal-23640255</w:t>
        </w:r>
      </w:hyperlink>
      <w:r>
        <w:t xml:space="preserve"> - Veteran singer Anuradha Paudwal has faced significant backlash after questioning the LGBTQ community's contribution to society during a podcast. Her remarks on marriage and family drew criticism, with netizens calling them insensitive and defending LGBTQ individuals' equal role in society. Paudwal's comments have sparked widespread criticism on social media, with several users accusing the singer of making uninformed and insensitive statements about the queer community.</w:t>
      </w:r>
      <w:r/>
    </w:p>
    <w:p>
      <w:pPr>
        <w:pStyle w:val="ListNumber"/>
        <w:spacing w:line="240" w:lineRule="auto"/>
        <w:ind w:left="720"/>
      </w:pPr>
      <w:r/>
      <w:hyperlink r:id="rId11">
        <w:r>
          <w:rPr>
            <w:color w:val="0000EE"/>
            <w:u w:val="single"/>
          </w:rPr>
          <w:t>https://www.hindustantimes.com/entertainment/music/anuradha-paudwal-faces-backlash-for-saying-the-institution-of-marriage-has-become-weak-because-of-gay-rights-101784366663290.html</w:t>
        </w:r>
      </w:hyperlink>
      <w:r>
        <w:t xml:space="preserve"> - Anuradha Paudwal's remarks on the LGBTQ community, marriage, and modern society during a recent podcast have sparked widespread backlash. Social media users criticised her understanding of the subject, questioning why she chose to comment on an issue they believed she was not well informed about. Paudwal's comments have led to significant criticism, with many questioning her understanding of the subject and the appropriateness of her remarks.</w:t>
      </w:r>
      <w:r/>
    </w:p>
    <w:p>
      <w:pPr>
        <w:pStyle w:val="ListNumber"/>
        <w:spacing w:line="240" w:lineRule="auto"/>
        <w:ind w:left="720"/>
      </w:pPr>
      <w:r/>
      <w:hyperlink r:id="rId13">
        <w:r>
          <w:rPr>
            <w:color w:val="0000EE"/>
            <w:u w:val="single"/>
          </w:rPr>
          <w:t>https://www.freepressjournal.in/entertainment/sanctity-nahi-rahi-singer-anuradha-paudwal-blames-lgbtqia-rights-for-institution-of-marriage-becoming-weak-faces-backlash-on-social-media</w:t>
        </w:r>
      </w:hyperlink>
      <w:r>
        <w:t xml:space="preserve"> - Anuradha Paudwal has come under fire after remarks linking LGBTQIA+ rights to the weakening of marriage and questioning the community's societal contribution during an interview. Several social media users rejected her claims, citing discrimination and equal rights, while Paudwal has yet to comment on the criticism. Her comments have sparked significant backlash, with many questioning her understanding of the subject and the appropriateness of her remarks.</w:t>
      </w:r>
      <w:r/>
    </w:p>
    <w:p>
      <w:pPr>
        <w:pStyle w:val="ListNumber"/>
        <w:spacing w:line="240" w:lineRule="auto"/>
        <w:ind w:left="720"/>
      </w:pPr>
      <w:r/>
      <w:hyperlink r:id="rId14">
        <w:r>
          <w:rPr>
            <w:color w:val="0000EE"/>
            <w:u w:val="single"/>
          </w:rPr>
          <w:t>https://timesofindia.indiatimes.com/entertainment/hindi/bollywood/news/anuradha-paudwal-reacts-to-controversy-surrounding-her-comments-on-ram-mandir-donation-theft-and-vishwaguru-narrative-it-is-taken-out-of-context-and-sensationalised/amp_articleshow/132414879.cms</w:t>
        </w:r>
      </w:hyperlink>
      <w:r>
        <w:t xml:space="preserve"> - Anuradha Paudwal has been in the news regarding the controversy surrounding her recent remarks on the Ram Mandir and the 'Vishwaguru' narrative. Breaking her silence, the veteran singer said that her comments had been taken out of context and sensationalised, leading to a distorted interpretation of what she intended to convey. The controversy stems from Anuradha's recent appearance on journalist Shubhankar Mishra's podcast, where she questioned India's 'Vishwaguru' narrative while discussing issues related to education.</w:t>
      </w:r>
      <w:r/>
    </w:p>
    <w:p>
      <w:pPr>
        <w:pStyle w:val="ListNumber"/>
        <w:spacing w:line="240" w:lineRule="auto"/>
        <w:ind w:left="720"/>
      </w:pPr>
      <w:r/>
      <w:hyperlink r:id="rId12">
        <w:r>
          <w:rPr>
            <w:color w:val="0000EE"/>
            <w:u w:val="single"/>
          </w:rPr>
          <w:t>https://news.abplive.com/entertainment/celebrities/anuradha-paudwal-faces-backlash-over-lgbtq-remarks-how-are-they-contributing-to-society-1857221</w:t>
        </w:r>
      </w:hyperlink>
      <w:r>
        <w:t xml:space="preserve"> - Anuradha Paudwal has come under criticism after comments she made about the LGBTQ community during a recent podcast interview resurfaced online. Her remarks on marriage and LGBTQ rights have drawn widespread criticism, with many social media users calling the comments insensitive and misinformed. Paudwal's comments have sparked significant backlash, with many questioning her understanding of the subject and the appropriateness of her remarks.</w:t>
      </w:r>
      <w:r/>
    </w:p>
    <w:p>
      <w:pPr>
        <w:pStyle w:val="ListNumber"/>
        <w:spacing w:line="240" w:lineRule="auto"/>
        <w:ind w:left="720"/>
      </w:pPr>
      <w:r/>
      <w:hyperlink r:id="rId15">
        <w:r>
          <w:rPr>
            <w:color w:val="0000EE"/>
            <w:u w:val="single"/>
          </w:rPr>
          <w:t>https://odishabytes.com/anuradha-paudwals-remarks-on-lgbtq-rights-and-marriage-trigger-online-backlash/</w:t>
        </w:r>
      </w:hyperlink>
      <w:r>
        <w:t xml:space="preserve"> - Anuradha Paudwal has sparked controversy with her recent comments on marriage, the LGBTQ+ community, and changing societal norms. Her comments have since drawn significant backlash, with several social media users accusing the singer of expressing insensitive and ill-informed views about the queer community. The remarks were made during her recent appearance on Shubhankar Mishra’s YouTube podcast, where Anuradha was asked whether she believed the institution of marriage had weakened in India over the years.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fenilandbollywood.blogspot.com/2026/07/anuradha-paudwal-links-lgbtqia-rights.html" TargetMode="External"/><Relationship Id="rId10" Type="http://schemas.openxmlformats.org/officeDocument/2006/relationships/hyperlink" Target="https://www.mid-day.com/entertainment/bollywood-news/article/marriage-is-losing-sanctity-because-of-lgbtq-rights-singer-anuradha-paudwal-23640255" TargetMode="External"/><Relationship Id="rId11" Type="http://schemas.openxmlformats.org/officeDocument/2006/relationships/hyperlink" Target="https://www.hindustantimes.com/entertainment/music/anuradha-paudwal-faces-backlash-for-saying-the-institution-of-marriage-has-become-weak-because-of-gay-rights-101784366663290.html" TargetMode="External"/><Relationship Id="rId12" Type="http://schemas.openxmlformats.org/officeDocument/2006/relationships/hyperlink" Target="https://news.abplive.com/entertainment/celebrities/anuradha-paudwal-faces-backlash-over-lgbtq-remarks-how-are-they-contributing-to-society-1857221" TargetMode="External"/><Relationship Id="rId13" Type="http://schemas.openxmlformats.org/officeDocument/2006/relationships/hyperlink" Target="https://www.freepressjournal.in/entertainment/sanctity-nahi-rahi-singer-anuradha-paudwal-blames-lgbtqia-rights-for-institution-of-marriage-becoming-weak-faces-backlash-on-social-media" TargetMode="External"/><Relationship Id="rId14" Type="http://schemas.openxmlformats.org/officeDocument/2006/relationships/hyperlink" Target="https://timesofindia.indiatimes.com/entertainment/hindi/bollywood/news/anuradha-paudwal-reacts-to-controversy-surrounding-her-comments-on-ram-mandir-donation-theft-and-vishwaguru-narrative-it-is-taken-out-of-context-and-sensationalised/amp_articleshow/132414879.cms" TargetMode="External"/><Relationship Id="rId15" Type="http://schemas.openxmlformats.org/officeDocument/2006/relationships/hyperlink" Target="https://odishabytes.com/anuradha-paudwals-remarks-on-lgbtq-rights-and-marriage-trigger-online-backla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