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Christopher Street Day 2026 Guide: Where to Go, What to Expect in Berlin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loudly and colourfully: locals and visitors are gearing up for Christopher Street Day 2026 in Berlin, with parades, parties, comedy nights and food festivals across the city , here’s a visual, practical guide to the biggest Pride weekend on the calendar and how to make the most of it.</w:t>
      </w:r>
      <w:r/>
    </w:p>
    <w:p>
      <w:r/>
      <w:r>
        <w:t>Essential Takeaways</w:t>
      </w:r>
      <w:r/>
      <w:r/>
    </w:p>
    <w:p>
      <w:pPr>
        <w:pStyle w:val="ListBullet"/>
        <w:spacing w:line="240" w:lineRule="auto"/>
        <w:ind w:left="720"/>
      </w:pPr>
      <w:r/>
      <w:r>
        <w:rPr>
          <w:b/>
        </w:rPr>
        <w:t>When and where:</w:t>
      </w:r>
      <w:r>
        <w:t xml:space="preserve"> Christopher Street Day events run across Berlin over a weekend, with the main parade and large gatherings centred around Potsdamer Platz and the traditional parade route. </w:t>
      </w:r>
      <w:r/>
    </w:p>
    <w:p>
      <w:pPr>
        <w:pStyle w:val="ListBullet"/>
        <w:spacing w:line="240" w:lineRule="auto"/>
        <w:ind w:left="720"/>
      </w:pPr>
      <w:r/>
      <w:r>
        <w:rPr>
          <w:b/>
        </w:rPr>
        <w:t>New format:</w:t>
      </w:r>
      <w:r>
        <w:t xml:space="preserve"> Berlin’s organisers are trying out a two-day model this year, spreading events and crowds to increase access and variety. </w:t>
      </w:r>
      <w:r/>
    </w:p>
    <w:p>
      <w:pPr>
        <w:pStyle w:val="ListBullet"/>
        <w:spacing w:line="240" w:lineRule="auto"/>
        <w:ind w:left="720"/>
      </w:pPr>
      <w:r/>
      <w:r>
        <w:rPr>
          <w:b/>
        </w:rPr>
        <w:t>What’s on:</w:t>
      </w:r>
      <w:r>
        <w:t xml:space="preserve"> Expect a mix of huge street parties, solidarity actions, comedy nights (Berlin lacht!), dance and Latin food festivals, plus community-focused daytime events. </w:t>
      </w:r>
      <w:r/>
    </w:p>
    <w:p>
      <w:pPr>
        <w:pStyle w:val="ListBullet"/>
        <w:spacing w:line="240" w:lineRule="auto"/>
        <w:ind w:left="720"/>
      </w:pPr>
      <w:r/>
      <w:r>
        <w:rPr>
          <w:b/>
        </w:rPr>
        <w:t>Transport and access:</w:t>
      </w:r>
      <w:r>
        <w:t xml:space="preserve"> Public transport serves event hubs well, but plan for delays; arrive early for main parades and use bag-light principles , it’s busy and colourful. </w:t>
      </w:r>
      <w:r/>
    </w:p>
    <w:p>
      <w:pPr>
        <w:pStyle w:val="ListBullet"/>
        <w:spacing w:line="240" w:lineRule="auto"/>
        <w:ind w:left="720"/>
      </w:pPr>
      <w:r/>
      <w:r>
        <w:rPr>
          <w:b/>
        </w:rPr>
        <w:t>Family-friendly and political:</w:t>
      </w:r>
      <w:r>
        <w:t xml:space="preserve"> CSD mixes celebration with protest: along glitter and music you’ll find political speeches, solidarity rallies and community stalls.</w:t>
      </w:r>
      <w:r/>
      <w:r/>
    </w:p>
    <w:p>
      <w:pPr>
        <w:pStyle w:val="Heading2"/>
      </w:pPr>
      <w:r>
        <w:t>What’s new this year? Two days, bigger reach</w:t>
      </w:r>
      <w:r/>
    </w:p>
    <w:p>
      <w:r/>
      <w:r>
        <w:t>Berlin is experimenting with expanding CSD across two days, which helps spread the crowds and gives smaller events room to breathe. According to regional coverage, organisers announced a longer programme so you can catch both the big parade energy and quieter solidarity actions without missing out. The city’s move feels practical , it reduces crushes and lets you plan a chill daytime festival and a late-night party on different days. If you hate the idea of getting stuck in a slow-moving crowd, this is your moment to enjoy more of the city and less of the squeeze.</w:t>
      </w:r>
      <w:r/>
    </w:p>
    <w:p>
      <w:pPr>
        <w:pStyle w:val="Heading2"/>
      </w:pPr>
      <w:r>
        <w:t>The parade route and main hubs , where to position yourself</w:t>
      </w:r>
      <w:r/>
    </w:p>
    <w:p>
      <w:r/>
      <w:r>
        <w:t>The parade traditionally funnels through central spots with Potsdamer Platz acting as a magnet for floats, speakers and stages. VisitBerlin and Potsdamer Platz event pages map out the flow and official stages, so check those before you go. For photographers, the parade’s lively costumes and huge banners make for vivid pictures; for families, pick a quieter stretch away from the main staging areas. Arrive early if you want a front-row spot, and wear comfy shoes , you’ll be standing and dancing more than walking.</w:t>
      </w:r>
      <w:r/>
    </w:p>
    <w:p>
      <w:pPr>
        <w:pStyle w:val="Heading2"/>
      </w:pPr>
      <w:r>
        <w:t>Parties, culture and comedy , more than just a march</w:t>
      </w:r>
      <w:r/>
    </w:p>
    <w:p>
      <w:r/>
      <w:r>
        <w:t>Berlin’s cultural programme around CSD includes open-air comedy nights such as Berlin lacht!, LGBTQ+ club nights, and daytime cultural stalls. These events give the weekend texture: one minute you’re watching drag performers on a big stage, the next you’re at a solidarity flash event or a Latin food and dance festival sampling ceviche and empanadas. Check the official festival listings and local event calendars for confirmed line-ups and ticketed shows; some evening parties sell out fast.</w:t>
      </w:r>
      <w:r/>
    </w:p>
    <w:p>
      <w:pPr>
        <w:pStyle w:val="Heading2"/>
      </w:pPr>
      <w:r>
        <w:t>Political pulse: solidarity actions and community voices</w:t>
      </w:r>
      <w:r/>
    </w:p>
    <w:p>
      <w:r/>
      <w:r>
        <w:t>CSD is celebration and protest in one. Expect solidarity days focused on international causes and local campaigns, plus speeches and demonstrations that remind everyone why Pride began. The programme includes solidarity actions for places like Venezuela and other human-rights topics. If you want to be part of the civic side, check the event listings for times and meeting points , organisers usually publish clear schedules so you can combine party time with activism.</w:t>
      </w:r>
      <w:r/>
    </w:p>
    <w:p>
      <w:pPr>
        <w:pStyle w:val="Heading2"/>
      </w:pPr>
      <w:r>
        <w:t>Practical tips: planning, safety and enjoying the weekend</w:t>
      </w:r>
      <w:r/>
    </w:p>
    <w:p>
      <w:r/>
      <w:r>
        <w:t>Plan around transport: S‑Bahn and U‑Bahn stations near parade hubs will be busy, so allow extra travel time and use less crowded stations if you can. Dress for the weather and take a small bag , security checks are common at big stages. Bring water, cash and a portable phone charger; many stalls accept cards, but smaller vendors sometimes don’t. If you’re photographing, be mindful of participants’ space and consent. And if you’re travelling with kids, scope out quieter daytime activities and family-friendly zones in advance.</w:t>
      </w:r>
      <w:r/>
    </w:p>
    <w:p>
      <w:pPr>
        <w:pStyle w:val="Heading2"/>
      </w:pPr>
      <w:r>
        <w:t>Where to eat and recharge</w:t>
      </w:r>
      <w:r/>
    </w:p>
    <w:p>
      <w:r/>
      <w:r>
        <w:t>Food stalls and nearby restaurants do brisk trade during CSD; smaller festivals like Latin Food &amp; Dance make for delicious pit stops with lively music. If you want a sit-down meal, book ahead , many local places fill up quickly. For a light, social brunch vibe, look for CSD-themed pop-ups and special bottom-up brunch events that pair bubbly with relaxed people-watching.</w:t>
      </w:r>
      <w:r/>
    </w:p>
    <w:p>
      <w:r/>
      <w:r>
        <w:t>It's a small change that can make every Pride experience safer, happier and more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[7]</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12">
        <w:r>
          <w:rPr>
            <w:color w:val="0000EE"/>
            <w:u w:val="single"/>
          </w:rPr>
          <w:t>[7]</w:t>
        </w:r>
      </w:hyperlink>
      <w:r>
        <w:t xml:space="preserve">, </w:t>
      </w:r>
      <w:hyperlink r:id="rId11">
        <w:r>
          <w:rPr>
            <w:color w:val="0000EE"/>
            <w:u w:val="single"/>
          </w:rPr>
          <w:t>[3]</w:t>
        </w:r>
      </w:hyperlink>
      <w:r>
        <w:t xml:space="preserve">- Paragraph 5: </w:t>
      </w:r>
      <w:hyperlink r:id="rId13">
        <w:r>
          <w:rPr>
            <w:color w:val="0000EE"/>
            <w:u w:val="single"/>
          </w:rPr>
          <w:t>[6]</w:t>
        </w:r>
      </w:hyperlink>
      <w:r>
        <w:t xml:space="preserve">, </w:t>
      </w:r>
      <w:hyperlink r:id="rId15">
        <w:r>
          <w:rPr>
            <w:color w:val="0000EE"/>
            <w:u w:val="single"/>
          </w:rPr>
          <w:t>[4]</w:t>
        </w:r>
      </w:hyperlink>
      <w:r>
        <w:t xml:space="preserve">- Paragraph 6: </w:t>
      </w:r>
      <w:hyperlink r:id="rId14">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https://www.berlineventsweekly.com/p/july-21-27-christopher-street-day</w:t>
        </w:r>
      </w:hyperlink>
      <w:r>
        <w:t xml:space="preserve"> - Please view link - unable to able to access data</w:t>
      </w:r>
      <w:r/>
    </w:p>
    <w:p>
      <w:pPr>
        <w:pStyle w:val="ListNumber"/>
        <w:spacing w:line="240" w:lineRule="auto"/>
        <w:ind w:left="720"/>
      </w:pPr>
      <w:r/>
      <w:hyperlink r:id="rId10">
        <w:r>
          <w:rPr>
            <w:color w:val="0000EE"/>
            <w:u w:val="single"/>
          </w:rPr>
          <w:t>https://www.visitberlin.de/en/event/christopher-street-day-2026</w:t>
        </w:r>
      </w:hyperlink>
      <w:r>
        <w:t xml:space="preserve"> - The Christopher Street Day (CSD) in Berlin is an annual celebration of diversity, equality, and pride, drawing hundreds of thousands each year. As one of Europe's largest LGBTQIA+ festivals, it features colourful demonstrations, political statements, and a focus on inclusivity. The event commemorates the Stonewall Uprising of 1969, a pivotal moment in LGBTQIA+ history, and continues to advocate for equal rights for all. In 2026, the CSD will take place on July 25, starting at Leipziger Straße/Ecke Spittelmarkt. The parade route will proceed from Mitte through Schöneberg to the Brandenburg Gate, with the finale on Straße des 17. Juni in front of the Brandenburg Gate. The motto for 2026 is 'Haltung ist hot' (Taking a Stand Is Hot), encouraging people to support an open society, democratic values, and equal rights for queer individuals. The event is free to attend and easily accessible via public transport. Many parts of the demonstration route and related events are wheelchair accessible, with Berlin's public transport system offering accessibility at many stations near the route. For more information, visit the official website at csd-berlin.de.</w:t>
      </w:r>
      <w:r/>
    </w:p>
    <w:p>
      <w:pPr>
        <w:pStyle w:val="ListNumber"/>
        <w:spacing w:line="240" w:lineRule="auto"/>
        <w:ind w:left="720"/>
      </w:pPr>
      <w:r/>
      <w:hyperlink r:id="rId11">
        <w:r>
          <w:rPr>
            <w:color w:val="0000EE"/>
            <w:u w:val="single"/>
          </w:rPr>
          <w:t>https://www.berlin.de/en/events/2096878-2842498-csd-christopher-street-day.en.html</w:t>
        </w:r>
      </w:hyperlink>
      <w:r>
        <w:t xml:space="preserve"> - The Christopher Street Day (CSD) in Berlin is an annual demonstration advocating for the rights of gay, lesbian, transgender, intersex, and bisexual individuals. Typically, around one million people participate in the CSD parade. The event commemorates the first known uprising by sexual minorities against police brutality in New York City's Greenwich Village on June 27, 1969, at the Stonewall Inn. In 2026, the CSD will be celebrated over two days: on Friday, July 24, with a rally featuring artistic performances and political speeches at the Brandenburg Gate from 6 p.m. to 11 p.m., and on Saturday, July 25, with the main parade starting at 12 p.m. The parade route will begin at the corner of Leipziger Straße and Spittelmarkt, proceeding through Mitte, Schöneberg, and ending at the Brandenburg Gate. The motto for 2026 is 'Haltung ist hot' (Taking a Stand Is Hot), urging people to support an open society, democratic values, and equal rights for queer individuals. The event is free to attend and easily accessible via public transport. For more details, visit csd-berlin.de.</w:t>
      </w:r>
      <w:r/>
    </w:p>
    <w:p>
      <w:pPr>
        <w:pStyle w:val="ListNumber"/>
        <w:spacing w:line="240" w:lineRule="auto"/>
        <w:ind w:left="720"/>
      </w:pPr>
      <w:r/>
      <w:hyperlink r:id="rId15">
        <w:r>
          <w:rPr>
            <w:color w:val="0000EE"/>
            <w:u w:val="single"/>
          </w:rPr>
          <w:t>https://berlin-lacht.de/</w:t>
        </w:r>
      </w:hyperlink>
      <w:r>
        <w:t xml:space="preserve"> - Berlin lacht! is an international street theatre festival that transforms Berlin's streets into vibrant stages. Founded in 2004, the festival has grown into a significant cultural event, featuring a diverse programme of theatre, circus, comedy, clowns, artists, magicians, dance, and music. In 2026, the festival will take place from July 24 to August 23 at Washingtonplatz am Hauptbahnhof, and from August 26 to September 13 at Potsdamer Platz. The festival also includes a beer garden, food trucks, urban gardening, upcycling city, and clean-up events. For more information, visit the official website at berlin-lacht.de.</w:t>
      </w:r>
      <w:r/>
    </w:p>
    <w:p>
      <w:pPr>
        <w:pStyle w:val="ListNumber"/>
        <w:spacing w:line="240" w:lineRule="auto"/>
        <w:ind w:left="720"/>
      </w:pPr>
      <w:r/>
      <w:hyperlink r:id="rId14">
        <w:r>
          <w:rPr>
            <w:color w:val="0000EE"/>
            <w:u w:val="single"/>
          </w:rPr>
          <w:t>https://www.visitberlin.de/de/event/berlin-lacht-2026</w:t>
        </w:r>
      </w:hyperlink>
      <w:r>
        <w:t xml:space="preserve"> - Berlin lacht! is an international street theatre festival that brings together a diverse range of performances, including theatre, circus, comedy, clowns, artists, magicians, dance, and music. The festival also features a beer garden, food trucks, urban gardening, upcycling city, and clean-up events. In 2026, the festival will take place from July 24 to August 23 at Washingtonplatz am Hauptbahnhof, and from August 26 to September 13 at Potsdamer Platz. For more details, visit the official website at berlin-lacht.de.</w:t>
      </w:r>
      <w:r/>
    </w:p>
    <w:p>
      <w:pPr>
        <w:pStyle w:val="ListNumber"/>
        <w:spacing w:line="240" w:lineRule="auto"/>
        <w:ind w:left="720"/>
      </w:pPr>
      <w:r/>
      <w:hyperlink r:id="rId13">
        <w:r>
          <w:rPr>
            <w:color w:val="0000EE"/>
            <w:u w:val="single"/>
          </w:rPr>
          <w:t>https://www.potsdamerplatz.de/en/events/csd-2026/</w:t>
        </w:r>
      </w:hyperlink>
      <w:r>
        <w:t xml:space="preserve"> - Potsdamer Platz is supporting the 48th Berlin Pride with an awareness booth, a wheelchair-accessible stand, and more. Christopher Street Day (CSD) reminds us that queer visibility and solidarity aren't a given, but rather the result of brave people who've been fighting for equality and freedom for centuries. During the parade, you'll find an awareness booth on Varian-Fry-Straße, where you can get support at any time. There's also a portable restroom available in the area, and on Potsdamer Straße, a wheelchair grandstand offers a barrier-free view of everything happening. For more information, visit the official website at potsdamerplatz.de.</w:t>
      </w:r>
      <w:r/>
    </w:p>
    <w:p>
      <w:pPr>
        <w:pStyle w:val="ListNumber"/>
        <w:spacing w:line="240" w:lineRule="auto"/>
        <w:ind w:left="720"/>
      </w:pPr>
      <w:r/>
      <w:hyperlink r:id="rId12">
        <w:r>
          <w:rPr>
            <w:color w:val="0000EE"/>
            <w:u w:val="single"/>
          </w:rPr>
          <w:t>https://www.tagesschau.de/inland/regional/berlin/rbb-berliner-csd-wird-erstmals-an-zwei-tagen-gefeiert-102.html</w:t>
        </w:r>
      </w:hyperlink>
      <w:r>
        <w:t xml:space="preserve"> - The 48th Berlin Christopher Street Day (CSD) will be celebrated over two days for the first time: on Friday, July 24, and Saturday, July 25, 2026. The programme includes a 'Drag-March' and a 'Democracy Night' at the Brandenburg Gate. The parade route will proceed from Leipziger Straße via Schöneberg to the Brandenburg Gate, with the finale on Straße des 17. Juni in front of the Brandenburg Gate. The organisers aim to make this year's CSD one of the largest demonstrations for diversity and human rights in Europe. For more details, visit the official website at csd-berlin.de.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erlineventsweekly.com/p/july-21-27-christopher-street-day" TargetMode="External"/><Relationship Id="rId10" Type="http://schemas.openxmlformats.org/officeDocument/2006/relationships/hyperlink" Target="https://www.visitberlin.de/en/event/christopher-street-day-2026" TargetMode="External"/><Relationship Id="rId11" Type="http://schemas.openxmlformats.org/officeDocument/2006/relationships/hyperlink" Target="https://www.berlin.de/en/events/2096878-2842498-csd-christopher-street-day.en.html" TargetMode="External"/><Relationship Id="rId12" Type="http://schemas.openxmlformats.org/officeDocument/2006/relationships/hyperlink" Target="https://www.tagesschau.de/inland/regional/berlin/rbb-berliner-csd-wird-erstmals-an-zwei-tagen-gefeiert-102.html" TargetMode="External"/><Relationship Id="rId13" Type="http://schemas.openxmlformats.org/officeDocument/2006/relationships/hyperlink" Target="https://www.potsdamerplatz.de/en/events/csd-2026/" TargetMode="External"/><Relationship Id="rId14" Type="http://schemas.openxmlformats.org/officeDocument/2006/relationships/hyperlink" Target="https://www.visitberlin.de/de/event/berlin-lacht-2026" TargetMode="External"/><Relationship Id="rId15" Type="http://schemas.openxmlformats.org/officeDocument/2006/relationships/hyperlink" Target="https://berlin-lacht.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