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Cabaret Movie Nights in Dallas: See Cabaret at The Texas Theatre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Cabaret on the big screen this Friday at The Texas Theatre, then stick around for a live queer cabaret , a festive start to a six‑month CinéWilde season celebrating 1920s‑inspired films and queer resistance, with tickets from $12.50 for members.</w:t>
      </w:r>
      <w:r/>
    </w:p>
    <w:p>
      <w:r/>
      <w:r>
        <w:t>Essential Takeaways</w:t>
      </w:r>
      <w:r/>
      <w:r/>
    </w:p>
    <w:p>
      <w:pPr>
        <w:pStyle w:val="ListBullet"/>
        <w:spacing w:line="240" w:lineRule="auto"/>
        <w:ind w:left="720"/>
      </w:pPr>
      <w:r/>
      <w:r>
        <w:rPr>
          <w:b/>
        </w:rPr>
        <w:t>When and where:</w:t>
      </w:r>
      <w:r>
        <w:t xml:space="preserve"> The Texas Theatre screens Cabaret this Friday as part of its new CinéWilde season.</w:t>
      </w:r>
      <w:r/>
    </w:p>
    <w:p>
      <w:pPr>
        <w:pStyle w:val="ListBullet"/>
        <w:spacing w:line="240" w:lineRule="auto"/>
        <w:ind w:left="720"/>
      </w:pPr>
      <w:r/>
      <w:r>
        <w:rPr>
          <w:b/>
        </w:rPr>
        <w:t>Ticket price:</w:t>
      </w:r>
      <w:r>
        <w:t xml:space="preserve"> General admission $13.50, members $12.50 , affordable and theatre‑supportive.</w:t>
      </w:r>
      <w:r/>
    </w:p>
    <w:p>
      <w:pPr>
        <w:pStyle w:val="ListBullet"/>
        <w:spacing w:line="240" w:lineRule="auto"/>
        <w:ind w:left="720"/>
      </w:pPr>
      <w:r/>
      <w:r>
        <w:rPr>
          <w:b/>
        </w:rPr>
        <w:t>Double bill:</w:t>
      </w:r>
      <w:r>
        <w:t xml:space="preserve"> Film followed immediately by a live cabaret performance featuring local queer artists, energetic and intimate.</w:t>
      </w:r>
      <w:r/>
    </w:p>
    <w:p>
      <w:pPr>
        <w:pStyle w:val="ListBullet"/>
        <w:spacing w:line="240" w:lineRule="auto"/>
        <w:ind w:left="720"/>
      </w:pPr>
      <w:r/>
      <w:r>
        <w:rPr>
          <w:b/>
        </w:rPr>
        <w:t>Why it matters:</w:t>
      </w:r>
      <w:r>
        <w:t xml:space="preserve"> Cabaret is a landmark musical that resonates with queer audiences; seeing it on a big screen is a communal experience.</w:t>
      </w:r>
      <w:r/>
    </w:p>
    <w:p>
      <w:pPr>
        <w:pStyle w:val="ListBullet"/>
        <w:spacing w:line="240" w:lineRule="auto"/>
        <w:ind w:left="720"/>
      </w:pPr>
      <w:r/>
      <w:r>
        <w:rPr>
          <w:b/>
        </w:rPr>
        <w:t>Atmosphere:</w:t>
      </w:r>
      <w:r>
        <w:t xml:space="preserve"> Expect theatrical glamour, a slightly risqué vibe and a communal sing‑along energy.</w:t>
      </w:r>
      <w:r/>
      <w:r/>
    </w:p>
    <w:p>
      <w:pPr>
        <w:pStyle w:val="Heading2"/>
      </w:pPr>
      <w:r>
        <w:t>A classic film, seen properly: why the big screen still matters</w:t>
      </w:r>
      <w:r/>
    </w:p>
    <w:p>
      <w:r/>
      <w:r>
        <w:t>There’s something indulgent about watching Cabaret in a darkened theatre , the film’s saturated colours and Liza Minnelli’s electrifying presence feel larger than life. According to the Coolidge Corner Theatre’s programming notes, theatrical presentations of classic films reveal details you miss at home, from set textures to the crowd’s breathing between songs. If you love cinema that’s loud and immediate, this is the way to see it.</w:t>
      </w:r>
      <w:r/>
    </w:p>
    <w:p>
      <w:r/>
      <w:r>
        <w:t>The Texas Theatre is leaning into that idea with CinéWilde, a season inspired by the 1920s and devoted to films that echo queer resistance. Seeing Cabaret in that context makes it more than nostalgia; it’s a cultural conversation starter. If you’re planning to go, arrive early for a good seat and a clear view of every glittering close‑up.</w:t>
      </w:r>
      <w:r/>
    </w:p>
    <w:p>
      <w:pPr>
        <w:pStyle w:val="Heading2"/>
      </w:pPr>
      <w:r>
        <w:t>It’s a night of two acts: film then live cabaret</w:t>
      </w:r>
      <w:r/>
    </w:p>
    <w:p>
      <w:r/>
      <w:r>
        <w:t>The screening doesn’t end when the credits roll , the organisers are hosting a live cabaret right after, performed by local queer artists. That format echoes the Reel Queer Cabaret events staged in other cities, where film and live performance mix to give audiences a payoff that’s both cinematic and immediate.</w:t>
      </w:r>
      <w:r/>
    </w:p>
    <w:p>
      <w:r/>
      <w:r>
        <w:t>Think of it as a theatrical double bill: a dramatic, polished movie, then spontaneous, club‑style performances that play off the film’s mood. If you’re the social type, this is the perfect night to mingle, applaud, and maybe discover a favourite new performer.</w:t>
      </w:r>
      <w:r/>
    </w:p>
    <w:p>
      <w:pPr>
        <w:pStyle w:val="Heading2"/>
      </w:pPr>
      <w:r>
        <w:t>Why Cabaret still speaks to queer audiences</w:t>
      </w:r>
      <w:r/>
    </w:p>
    <w:p>
      <w:r/>
      <w:r>
        <w:t>Cabaret’s mix of flamboyance, danger and defiant joy has kept it relevant for decades. Publications like Queerty and theatre companies that recreate Kit Kat Club productions underline how the show’s energy , and its political undertones , continue to resonate. For many LGBTQ+ viewers, watching Cabaret now feels both celebratory and necessary: it’s about survival through performance.</w:t>
      </w:r>
      <w:r/>
    </w:p>
    <w:p>
      <w:r/>
      <w:r>
        <w:t>If you haven’t seen it on the big screen, expect to be moved by Minnelli’s vocals and Joel Grey’s unsettling Master of Ceremonies. And bring a friend: the communal moments , laughter, applause, a well‑timed gasp , make the experience.</w:t>
      </w:r>
      <w:r/>
    </w:p>
    <w:p>
      <w:pPr>
        <w:pStyle w:val="Heading2"/>
      </w:pPr>
      <w:r>
        <w:t>Practical tips: tickets, timing and what to expect</w:t>
      </w:r>
      <w:r/>
    </w:p>
    <w:p>
      <w:r/>
      <w:r>
        <w:t>Tickets are priced at $13.50, with a $12.50 rate for Texas Theatre members, which keeps it one of the more affordable nights out. Buy in advance if you want a central seat; this event pairs a classic film with live performance, so it’s likely to draw a crowd.</w:t>
      </w:r>
      <w:r/>
    </w:p>
    <w:p>
      <w:r/>
      <w:r>
        <w:t>Dress up if you feel like it , sequins and sharp blazers suit the show , but comfort matters too. If you’re sensitive to loud music or flashing lights, check in with the theatre in advance about sensory considerations. And don’t leave early: the cabaret starts right after the movie, so staying put gets you the full experience.</w:t>
      </w:r>
      <w:r/>
    </w:p>
    <w:p>
      <w:pPr>
        <w:pStyle w:val="Heading2"/>
      </w:pPr>
      <w:r>
        <w:t>What this season signals for Dallas arts</w:t>
      </w:r>
      <w:r/>
    </w:p>
    <w:p>
      <w:r/>
      <w:r>
        <w:t>The Texas Theatre’s CinéWilde series suggests a growing appetite for film programmes that foreground queer histories and live performance. Cities from London’s West End to local Dallas venues have shown there’s hunger for hybrid nights , part cinema, part nightlife , and this season is front and centre of that trend.</w:t>
      </w:r>
      <w:r/>
    </w:p>
    <w:p>
      <w:r/>
      <w:r>
        <w:t>Expect more themed screenings and collaborative events through the next six months. It’s a smart way to support local artists while enjoying cinema that’s meaningful and fun.</w:t>
      </w:r>
      <w:r/>
    </w:p>
    <w:p>
      <w:r/>
      <w:r>
        <w:t>It's a small ritual , film, applause, live song , that can make a Friday night feel like a proper night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https://hesaiddallas.com/2026/07/20/willkommen-bienvenue-welcome/</w:t>
        </w:r>
      </w:hyperlink>
      <w:r>
        <w:t xml:space="preserve"> - Please view link - unable to able to access data</w:t>
      </w:r>
      <w:r/>
    </w:p>
    <w:p>
      <w:pPr>
        <w:pStyle w:val="ListNumber"/>
        <w:spacing w:line="240" w:lineRule="auto"/>
        <w:ind w:left="720"/>
      </w:pPr>
      <w:r/>
      <w:hyperlink r:id="rId10">
        <w:r>
          <w:rPr>
            <w:color w:val="0000EE"/>
            <w:u w:val="single"/>
          </w:rPr>
          <w:t>https://www.storyhouse.com/whats-on/reel-queer-cabaret/</w:t>
        </w:r>
      </w:hyperlink>
      <w:r>
        <w:t xml:space="preserve"> - Storyhouse in Chester, UK, hosted a Reel Queer event featuring the 1972 film 'Cabaret' directed by Bob Fosse. The screening was part of their LGBTQIA+ Film Club and included a post-screening discussion. The film stars Liza Minnelli and Joel Grey, set in 1931 Berlin, depicting the rise of the Nazi party and the vibrant nightlife of the Kit Kat Klub. Tickets were priced at £8.90 for members and £9.90 for non-members. (</w:t>
      </w:r>
      <w:hyperlink r:id="rId16">
        <w:r>
          <w:rPr>
            <w:color w:val="0000EE"/>
            <w:u w:val="single"/>
          </w:rPr>
          <w:t>storyhouse.com</w:t>
        </w:r>
      </w:hyperlink>
      <w:r>
        <w:t>)</w:t>
      </w:r>
      <w:r/>
    </w:p>
    <w:p>
      <w:pPr>
        <w:pStyle w:val="ListNumber"/>
        <w:spacing w:line="240" w:lineRule="auto"/>
        <w:ind w:left="720"/>
      </w:pPr>
      <w:r/>
      <w:hyperlink r:id="rId15">
        <w:r>
          <w:rPr>
            <w:color w:val="0000EE"/>
            <w:u w:val="single"/>
          </w:rPr>
          <w:t>https://www.westend.com/shows/cabaret/</w:t>
        </w:r>
      </w:hyperlink>
      <w:r>
        <w:t xml:space="preserve"> - 'Cabaret' is being performed at the Kit Kat Club, a transformed Playhouse Theatre in London. This immersive production, directed by Rebecca Frecknall, has won seven Olivier Awards, including Best Musical Revival. Set in Berlin during the Weimar Republic, the show features the enigmatic Emcee and the story of American writer Clifford Bradshaw meeting English cabaret singer Sally Bowles. Tickets start from £42. (</w:t>
      </w:r>
      <w:hyperlink r:id="rId17">
        <w:r>
          <w:rPr>
            <w:color w:val="0000EE"/>
            <w:u w:val="single"/>
          </w:rPr>
          <w:t>westend.com</w:t>
        </w:r>
      </w:hyperlink>
      <w:r>
        <w:t>)</w:t>
      </w:r>
      <w:r/>
    </w:p>
    <w:p>
      <w:pPr>
        <w:pStyle w:val="ListNumber"/>
        <w:spacing w:line="240" w:lineRule="auto"/>
        <w:ind w:left="720"/>
      </w:pPr>
      <w:r/>
      <w:hyperlink r:id="rId12">
        <w:r>
          <w:rPr>
            <w:color w:val="0000EE"/>
            <w:u w:val="single"/>
          </w:rPr>
          <w:t>https://www.queerty.com/eddie-redmayne-leads-a-dazzling-dangerous-cabaret-at-the-kit-kat-club-20240421/</w:t>
        </w:r>
      </w:hyperlink>
      <w:r>
        <w:t xml:space="preserve"> - Eddie Redmayne stars as the Emcee in a reimagined 'Cabaret at the Kit Kat Club' on Broadway. This production, based on Christopher Isherwood's novel 'Goodbye to Berlin', offers a fresh take on the classic musical. The show has been praised for its innovative approach and Redmayne's performance. (</w:t>
      </w:r>
      <w:hyperlink r:id="rId18">
        <w:r>
          <w:rPr>
            <w:color w:val="0000EE"/>
            <w:u w:val="single"/>
          </w:rPr>
          <w:t>queerty.com</w:t>
        </w:r>
      </w:hyperlink>
      <w:r>
        <w:t>)</w:t>
      </w:r>
      <w:r/>
    </w:p>
    <w:p>
      <w:pPr>
        <w:pStyle w:val="ListNumber"/>
        <w:spacing w:line="240" w:lineRule="auto"/>
        <w:ind w:left="720"/>
      </w:pPr>
      <w:r/>
      <w:hyperlink r:id="rId13">
        <w:r>
          <w:rPr>
            <w:color w:val="0000EE"/>
            <w:u w:val="single"/>
          </w:rPr>
          <w:t>https://www.tdf.org/shows/21143/cabaret-at-the-kit-kat-club/</w:t>
        </w:r>
      </w:hyperlink>
      <w:r>
        <w:t xml:space="preserve"> - 'Cabaret at the Kit Kat Club' is a Broadway production directed by Rebecca Frecknall, running at the August Wilson Theatre. The show has received nine Tony Award nominations, including Best Musical Revival. The cast includes Marisha Wallace, Calvin Leon Smith, Steven Skybell, and Ellen Harvey. Tickets range from $65.75 to $483.65. (</w:t>
      </w:r>
      <w:hyperlink r:id="rId19">
        <w:r>
          <w:rPr>
            <w:color w:val="0000EE"/>
            <w:u w:val="single"/>
          </w:rPr>
          <w:t>tdf.org</w:t>
        </w:r>
      </w:hyperlink>
      <w:r>
        <w:t>)</w:t>
      </w:r>
      <w:r/>
    </w:p>
    <w:p>
      <w:pPr>
        <w:pStyle w:val="ListNumber"/>
        <w:spacing w:line="240" w:lineRule="auto"/>
        <w:ind w:left="720"/>
      </w:pPr>
      <w:r/>
      <w:hyperlink r:id="rId11">
        <w:r>
          <w:rPr>
            <w:color w:val="0000EE"/>
            <w:u w:val="single"/>
          </w:rPr>
          <w:t>https://coolidge.org/films/cabaret</w:t>
        </w:r>
      </w:hyperlink>
      <w:r>
        <w:t xml:space="preserve"> - The Coolidge Corner Theater in Boston screened the 1972 film 'Cabaret', directed by Bob Fosse. The film stars Liza Minnelli, Joel Grey, and Michael York, set in 1931 Berlin against the backdrop of the Nazi rise to power. The screening was part of the theater's Big Screen Classics series, highlighting groundbreaking films. (</w:t>
      </w:r>
      <w:hyperlink r:id="rId20">
        <w:r>
          <w:rPr>
            <w:color w:val="0000EE"/>
            <w:u w:val="single"/>
          </w:rPr>
          <w:t>coolidge.org</w:t>
        </w:r>
      </w:hyperlink>
      <w:r>
        <w:t>)</w:t>
      </w:r>
      <w:r/>
    </w:p>
    <w:p>
      <w:pPr>
        <w:pStyle w:val="ListNumber"/>
        <w:spacing w:line="240" w:lineRule="auto"/>
        <w:ind w:left="720"/>
      </w:pPr>
      <w:r/>
      <w:hyperlink r:id="rId14">
        <w:r>
          <w:rPr>
            <w:color w:val="0000EE"/>
            <w:u w:val="single"/>
          </w:rPr>
          <w:t>https://dctheatrescene.com/2015/05/18/a-smashing-trashy-cabaret-at-signature-review/</w:t>
        </w:r>
      </w:hyperlink>
      <w:r>
        <w:t xml:space="preserve"> - Signature Theatre's production of 'Cabaret' brings the Kit Kat Club to life with a decadent 1930s Berlin setting. Directed and choreographed by Matthew Gardiner, the show features Wesley Taylor as the Emcee. The production is praised for its immersive experience and vibrant performances. (</w:t>
      </w:r>
      <w:hyperlink r:id="rId21">
        <w:r>
          <w:rPr>
            <w:color w:val="0000EE"/>
            <w:u w:val="single"/>
          </w:rPr>
          <w:t>dctheatrescene.com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7/20/willkommen-bienvenue-welcome/" TargetMode="External"/><Relationship Id="rId10" Type="http://schemas.openxmlformats.org/officeDocument/2006/relationships/hyperlink" Target="https://www.storyhouse.com/whats-on/reel-queer-cabaret/" TargetMode="External"/><Relationship Id="rId11" Type="http://schemas.openxmlformats.org/officeDocument/2006/relationships/hyperlink" Target="https://coolidge.org/films/cabaret" TargetMode="External"/><Relationship Id="rId12" Type="http://schemas.openxmlformats.org/officeDocument/2006/relationships/hyperlink" Target="https://www.queerty.com/eddie-redmayne-leads-a-dazzling-dangerous-cabaret-at-the-kit-kat-club-20240421/" TargetMode="External"/><Relationship Id="rId13" Type="http://schemas.openxmlformats.org/officeDocument/2006/relationships/hyperlink" Target="https://www.tdf.org/shows/21143/cabaret-at-the-kit-kat-club/" TargetMode="External"/><Relationship Id="rId14" Type="http://schemas.openxmlformats.org/officeDocument/2006/relationships/hyperlink" Target="https://dctheatrescene.com/2015/05/18/a-smashing-trashy-cabaret-at-signature-review/" TargetMode="External"/><Relationship Id="rId15" Type="http://schemas.openxmlformats.org/officeDocument/2006/relationships/hyperlink" Target="https://www.westend.com/shows/cabaret/" TargetMode="External"/><Relationship Id="rId16" Type="http://schemas.openxmlformats.org/officeDocument/2006/relationships/hyperlink" Target="https://www.storyhouse.com/whats-on/reel-queer-cabaret/?utm_source=openai" TargetMode="External"/><Relationship Id="rId17" Type="http://schemas.openxmlformats.org/officeDocument/2006/relationships/hyperlink" Target="https://www.westend.com/shows/cabaret/?utm_source=openai" TargetMode="External"/><Relationship Id="rId18" Type="http://schemas.openxmlformats.org/officeDocument/2006/relationships/hyperlink" Target="https://www.queerty.com/eddie-redmayne-leads-a-dazzling-dangerous-cabaret-at-the-kit-kat-club-20240421/?utm_source=openai" TargetMode="External"/><Relationship Id="rId19" Type="http://schemas.openxmlformats.org/officeDocument/2006/relationships/hyperlink" Target="https://www.tdf.org/shows/21143/cabaret-at-the-kit-kat-club/?utm_source=openai" TargetMode="External"/><Relationship Id="rId20" Type="http://schemas.openxmlformats.org/officeDocument/2006/relationships/hyperlink" Target="https://coolidge.org/films/cabaret?utm_source=openai" TargetMode="External"/><Relationship Id="rId21" Type="http://schemas.openxmlformats.org/officeDocument/2006/relationships/hyperlink" Target="https://dctheatrescene.com/2015/05/18/a-smashing-trashy-cabaret-at-signature-review/?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