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Baltimore Weekend Events This July: Live Music, Pride, and Woodshed Fest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 what's buzzing this weekend in Baltimore and nearby , live sax from Walter Beasley, a Pride-in-July celebration at Columbia's Lakefront, and a new local-music Woodshed Fest at the Baltimore Museum of Industry. Plan a night out, a family-friendly stroll, or an all-day music fix.</w:t>
      </w:r>
      <w:r/>
    </w:p>
    <w:p>
      <w:r/>
      <w:r>
        <w:t>Essential Takeaways</w:t>
      </w:r>
      <w:r/>
      <w:r/>
    </w:p>
    <w:p>
      <w:pPr>
        <w:pStyle w:val="ListBullet"/>
        <w:spacing w:line="240" w:lineRule="auto"/>
        <w:ind w:left="720"/>
      </w:pPr>
      <w:r/>
      <w:r>
        <w:rPr>
          <w:b/>
        </w:rPr>
        <w:t>Walter Beasley headline:</w:t>
      </w:r>
      <w:r>
        <w:t xml:space="preserve"> Two nights at Keystone Korner featuring the award-winning saxophonist and singer; tickets range from $15–$55.</w:t>
      </w:r>
      <w:r/>
    </w:p>
    <w:p>
      <w:pPr>
        <w:pStyle w:val="ListBullet"/>
        <w:spacing w:line="240" w:lineRule="auto"/>
        <w:ind w:left="720"/>
      </w:pPr>
      <w:r/>
      <w:r>
        <w:rPr>
          <w:b/>
        </w:rPr>
        <w:t>Pride celebration:</w:t>
      </w:r>
      <w:r>
        <w:t xml:space="preserve"> Columbia Association's second annual Pride in July includes a parade, drag performances and dancing; the event is free and family-friendly.</w:t>
      </w:r>
      <w:r/>
    </w:p>
    <w:p>
      <w:pPr>
        <w:pStyle w:val="ListBullet"/>
        <w:spacing w:line="240" w:lineRule="auto"/>
        <w:ind w:left="720"/>
      </w:pPr>
      <w:r/>
      <w:r>
        <w:rPr>
          <w:b/>
        </w:rPr>
        <w:t>Woodshed Fest debut:</w:t>
      </w:r>
      <w:r>
        <w:t xml:space="preserve"> A new outdoor festival on July 26 at the Baltimore Museum of Industry showcasing Baltimore-based bands; tickets roughly $45–$90.</w:t>
      </w:r>
      <w:r/>
    </w:p>
    <w:p>
      <w:pPr>
        <w:pStyle w:val="ListBullet"/>
        <w:spacing w:line="240" w:lineRule="auto"/>
        <w:ind w:left="720"/>
      </w:pPr>
      <w:r/>
      <w:r>
        <w:rPr>
          <w:b/>
        </w:rPr>
        <w:t>Timing &amp; vibe:</w:t>
      </w:r>
      <w:r>
        <w:t xml:space="preserve"> Events span evenings and a weekend afternoon, offering everything from intimate jazz to upbeat community celebrations.</w:t>
      </w:r>
      <w:r/>
    </w:p>
    <w:p>
      <w:pPr>
        <w:pStyle w:val="ListBullet"/>
        <w:spacing w:line="240" w:lineRule="auto"/>
        <w:ind w:left="720"/>
      </w:pPr>
      <w:r/>
      <w:r>
        <w:rPr>
          <w:b/>
        </w:rPr>
        <w:t>Practical note:</w:t>
      </w:r>
      <w:r>
        <w:t xml:space="preserve"> Book Walter Beasley seats and Woodshed Fest tickets in advance; Pride in July is free but expect crowds near the Lakefront.</w:t>
      </w:r>
      <w:r/>
      <w:r/>
    </w:p>
    <w:p>
      <w:pPr>
        <w:pStyle w:val="Heading2"/>
      </w:pPr>
      <w:r>
        <w:t>Walter Beasley brings silky sax for two nights , intimate jazz energy</w:t>
      </w:r>
      <w:r/>
    </w:p>
    <w:p>
      <w:r/>
      <w:r>
        <w:t>If you like warm, melodic sax and smooth vocals, Walter Beasley at Keystone Korner promises a low‑lit, big‑mood evening. The venue’s compact size makes for a close-up experience , you’ll hear every breath and note with satisfying clarity. According to the club’s listings, Beasley is performing July 24 and 25 in two sets each night, which gives you flexibility if you want an early or late show. Tickets are modestly priced, so it’s an easy pick for a date night or a relaxed outing with friends. Book ahead if you want a table close to the stage, and bring an appetite for the club’s food and drink to round out the night.</w:t>
      </w:r>
      <w:r/>
    </w:p>
    <w:p>
      <w:pPr>
        <w:pStyle w:val="Heading2"/>
      </w:pPr>
      <w:r>
        <w:t>Pride in July at Columbia Lakefront , parade, drag and community warmth</w:t>
      </w:r>
      <w:r/>
    </w:p>
    <w:p>
      <w:r/>
      <w:r>
        <w:t>Columbia Association’s Lakefront Live series is hosting its second annual Pride in July, and it’s built to be celebratory and inclusive. The evening features a parade and community walk, then shifts to performances and dancing, creating a lively, open-air party vibe. The event is free, family-friendly and easy to reach from around Howard County, making it a great option if you want a colourful, communal scene without a big spend. Expect pop music, bold costumes and that warm, social feeling you get at neighbourhood festivals , bring a picnic blanket and be ready to join the dancing.</w:t>
      </w:r>
      <w:r/>
    </w:p>
    <w:p>
      <w:pPr>
        <w:pStyle w:val="Heading2"/>
      </w:pPr>
      <w:r>
        <w:t>Woodshed Fest , a new platform for Baltimore bands at the Museum of Industry</w:t>
      </w:r>
      <w:r/>
    </w:p>
    <w:p>
      <w:r/>
      <w:r>
        <w:t>Woodshed Fest arrives as an outdoor showcase for Baltimore‑based artists on July 26 at the Baltimore Museum of Industry, running through the early afternoon. It’s the kind of festival where you can discover a favourite new local act while enjoying waterfront views and museum grounds. Tickets sit in the $45–$90 range, which suggests multiple acts and on-site amenities. If you’re into supporting the local scene, this is one to book early and plan for sun protection and comfortable shoes , the festival atmosphere rewards wandering between stages and vendor tents. Expect a mix of styles and a strong community feel.</w:t>
      </w:r>
      <w:r/>
    </w:p>
    <w:p>
      <w:pPr>
        <w:pStyle w:val="Heading2"/>
      </w:pPr>
      <w:r>
        <w:t>How to pick your weekend , mix and match for a full local experience</w:t>
      </w:r>
      <w:r/>
    </w:p>
    <w:p>
      <w:r/>
      <w:r>
        <w:t>Want a calm evening followed by a lively day? Grab Walter Beasley for a mellow jazz start, then head to Woodshed Fest the next afternoon to soak up local talent. Prefer crowds and costume sparkle? Pride in July provides free, high-energy fun with community spirit. Keep logistics in mind: Keystone Korner has limited seating, Woodshed Fest is ticketed and outdoors, and the Lakefront can get busy, so allow extra time for parking and transit. Small choices , where to stand, whether to bring a chair, how long to stay , will shape how memorable the weekend feels.</w:t>
      </w:r>
      <w:r/>
    </w:p>
    <w:p>
      <w:pPr>
        <w:pStyle w:val="Heading2"/>
      </w:pPr>
      <w:r>
        <w:t>Looking ahead , local culture that keeps expanding</w:t>
      </w:r>
      <w:r/>
    </w:p>
    <w:p>
      <w:r/>
      <w:r>
        <w:t>These events show how Baltimore and its neighbours keep layering culture , established artists share bills with fresh local festivals and community celebrations. According to event listings, organisers are balancing ticketed showcases with free public programming, which is good news for varied budgets. If you value discovery and neighbourhood energy, these kinds of weekends will only get richer as new festivals like Woodshed establish themselves. Consider following venue and association pages to catch last‑minute changes or added acts.</w:t>
      </w:r>
      <w:r/>
    </w:p>
    <w:p>
      <w:r/>
      <w:r>
        <w:t>It's a small weekend, full of big notes and colourful moments , choose your mood and enjoy.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[5]</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9">
        <w:r>
          <w:rPr>
            <w:color w:val="0000EE"/>
            <w:u w:val="single"/>
          </w:rPr>
          <w:t>[5]</w:t>
        </w:r>
      </w:hyperlink>
      <w:r>
        <w:t xml:space="preserve">, </w:t>
      </w:r>
      <w:hyperlink r:id="rId9">
        <w:r>
          <w:rPr>
            <w:color w:val="0000EE"/>
            <w:u w:val="single"/>
          </w:rPr>
          <w:t>[6]</w:t>
        </w:r>
      </w:hyperlink>
      <w:r>
        <w:t xml:space="preserve">- Paragraph 4: </w:t>
      </w:r>
      <w:hyperlink r:id="rId9">
        <w:r>
          <w:rPr>
            <w:color w:val="0000EE"/>
            <w:u w:val="single"/>
          </w:rPr>
          <w:t>[7]</w:t>
        </w:r>
      </w:hyperlink>
      <w:r>
        <w:t xml:space="preserve">, </w:t>
      </w:r>
      <w:hyperlink r:id="rId10">
        <w:r>
          <w:rPr>
            <w:color w:val="0000EE"/>
            <w:u w:val="single"/>
          </w:rPr>
          <w:t>[2]</w:t>
        </w:r>
      </w:hyperlink>
      <w:r>
        <w:t xml:space="preserve">- Paragraph 5: </w:t>
      </w:r>
      <w:hyperlink r:id="rId9">
        <w:r>
          <w:rPr>
            <w:color w:val="0000EE"/>
            <w:u w:val="single"/>
          </w:rPr>
          <w:t>[5]</w:t>
        </w:r>
      </w:hyperlink>
      <w:r>
        <w:t xml:space="preserve">, </w:t>
      </w:r>
      <w:hyperlink r:id="rId9">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https://www.baltimorestyle.com/weekend-events-july-24-26/</w:t>
        </w:r>
      </w:hyperlink>
      <w:r>
        <w:t xml:space="preserve"> - Please view link - unable to able to access data</w:t>
      </w:r>
      <w:r/>
    </w:p>
    <w:p>
      <w:pPr>
        <w:pStyle w:val="ListNumber"/>
        <w:spacing w:line="240" w:lineRule="auto"/>
        <w:ind w:left="720"/>
      </w:pPr>
      <w:r/>
      <w:hyperlink r:id="rId10">
        <w:r>
          <w:rPr>
            <w:color w:val="0000EE"/>
            <w:u w:val="single"/>
          </w:rPr>
          <w:t>https://www.keystonekornerbaltimore.com/walter-beasley</w:t>
        </w:r>
      </w:hyperlink>
      <w:r>
        <w:t xml:space="preserve"> - Walter Beasley, an award-winning saxophonist and singer, is scheduled to perform at Keystone Korner Baltimore on July 24 and 25, 2026. The performances are set for 6:00 PM and 9:00 PM each night. Tickets are available for purchase on the venue's official website. Beasley is renowned for his contributions to contemporary jazz and has a significant following in the music community.</w:t>
      </w:r>
      <w:r/>
    </w:p>
    <w:p>
      <w:pPr>
        <w:pStyle w:val="ListNumber"/>
        <w:spacing w:line="240" w:lineRule="auto"/>
        <w:ind w:left="720"/>
      </w:pPr>
      <w:r/>
      <w:hyperlink r:id="rId11">
        <w:r>
          <w:rPr>
            <w:color w:val="0000EE"/>
            <w:u w:val="single"/>
          </w:rPr>
          <w:t>https://lakefront.columbiaassociation.org/featured-events</w:t>
        </w:r>
      </w:hyperlink>
      <w:r>
        <w:t xml:space="preserve"> - The Columbia Association is hosting the second annual Pride in July event on July 25, 2026, from 6:00 PM to 9:00 PM at the Downtown Columbia Lakefront. The event will feature a parade, community walk, drag performances, and a dance floor, celebrating LGBTQ+ pride. This event is free to attend and aims to foster community spirit and inclusivity.</w:t>
      </w:r>
      <w:r/>
    </w:p>
    <w:p>
      <w:pPr>
        <w:pStyle w:val="ListNumber"/>
        <w:spacing w:line="240" w:lineRule="auto"/>
        <w:ind w:left="720"/>
      </w:pPr>
      <w:r/>
      <w:hyperlink r:id="rId12">
        <w:r>
          <w:rPr>
            <w:color w:val="0000EE"/>
            <w:u w:val="single"/>
          </w:rPr>
          <w:t>https://www.eventbrite.com/e/lakefront-live-pride-in-july-tickets-1986560123807</w:t>
        </w:r>
      </w:hyperlink>
      <w:r>
        <w:t xml:space="preserve"> - Eventbrite is listing tickets for the Lakefront Live: Pride in July event, organised by the Columbia Association. Scheduled for July 25, 2026, from 6:00 PM to 9:00 PM at the Columbia Lakefront Stage, the event includes a parade, community walk, drag performances, and a dance floor. Tickets are available for purchase through Eventbrite.</w:t>
      </w:r>
      <w:r/>
    </w:p>
    <w:p>
      <w:pPr>
        <w:pStyle w:val="ListNumber"/>
        <w:spacing w:line="240" w:lineRule="auto"/>
        <w:ind w:left="720"/>
      </w:pPr>
      <w:r/>
      <w:hyperlink r:id="rId9">
        <w:r>
          <w:rPr>
            <w:color w:val="0000EE"/>
            <w:u w:val="single"/>
          </w:rPr>
          <w:t>https://www.baltimorestyle.com/weekend-events-july-24-26/</w:t>
        </w:r>
      </w:hyperlink>
      <w:r>
        <w:t xml:space="preserve"> - Baltimore Style magazine has published a guide to weekend events in Baltimore from July 24 to 26, 2026. The guide highlights various activities, including the Walter Beasley performances at Keystone Korner, the Pride in July event at the Columbia Lakefront, and the Woodshed Fest at the Baltimore Museum of Industry. The article provides details on each event, including dates, times, and ticket information.</w:t>
      </w:r>
      <w:r/>
    </w:p>
    <w:p>
      <w:pPr>
        <w:pStyle w:val="ListNumber"/>
        <w:spacing w:line="240" w:lineRule="auto"/>
        <w:ind w:left="720"/>
      </w:pPr>
      <w:r/>
      <w:hyperlink r:id="rId9">
        <w:r>
          <w:rPr>
            <w:color w:val="0000EE"/>
            <w:u w:val="single"/>
          </w:rPr>
          <w:t>https://www.baltimorestyle.com/weekend-events-july-24-26/</w:t>
        </w:r>
      </w:hyperlink>
      <w:r>
        <w:t xml:space="preserve"> - Baltimore Style magazine has published a guide to weekend events in Baltimore from July 24 to 26, 2026. The guide highlights various activities, including the Walter Beasley performances at Keystone Korner, the Pride in July event at the Columbia Lakefront, and the Woodshed Fest at the Baltimore Museum of Industry. The article provides details on each event, including dates, times, and ticket information.</w:t>
      </w:r>
      <w:r/>
    </w:p>
    <w:p>
      <w:pPr>
        <w:pStyle w:val="ListNumber"/>
        <w:spacing w:line="240" w:lineRule="auto"/>
        <w:ind w:left="720"/>
      </w:pPr>
      <w:r/>
      <w:hyperlink r:id="rId9">
        <w:r>
          <w:rPr>
            <w:color w:val="0000EE"/>
            <w:u w:val="single"/>
          </w:rPr>
          <w:t>https://www.baltimorestyle.com/weekend-events-july-24-26/</w:t>
        </w:r>
      </w:hyperlink>
      <w:r>
        <w:t xml:space="preserve"> - Baltimore Style magazine has published a guide to weekend events in Baltimore from July 24 to 26, 2026. The guide highlights various activities, including the Walter Beasley performances at Keystone Korner, the Pride in July event at the Columbia Lakefront, and the Woodshed Fest at the Baltimore Museum of Industry. The article provides details on each event, including dates, times, and ticket information.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altimorestyle.com/weekend-events-july-24-26/" TargetMode="External"/><Relationship Id="rId10" Type="http://schemas.openxmlformats.org/officeDocument/2006/relationships/hyperlink" Target="https://www.keystonekornerbaltimore.com/walter-beasley" TargetMode="External"/><Relationship Id="rId11" Type="http://schemas.openxmlformats.org/officeDocument/2006/relationships/hyperlink" Target="https://lakefront.columbiaassociation.org/featured-events" TargetMode="External"/><Relationship Id="rId12" Type="http://schemas.openxmlformats.org/officeDocument/2006/relationships/hyperlink" Target="https://www.eventbrite.com/e/lakefront-live-pride-in-july-tickets-198656012380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