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Queer, Not Gay, Still Matters: Understanding Identity and Power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Many people are rethinking labels , and why it matters who gets to define them. As queer and trans communities face political attacks, understanding the difference between "gay" and "queer" helps explain inclusion, history, and why language can be a form of protection and protest.</w:t>
      </w:r>
      <w:r/>
    </w:p>
    <w:p>
      <w:r/>
      <w:r>
        <w:t>Essential Takeaways</w:t>
      </w:r>
      <w:r/>
      <w:r/>
    </w:p>
    <w:p>
      <w:pPr>
        <w:pStyle w:val="ListBullet"/>
        <w:spacing w:line="240" w:lineRule="auto"/>
        <w:ind w:left="720"/>
      </w:pPr>
      <w:r/>
      <w:r>
        <w:rPr>
          <w:b/>
        </w:rPr>
        <w:t>Different meanings:</w:t>
      </w:r>
      <w:r>
        <w:t xml:space="preserve"> Gay usually refers to same-sex attraction, while queer is broader and more fluid, often covering identity, gender, and resistance.</w:t>
      </w:r>
      <w:r/>
    </w:p>
    <w:p>
      <w:pPr>
        <w:pStyle w:val="ListBullet"/>
        <w:spacing w:line="240" w:lineRule="auto"/>
        <w:ind w:left="720"/>
      </w:pPr>
      <w:r/>
      <w:r>
        <w:rPr>
          <w:b/>
        </w:rPr>
        <w:t>Historical weight:</w:t>
      </w:r>
      <w:r>
        <w:t xml:space="preserve"> Queer was reclaimed after Stonewall and now signals community, politics, and nonconformity.</w:t>
      </w:r>
      <w:r/>
    </w:p>
    <w:p>
      <w:pPr>
        <w:pStyle w:val="ListBullet"/>
        <w:spacing w:line="240" w:lineRule="auto"/>
        <w:ind w:left="720"/>
      </w:pPr>
      <w:r/>
      <w:r>
        <w:rPr>
          <w:b/>
        </w:rPr>
        <w:t>Emotional nuance:</w:t>
      </w:r>
      <w:r>
        <w:t xml:space="preserve"> For some, queer feels freeing and resilient; for others, gay feels safer or more specific.</w:t>
      </w:r>
      <w:r/>
    </w:p>
    <w:p>
      <w:pPr>
        <w:pStyle w:val="ListBullet"/>
        <w:spacing w:line="240" w:lineRule="auto"/>
        <w:ind w:left="720"/>
      </w:pPr>
      <w:r/>
      <w:r>
        <w:rPr>
          <w:b/>
        </w:rPr>
        <w:t>Safety and visibility:</w:t>
      </w:r>
      <w:r>
        <w:t xml:space="preserve"> Labels affect how people are perceived and protected; identity terms can influence access to services and care.</w:t>
      </w:r>
      <w:r/>
    </w:p>
    <w:p>
      <w:pPr>
        <w:pStyle w:val="ListBullet"/>
        <w:spacing w:line="240" w:lineRule="auto"/>
        <w:ind w:left="720"/>
      </w:pPr>
      <w:r/>
      <w:r>
        <w:rPr>
          <w:b/>
        </w:rPr>
        <w:t>Practical choice:</w:t>
      </w:r>
      <w:r>
        <w:t xml:space="preserve"> Pick words that fit your experience and context , and respect how others choose to name themselves.</w:t>
      </w:r>
      <w:r/>
      <w:r/>
    </w:p>
    <w:p>
      <w:pPr>
        <w:pStyle w:val="Heading2"/>
      </w:pPr>
      <w:r>
        <w:t>A word with a sting and a hug: why language carries emotion</w:t>
      </w:r>
      <w:r/>
    </w:p>
    <w:p>
      <w:r/>
      <w:r>
        <w:t>The first thing to know is that words feel as much as they mean; "gay" might come across as tidy and familiar, while "queer" can bite and embrace at the same time. Dictionary.com and Medical News Today note that queer has shifted from a slur into a reclaimed, inclusive term that covers sexual orientation and gender diversity. For many people, that shift is liberating because the word resists neat categories and the pressure to perform palatable conformity.</w:t>
      </w:r>
      <w:r/>
    </w:p>
    <w:p>
      <w:r/>
      <w:r>
        <w:t>That emotional charge is important. If a label makes you feel seen and safe, it's doing work beyond a definition. If it makes you feel boxed in or vulnerable, that's a signal too. Use the term that matches your experience, and allow others to do the same.</w:t>
      </w:r>
      <w:r/>
    </w:p>
    <w:p>
      <w:pPr>
        <w:pStyle w:val="Heading2"/>
      </w:pPr>
      <w:r>
        <w:t>History matters: reclamation, Stonewall, and political meaning</w:t>
      </w:r>
      <w:r/>
    </w:p>
    <w:p>
      <w:r/>
      <w:r>
        <w:t>Reclamation is central to queer's modern power. After the Stonewall Rebellion in 1969, activists and communities began taking back a term that had been used to wound them. Legal and cultural histories , from LGBT legal entries at Cornell Law to public health resources , show how queer transformed into a political idea as much as an identity marker. Saying "queer" has, for many, meant aligning with a tradition of resistance to policing, medical pathologisation, and rigid gender norms.</w:t>
      </w:r>
      <w:r/>
    </w:p>
    <w:p>
      <w:r/>
      <w:r>
        <w:t>That backstory explains why some people favour queer as a deliberate rejection of assimilationist expectations. It isn't only what you are attracted to; it's also how you relate to the world.</w:t>
      </w:r>
      <w:r/>
    </w:p>
    <w:p>
      <w:pPr>
        <w:pStyle w:val="Heading2"/>
      </w:pPr>
      <w:r>
        <w:t>Gay, queer , what's different in everyday life and services?</w:t>
      </w:r>
      <w:r/>
    </w:p>
    <w:p>
      <w:r/>
      <w:r>
        <w:t>Practical differences show up in clinics, schools, and policy. The CDC and sexual health groups explain that terminology matters for outreach and care: providers who understand a spectrum of identities are likelier to offer appropriate support. If someone uses "gay" to signal a specific same-sex attraction, service providers might miss aspects of gender fluidity or non-binary identity that "queer" would encompass.</w:t>
      </w:r>
      <w:r/>
    </w:p>
    <w:p>
      <w:r/>
      <w:r>
        <w:t>So when you're filling in forms, choosing a support group, or seeing a clinician, name the identity that best maps your needs. Organisations are increasingly adding open fields and "Q" options to be inclusive , a small change with meaningful consequences.</w:t>
      </w:r>
      <w:r/>
    </w:p>
    <w:p>
      <w:pPr>
        <w:pStyle w:val="Heading2"/>
      </w:pPr>
      <w:r>
        <w:t>When "gay" feels safer and when "queer" feels truer</w:t>
      </w:r>
      <w:r/>
    </w:p>
    <w:p>
      <w:r/>
      <w:r>
        <w:t>Labels can be weapons or shields. For some people, especially in hostile or conservative environments, saying "gay" is a pragmatic choice because it's more widely understood and can feel less threatening. For others , particularly people whose experiences cross gender and sexual boundaries, or who are committed to activism , "queer" signals refusal to be categorised by norms they don't accept.</w:t>
      </w:r>
      <w:r/>
    </w:p>
    <w:p>
      <w:r/>
      <w:r>
        <w:t>This is a personal calculus. If choosing a label reduces your risk or helps you access support, it's valid. If another label helps you live more authentically, that's valid too. Respecting both choices helps build community rather than policing language.</w:t>
      </w:r>
      <w:r/>
    </w:p>
    <w:p>
      <w:pPr>
        <w:pStyle w:val="Heading2"/>
      </w:pPr>
      <w:r>
        <w:t>How to navigate the conversation respectfully</w:t>
      </w:r>
      <w:r/>
    </w:p>
    <w:p>
      <w:r/>
      <w:r>
        <w:t>A few simple practices make these conversations easier. Ask people how they identify and use their words and pronouns. Learn basic definitions from trusted sources like the CDC or LGBTQ+ health organisations. Recognise the history behind terms , reclamation, activism, and lived experience shape why words matter. And remember that identities can change; language is a tool, not a verdict.</w:t>
      </w:r>
      <w:r/>
    </w:p>
    <w:p>
      <w:r/>
      <w:r>
        <w:t>This is also a moment to notice power: who gets to be visible, who benefits from palatability, and who must still fight for basic rights. Language can be a comfort , and an act of solidarity.</w:t>
      </w:r>
      <w:r/>
    </w:p>
    <w:p>
      <w:r/>
      <w:r>
        <w:t>It's a small change to your vocabulary that can mean a lot to someone living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14">
        <w:r>
          <w:rPr>
            <w:color w:val="0000EE"/>
            <w:u w:val="single"/>
          </w:rPr>
          <w:t>[3]</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https://www.advocate.com/opinion/queer-not-gay-op-ed</w:t>
        </w:r>
      </w:hyperlink>
      <w:r>
        <w:t xml:space="preserve"> - Please view link - unable to able to access data</w:t>
      </w:r>
      <w:r/>
    </w:p>
    <w:p>
      <w:pPr>
        <w:pStyle w:val="ListNumber"/>
        <w:spacing w:line="240" w:lineRule="auto"/>
        <w:ind w:left="720"/>
      </w:pPr>
      <w:r/>
      <w:hyperlink r:id="rId10">
        <w:r>
          <w:rPr>
            <w:color w:val="0000EE"/>
            <w:u w:val="single"/>
          </w:rPr>
          <w:t>https://www.dictionary.com/articles/queer-vs-gay</w:t>
        </w:r>
      </w:hyperlink>
      <w:r>
        <w:t xml:space="preserve"> - This article from Dictionary.com explores the distinctions between 'gay' and 'queer' within the LGBTQ+ community. It explains that 'gay' typically refers to individuals who are sexually and/or romantically attracted to people of their own sex or gender, while 'queer' is a broader term encompassing a spectrum of sexual orientations and gender identities that are not exclusively heterosexual or cisgender. The piece also discusses the reclamation of 'queer' from a derogatory slur to a term of empowerment, particularly after the 1969 Stonewall Rebellion.</w:t>
      </w:r>
      <w:r/>
    </w:p>
    <w:p>
      <w:pPr>
        <w:pStyle w:val="ListNumber"/>
        <w:spacing w:line="240" w:lineRule="auto"/>
        <w:ind w:left="720"/>
      </w:pPr>
      <w:r/>
      <w:hyperlink r:id="rId14">
        <w:r>
          <w:rPr>
            <w:color w:val="0000EE"/>
            <w:u w:val="single"/>
          </w:rPr>
          <w:t>https://www.cdc.gov/healthy-youth/lgbtq-youth/terminology.html</w:t>
        </w:r>
      </w:hyperlink>
      <w:r>
        <w:t xml:space="preserve"> - The Centers for Disease Control and Prevention (CDC) provides definitions of various terms related to sexual and gender identities. It defines 'gay' as a person who is attracted primarily to members of the same sex or gender, and 'queer' as a term used by some people whose sexual orientation is not exclusively heterosexual. The CDC notes that 'queer' is often used as an umbrella term for non-heteronormative or non-cisnormative identities and has been reclaimed by some LGBTQ+ individuals.</w:t>
      </w:r>
      <w:r/>
    </w:p>
    <w:p>
      <w:pPr>
        <w:pStyle w:val="ListNumber"/>
        <w:spacing w:line="240" w:lineRule="auto"/>
        <w:ind w:left="720"/>
      </w:pPr>
      <w:r/>
      <w:hyperlink r:id="rId11">
        <w:r>
          <w:rPr>
            <w:color w:val="0000EE"/>
            <w:u w:val="single"/>
          </w:rPr>
          <w:t>https://www.medicalnewstoday.com/articles/what-does-queer-mean</w:t>
        </w:r>
      </w:hyperlink>
      <w:r>
        <w:t xml:space="preserve"> - Medical News Today discusses the term 'queer,' noting that it is used by some individuals to describe a sexual orientation or gender identity that is not heterosexual or cisgender. The article highlights the history of 'queer,' mentioning its evolution from a term meaning 'strange' to a derogatory slur, and its subsequent reclamation by the LGBTQ+ community in the 1980s and 1990s. It also emphasizes that while some embrace the term, others may still find it offensive.</w:t>
      </w:r>
      <w:r/>
    </w:p>
    <w:p>
      <w:pPr>
        <w:pStyle w:val="ListNumber"/>
        <w:spacing w:line="240" w:lineRule="auto"/>
        <w:ind w:left="720"/>
      </w:pPr>
      <w:r/>
      <w:hyperlink r:id="rId13">
        <w:r>
          <w:rPr>
            <w:color w:val="0000EE"/>
            <w:u w:val="single"/>
          </w:rPr>
          <w:t>https://www.law.cornell.edu/wex/lgbt</w:t>
        </w:r>
      </w:hyperlink>
      <w:r>
        <w:t xml:space="preserve"> - The Legal Information Institute (LII) at Cornell Law School provides an overview of the LGBTQIA+ acronym, explaining that 'queer' is an inclusive term reclaimed to represent non-heteronormative or non-cisnormative identities. The article notes that 'queer' serves as an umbrella term for diverse identities within the LGBTQIA+ community, encompassing various sexual orientations and gender identities beyond lesbian, gay, bisexual, and transgender.</w:t>
      </w:r>
      <w:r/>
    </w:p>
    <w:p>
      <w:pPr>
        <w:pStyle w:val="ListNumber"/>
        <w:spacing w:line="240" w:lineRule="auto"/>
        <w:ind w:left="720"/>
      </w:pPr>
      <w:r/>
      <w:hyperlink r:id="rId15">
        <w:r>
          <w:rPr>
            <w:color w:val="0000EE"/>
            <w:u w:val="single"/>
          </w:rPr>
          <w:t>https://www.ashasexualhealth.org/lgbtq/</w:t>
        </w:r>
      </w:hyperlink>
      <w:r>
        <w:t xml:space="preserve"> - The American Sexual Health Association (ASHA) explains that 'LGBTQ+' is an umbrella term used to describe people who may identify as lesbian, gay, bisexual, transgender, questioning, or queer. The 'Q' can also stand for questioning. The article provides definitions of these identities and emphasizes the diversity within the LGBTQ+ community, highlighting that the 'Q' in LGBTQ+ represents queer and more.</w:t>
      </w:r>
      <w:r/>
    </w:p>
    <w:p>
      <w:pPr>
        <w:pStyle w:val="ListNumber"/>
        <w:spacing w:line="240" w:lineRule="auto"/>
        <w:ind w:left="720"/>
      </w:pPr>
      <w:r/>
      <w:hyperlink r:id="rId12">
        <w:r>
          <w:rPr>
            <w:color w:val="0000EE"/>
            <w:u w:val="single"/>
          </w:rPr>
          <w:t>https://www.identiversity.org/topics/lgbtq-identities/the-q-in-lgbtq</w:t>
        </w:r>
      </w:hyperlink>
      <w:r>
        <w:t xml:space="preserve"> - Identiversity discusses the 'Q' in LGBTQ+, noting that 'queer' is a term that has evolved over time. Originally meaning 'strange' or 'odd,' it was later used as a derogatory term for sexual and gender minorities. In the 1990s, the term was reclaimed by the LGBTQ+ community as an umbrella term for non-heteronormative or non-cisnormative identities. The article emphasizes the importance of understanding the history and different uses of the term 'queer.'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opinion/queer-not-gay-op-ed" TargetMode="External"/><Relationship Id="rId10" Type="http://schemas.openxmlformats.org/officeDocument/2006/relationships/hyperlink" Target="https://www.dictionary.com/articles/queer-vs-gay" TargetMode="External"/><Relationship Id="rId11" Type="http://schemas.openxmlformats.org/officeDocument/2006/relationships/hyperlink" Target="https://www.medicalnewstoday.com/articles/what-does-queer-mean" TargetMode="External"/><Relationship Id="rId12" Type="http://schemas.openxmlformats.org/officeDocument/2006/relationships/hyperlink" Target="https://www.identiversity.org/topics/lgbtq-identities/the-q-in-lgbtq" TargetMode="External"/><Relationship Id="rId13" Type="http://schemas.openxmlformats.org/officeDocument/2006/relationships/hyperlink" Target="https://www.law.cornell.edu/wex/lgbt" TargetMode="External"/><Relationship Id="rId14" Type="http://schemas.openxmlformats.org/officeDocument/2006/relationships/hyperlink" Target="https://www.cdc.gov/healthy-youth/lgbtq-youth/terminology.html" TargetMode="External"/><Relationship Id="rId15" Type="http://schemas.openxmlformats.org/officeDocument/2006/relationships/hyperlink" Target="https://www.ashasexualhealth.org/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