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Omaha Is Honouring Gary West and the City’s Pride Legacy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a local legacy: Omaha Pride this year mixed bright parade floats with quiet remembrance for Gary West, the activist who helped start the city’s Pride in 1985 , and whose work still shapes community support, politics and youth services across the region.</w:t>
      </w:r>
      <w:r/>
    </w:p>
    <w:p>
      <w:r/>
      <w:r>
        <w:t>Essential Takeaways</w:t>
      </w:r>
      <w:r/>
      <w:r/>
    </w:p>
    <w:p>
      <w:pPr>
        <w:pStyle w:val="ListBullet"/>
        <w:spacing w:line="240" w:lineRule="auto"/>
        <w:ind w:left="720"/>
      </w:pPr>
      <w:r/>
      <w:r>
        <w:rPr>
          <w:b/>
        </w:rPr>
        <w:t>Historic roots:</w:t>
      </w:r>
      <w:r>
        <w:t xml:space="preserve"> Gary West was a central organiser of Omaha’s first Pride march in 1985, when only about 60 people took part and hostility was common. </w:t>
      </w:r>
      <w:r/>
    </w:p>
    <w:p>
      <w:pPr>
        <w:pStyle w:val="ListBullet"/>
        <w:spacing w:line="240" w:lineRule="auto"/>
        <w:ind w:left="720"/>
      </w:pPr>
      <w:r/>
      <w:r>
        <w:rPr>
          <w:b/>
        </w:rPr>
        <w:t>Visible growth:</w:t>
      </w:r>
      <w:r>
        <w:t xml:space="preserve"> This year’s parade featured more than 150 organisations and hundreds of participants, signalling a much safer, louder public celebration. </w:t>
      </w:r>
      <w:r/>
    </w:p>
    <w:p>
      <w:pPr>
        <w:pStyle w:val="ListBullet"/>
        <w:spacing w:line="240" w:lineRule="auto"/>
        <w:ind w:left="720"/>
      </w:pPr>
      <w:r/>
      <w:r>
        <w:rPr>
          <w:b/>
        </w:rPr>
        <w:t>Community builder:</w:t>
      </w:r>
      <w:r>
        <w:t xml:space="preserve"> West opened his home, organised fundraisers and pushed for political change; his approach combined practical help with visible advocacy. </w:t>
      </w:r>
      <w:r/>
    </w:p>
    <w:p>
      <w:pPr>
        <w:pStyle w:val="ListBullet"/>
        <w:spacing w:line="240" w:lineRule="auto"/>
        <w:ind w:left="720"/>
      </w:pPr>
      <w:r/>
      <w:r>
        <w:rPr>
          <w:b/>
        </w:rPr>
        <w:t>Lasting impact:</w:t>
      </w:r>
      <w:r>
        <w:t xml:space="preserve"> Local leaders say West’s work built institutions and services that continue to support LGBTQ+ youth and adults today. </w:t>
      </w:r>
      <w:r/>
    </w:p>
    <w:p>
      <w:pPr>
        <w:pStyle w:val="ListBullet"/>
        <w:spacing w:line="240" w:lineRule="auto"/>
        <w:ind w:left="720"/>
      </w:pPr>
      <w:r/>
      <w:r>
        <w:rPr>
          <w:b/>
        </w:rPr>
        <w:t>Emotional resonance:</w:t>
      </w:r>
      <w:r>
        <w:t xml:space="preserve"> For long-time participants, Pride now feels more celebratory than confrontational , and that shift is often credited to activists like West.</w:t>
      </w:r>
      <w:r/>
      <w:r/>
    </w:p>
    <w:p>
      <w:pPr>
        <w:pStyle w:val="Heading2"/>
      </w:pPr>
      <w:r>
        <w:t>How a small, risky march became a lasting tradition</w:t>
      </w:r>
      <w:r/>
    </w:p>
    <w:p>
      <w:r/>
      <w:r>
        <w:t>The first Omaha Pride in 1985 was a gritty, nervous affair , about 60 people, walking despite shouted insults and the real fear of being targeted. One of the organisers, Gary West, chose visibility as strategy: turning what felt risky into something sustained and public. Over decades, those early, defiant steps became an annual rhythm. According to local chroniclers and archives, that shift from protest to public celebration didn’t erase the danger overnight, but it did change expectations about who belongs in public space. If you’re curious about how movements grow, look at the slow accumulation of marches, meetings and community homes that followed West’s early organising.</w:t>
      </w:r>
      <w:r/>
    </w:p>
    <w:p>
      <w:pPr>
        <w:pStyle w:val="Heading2"/>
      </w:pPr>
      <w:r>
        <w:t>What Pride looks like now in Omaha , louder, fuller, kinder</w:t>
      </w:r>
      <w:r/>
    </w:p>
    <w:p>
      <w:r/>
      <w:r>
        <w:t>This year’s parade drew over 150 organisations and hundreds of participants, a vivid contrast to the handful of groups in the 1980s. Floats, local businesses, youth groups and service providers now march side by side, and the tone is more jubilant than combative. Heartland Pride’s history shows how programming expanded beyond a single day into months of outreach and support. For locals, that’s not just about numbers; it’s the relief of hearing thanks from strangers in the street, rather than slurs or thrown objects. The parade’s growth is a visible marker of cultural change and of the safety net activists built.</w:t>
      </w:r>
      <w:r/>
    </w:p>
    <w:p>
      <w:pPr>
        <w:pStyle w:val="Heading2"/>
      </w:pPr>
      <w:r>
        <w:t>Gary West’s hands-on approach , why it mattered</w:t>
      </w:r>
      <w:r/>
    </w:p>
    <w:p>
      <w:r/>
      <w:r>
        <w:t>Friends and fellow activists remember West as someone who opened his home, organised fundraising drives and pushed for political engagement. He combined practical, day-to-day help with the bigger project of civic change. Organisations that support LGBTQ+ youth today often trace their roots to that kind of grassroots work: safe spaces, referrals, and community-led resources. The Omaha Women’s Fund and local archives note that activism which mixes care with advocacy tends to outlast flashier actions, because it builds relationships and infrastructure that survive leaders’ personal lives.</w:t>
      </w:r>
      <w:r/>
    </w:p>
    <w:p>
      <w:pPr>
        <w:pStyle w:val="Heading2"/>
      </w:pPr>
      <w:r>
        <w:t>How this legacy helps today’s LGBTQ+ youth and allies</w:t>
      </w:r>
      <w:r/>
    </w:p>
    <w:p>
      <w:r/>
      <w:r>
        <w:t>There’s a clear line from community organising in the 1980s to the services available now: counselling, youth programmes, and civic representation. Local nonprofits and archives document this evolution , from hidden networks to open, funded programmes. For parents, allies and young people, the lesson is practical: visibility creates resources. If you want to help, support local youth services, volunteer at events or donate to groups providing direct aid. Those small acts keep West’s model alive and ensure Pride isn’t only a parade but an ongoing support system.</w:t>
      </w:r>
      <w:r/>
    </w:p>
    <w:p>
      <w:pPr>
        <w:pStyle w:val="Heading2"/>
      </w:pPr>
      <w:r>
        <w:t>Remembering, and looking forward</w:t>
      </w:r>
      <w:r/>
    </w:p>
    <w:p>
      <w:r/>
      <w:r>
        <w:t>For many who marched alongside West, the best way to honour him is to keep participating: show up to parades, run fundraisers, vote in local races and make space for the next generation. Organisers say his impact will be felt by people who never met him, because the structures he helped build endure. That’s both a melancholic and hopeful thought: movements outlive leaders when they become part of a community’s fabric.</w:t>
      </w:r>
      <w:r/>
    </w:p>
    <w:p>
      <w:r/>
      <w:r>
        <w:t>It's a small change that can make every Pride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[3]</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https://www.ketv.com/article/omaha-pride-celebrates-legacy-of-lgbtq-advocate-gary-west/73178037</w:t>
        </w:r>
      </w:hyperlink>
      <w:r>
        <w:t xml:space="preserve"> - Please view link - unable to able to access data</w:t>
      </w:r>
      <w:r/>
    </w:p>
    <w:p>
      <w:pPr>
        <w:pStyle w:val="ListNumber"/>
        <w:spacing w:line="240" w:lineRule="auto"/>
        <w:ind w:left="720"/>
      </w:pPr>
      <w:r/>
      <w:hyperlink r:id="rId10">
        <w:r>
          <w:rPr>
            <w:color w:val="0000EE"/>
            <w:u w:val="single"/>
          </w:rPr>
          <w:t>https://www.lgbtqnation.com/2026/06/organizer-of-omahas-first-pride-march-in-1985-explains-how-much-things-have-changed/</w:t>
        </w:r>
      </w:hyperlink>
      <w:r>
        <w:t xml:space="preserve"> - This article discusses the evolution of Omaha's Pride celebrations, highlighting the experiences of Jim Gau, a veteran of the city's first Pride march in 1985. It contrasts the initial challenges faced by participants, such as limited attendance and societal opposition, with the current large-scale events that draw thousands of people. The piece underscores the significant progress in acceptance and visibility of the LGBTQ+ community in Omaha over the past four decades.</w:t>
      </w:r>
      <w:r/>
    </w:p>
    <w:p>
      <w:pPr>
        <w:pStyle w:val="ListNumber"/>
        <w:spacing w:line="240" w:lineRule="auto"/>
        <w:ind w:left="720"/>
      </w:pPr>
      <w:r/>
      <w:hyperlink r:id="rId15">
        <w:r>
          <w:rPr>
            <w:color w:val="0000EE"/>
            <w:u w:val="single"/>
          </w:rPr>
          <w:t>https://www.omahawomensfund.org/advocate-for-lgbtq-youth-during-pride-month/</w:t>
        </w:r>
      </w:hyperlink>
      <w:r>
        <w:t xml:space="preserve"> - This article from the Women's Fund of Omaha emphasizes the importance of advocating for LGBTQ+ youth during Pride Month. It highlights the need for inclusive and equitable health education to protect the well-being of LGBTQ+ youth and enable informed decisions about relationships. The piece also discusses the ongoing conversation at the Nebraska Board of Education regarding the inclusion of LGBTQ+ topics in health education standards.</w:t>
      </w:r>
      <w:r/>
    </w:p>
    <w:p>
      <w:pPr>
        <w:pStyle w:val="ListNumber"/>
        <w:spacing w:line="240" w:lineRule="auto"/>
        <w:ind w:left="720"/>
      </w:pPr>
      <w:r/>
      <w:hyperlink r:id="rId13">
        <w:r>
          <w:rPr>
            <w:color w:val="0000EE"/>
            <w:u w:val="single"/>
          </w:rPr>
          <w:t>https://www.nap.org/newsandevents/remembering-gary-west</w:t>
        </w:r>
      </w:hyperlink>
      <w:r>
        <w:t xml:space="preserve"> - The Nebraska AIDS Project (NAP) pays tribute to Gary West, a dedicated volunteer and supporter who significantly impacted the LGBTQ+ community. The article details his involvement with the Imperial Court of Nebraska (ICON), where he led fundraising efforts that supported organizations like NAP. It also highlights his role in preparing meals at NAP's Wellness Center and his continued community service until shortly before his passing.</w:t>
      </w:r>
      <w:r/>
    </w:p>
    <w:p>
      <w:pPr>
        <w:pStyle w:val="ListNumber"/>
        <w:spacing w:line="240" w:lineRule="auto"/>
        <w:ind w:left="720"/>
      </w:pPr>
      <w:r/>
      <w:hyperlink r:id="rId14">
        <w:r>
          <w:rPr>
            <w:color w:val="0000EE"/>
            <w:u w:val="single"/>
          </w:rPr>
          <w:t>https://www.omahawestrotary.org/Stories/welcome-gary-bren%21</w:t>
        </w:r>
      </w:hyperlink>
      <w:r>
        <w:t xml:space="preserve"> - This article introduces Gary Bren, a new member of the Rotary Club of Omaha West. It outlines his extensive involvement in community service, including his presidency of Omaha Downtown during its centennial year and his role as District Governor for District 5650. The piece also mentions his past board positions with the American Red Cross and the Leukemia &amp; Lymphoma Society, as well as his current board membership with Voices for Children.</w:t>
      </w:r>
      <w:r/>
    </w:p>
    <w:p>
      <w:pPr>
        <w:pStyle w:val="ListNumber"/>
        <w:spacing w:line="240" w:lineRule="auto"/>
        <w:ind w:left="720"/>
      </w:pPr>
      <w:r/>
      <w:hyperlink r:id="rId11">
        <w:r>
          <w:rPr>
            <w:color w:val="0000EE"/>
            <w:u w:val="single"/>
          </w:rPr>
          <w:t>https://queeromahaarchives.omeka.net/exhibits/show/lgbtq-subject/events/omahapride</w:t>
        </w:r>
      </w:hyperlink>
      <w:r>
        <w:t xml:space="preserve"> - This resource from the Queer Omaha Archives provides oral histories and interviews related to Omaha Pride events. It includes personal accounts from individuals involved in the LGBTQ+ community in Omaha, offering insights into the experiences and evolution of Pride celebrations in the city. The collection serves as a valuable tool for research and understanding the local LGBTQ+ history.</w:t>
      </w:r>
      <w:r/>
    </w:p>
    <w:p>
      <w:pPr>
        <w:pStyle w:val="ListNumber"/>
        <w:spacing w:line="240" w:lineRule="auto"/>
        <w:ind w:left="720"/>
      </w:pPr>
      <w:r/>
      <w:hyperlink r:id="rId12">
        <w:r>
          <w:rPr>
            <w:color w:val="0000EE"/>
            <w:u w:val="single"/>
          </w:rPr>
          <w:t>https://heartlandpride.org/history/</w:t>
        </w:r>
      </w:hyperlink>
      <w:r>
        <w:t xml:space="preserve"> - This page from Heartland Pride outlines the history of Pride celebrations in Omaha, beginning with the first Candlelight Pride Walk in 1985. It details the growth and development of the event, including the transition to an official Pride Parade and Festival in 1988, and the subsequent relocations to accommodate increasing attendance. The page highlights the contributions of various organizations and individuals in shaping Omaha's Pride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etv.com/article/omaha-pride-celebrates-legacy-of-lgbtq-advocate-gary-west/73178037" TargetMode="External"/><Relationship Id="rId10" Type="http://schemas.openxmlformats.org/officeDocument/2006/relationships/hyperlink" Target="https://www.lgbtqnation.com/2026/06/organizer-of-omahas-first-pride-march-in-1985-explains-how-much-things-have-changed/" TargetMode="External"/><Relationship Id="rId11" Type="http://schemas.openxmlformats.org/officeDocument/2006/relationships/hyperlink" Target="https://queeromahaarchives.omeka.net/exhibits/show/lgbtq-subject/events/omahapride" TargetMode="External"/><Relationship Id="rId12" Type="http://schemas.openxmlformats.org/officeDocument/2006/relationships/hyperlink" Target="https://heartlandpride.org/history/" TargetMode="External"/><Relationship Id="rId13" Type="http://schemas.openxmlformats.org/officeDocument/2006/relationships/hyperlink" Target="https://www.nap.org/newsandevents/remembering-gary-west" TargetMode="External"/><Relationship Id="rId14" Type="http://schemas.openxmlformats.org/officeDocument/2006/relationships/hyperlink" Target="https://www.omahawestrotary.org/Stories/welcome-gary-bren%21" TargetMode="External"/><Relationship Id="rId15" Type="http://schemas.openxmlformats.org/officeDocument/2006/relationships/hyperlink" Target="https://www.omahawomensfund.org/advocate-for-lgbtq-youth-during-pride-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