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San Diego Pride 2026 Moments — Pride Shines On in Hillcrest and Balboa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spectacle: thousands packed Hillcrest and Balboa Park for San Diego Pride’s “Pride Shines On” parade and festival, a colourful weekend of joy, protest and community that mattered more than ever in a fraught political moment. Here’s what stood out, who turned up, and why it still feels essential.</w:t>
      </w:r>
      <w:r/>
    </w:p>
    <w:p>
      <w:r/>
      <w:r>
        <w:t>Essential Takeaways</w:t>
      </w:r>
      <w:r/>
      <w:r/>
    </w:p>
    <w:p>
      <w:pPr>
        <w:pStyle w:val="ListBullet"/>
        <w:spacing w:line="240" w:lineRule="auto"/>
        <w:ind w:left="720"/>
      </w:pPr>
      <w:r/>
      <w:r>
        <w:rPr>
          <w:b/>
        </w:rPr>
        <w:t>Huge turnout:</w:t>
      </w:r>
      <w:r>
        <w:t xml:space="preserve"> Organisers estimate roughly a quarter-million attendees across events, with more than 200 community groups marching or riding floats. </w:t>
      </w:r>
      <w:r/>
    </w:p>
    <w:p>
      <w:pPr>
        <w:pStyle w:val="ListBullet"/>
        <w:spacing w:line="240" w:lineRule="auto"/>
        <w:ind w:left="720"/>
      </w:pPr>
      <w:r/>
      <w:r>
        <w:rPr>
          <w:b/>
        </w:rPr>
        <w:t>Top events:</w:t>
      </w:r>
      <w:r>
        <w:t xml:space="preserve"> The day began with a buoyant 5K Run + Walk of about 2,400 people, followed by the parade through Hillcrest and a weekend-long festival in Balboa Park. </w:t>
      </w:r>
      <w:r/>
    </w:p>
    <w:p>
      <w:pPr>
        <w:pStyle w:val="ListBullet"/>
        <w:spacing w:line="240" w:lineRule="auto"/>
        <w:ind w:left="720"/>
      </w:pPr>
      <w:r/>
      <w:r>
        <w:rPr>
          <w:b/>
        </w:rPr>
        <w:t>Visible organisers:</w:t>
      </w:r>
      <w:r>
        <w:t xml:space="preserve"> New executive director KishaLynn Elliott and board members emphasised safety and solidarity as national politics weigh on the community. </w:t>
      </w:r>
      <w:r/>
    </w:p>
    <w:p>
      <w:pPr>
        <w:pStyle w:val="ListBullet"/>
        <w:spacing w:line="240" w:lineRule="auto"/>
        <w:ind w:left="720"/>
      </w:pPr>
      <w:r/>
      <w:r>
        <w:rPr>
          <w:b/>
        </w:rPr>
        <w:t>Education presence:</w:t>
      </w:r>
      <w:r>
        <w:t xml:space="preserve"> Local school leaders and colleges promoted Pride centres and support resources for LGBTQ+ students, signalling institutional backing. </w:t>
      </w:r>
      <w:r/>
    </w:p>
    <w:p>
      <w:pPr>
        <w:pStyle w:val="ListBullet"/>
        <w:spacing w:line="240" w:lineRule="auto"/>
        <w:ind w:left="720"/>
      </w:pPr>
      <w:r/>
      <w:r>
        <w:rPr>
          <w:b/>
        </w:rPr>
        <w:t>Mixed mood:</w:t>
      </w:r>
      <w:r>
        <w:t xml:space="preserve"> Celebration and joy dominated, but many attendees framed the weekend as necessary resistance to recent hostile policies.</w:t>
      </w:r>
      <w:r/>
      <w:r/>
    </w:p>
    <w:p>
      <w:pPr>
        <w:pStyle w:val="Heading2"/>
      </w:pPr>
      <w:r>
        <w:t>A sunrise 5K set the tone , bubbles, cheers and queer joy</w:t>
      </w:r>
      <w:r/>
    </w:p>
    <w:p>
      <w:r/>
      <w:r>
        <w:t>The morning’s 5K Run + Walk felt like a festival warm-up, with runners met by cheering crowds and a steady shower of bubbles that made the route feel light and playful. Front Runners &amp; Walkers San Diego noted roughly 2,400 participants, and organisers said the race’s early start gave runners a boost that carried into the parade. That upbeat energy has become a beloved tradition, and for many it’s the most joyful way to kick off Pride Day , a communal, physical affirmation before the floats roll. If you’re planning to join next year, arrive early, bring sunscreen and expect a friendly, supportive crowd that turns a 5K into a proper block party.</w:t>
      </w:r>
      <w:r/>
    </w:p>
    <w:p>
      <w:pPr>
        <w:pStyle w:val="Heading2"/>
      </w:pPr>
      <w:r>
        <w:t>Parade through Hillcrest: spectacle and solidarity in equal measure</w:t>
      </w:r>
      <w:r/>
    </w:p>
    <w:p>
      <w:r/>
      <w:r>
        <w:t>Hillcrest’s parade remained the heartbeat of the weekend, with more than 200 groups marching or riding floats and huge crowds lining University Avenue. Organisers and long-time attendees said the route felt both celebratory and pointed, as legal advocates who’ve fought for LGBTQ+ rights took the marshalling role. There’s a sense that Pride has grown beyond a single march into the city’s major summer gathering , loud, colourful and necessary. If you want the best views, stake out a spot near the start of the route or follow the floats on foot through the neighbourhood to catch the most vibrant moments.</w:t>
      </w:r>
      <w:r/>
    </w:p>
    <w:p>
      <w:pPr>
        <w:pStyle w:val="Heading2"/>
      </w:pPr>
      <w:r>
        <w:t>Politics in the background , why “Pride Shines On” resonated this year</w:t>
      </w:r>
      <w:r/>
    </w:p>
    <w:p>
      <w:r/>
      <w:r>
        <w:t>The festival’s theme cut through the confetti: many attendees described Pride as a safe place amid a less safe political climate. Board members and volunteers framed the weekend as a mixture of joy and defiant care, with organisers explicitly responding to policies seen as hostile to LGBTQ+ people. That dynamic made the celebration feel like both a party and a protest , a reminder that public gatherings can be restorative and politically meaningful. For anyone attending, it’s worth packing patience and purpose: Pride is as much about connection as it is about spectacle.</w:t>
      </w:r>
      <w:r/>
    </w:p>
    <w:p>
      <w:pPr>
        <w:pStyle w:val="Heading2"/>
      </w:pPr>
      <w:r>
        <w:t>Schools and colleges stepped up , visible campus support mattered</w:t>
      </w:r>
      <w:r/>
    </w:p>
    <w:p>
      <w:r/>
      <w:r>
        <w:t>Leaders from local education institutions turned up to show support, noting that campuses now host Pride centres and other student resources. Representatives from public districts and private schools emphasised efforts to make students feel safe expressing the full spectrum of gender and identity. Those statements matter on the ground, especially for young people facing anxiety about national debates over curriculum and access to care. If you’re a student or parent, check your campus’s support offerings before the school year and connect with Pride centres for resources and community programming.</w:t>
      </w:r>
      <w:r/>
    </w:p>
    <w:p>
      <w:pPr>
        <w:pStyle w:val="Heading2"/>
      </w:pPr>
      <w:r>
        <w:t>What people carried home , reflections on joy, resilience and community</w:t>
      </w:r>
      <w:r/>
    </w:p>
    <w:p>
      <w:r/>
      <w:r>
        <w:t>Conversations across the festival revealed a common thread: attendees wanted to relish queer joy without ignoring the stakes. Long-time participants said Pride has always been about visibility and love, and this year felt like a reminder to celebrate togetherness in public. Newcomers and recent allies noted that the welcoming atmosphere can be transformative, offering a visible mirror for those still finding their place. It’s worth remembering that small, public acts of celebration can have big emotional payoffs , bring friends, pace yourself and soak up the connection.</w:t>
      </w:r>
      <w:r/>
    </w:p>
    <w:p>
      <w:r/>
      <w:r>
        <w:t>It's a small, powerful reminder that public celebration and community care still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https://timesofsandiego.com/life/2026/07/18/love-always-wins-sd-pride-shines-on-in-an-uncertain-political-environment/</w:t>
        </w:r>
      </w:hyperlink>
      <w:r>
        <w:t xml:space="preserve"> - Please view link - unable to able to access data</w:t>
      </w:r>
      <w:r/>
    </w:p>
    <w:p>
      <w:pPr>
        <w:pStyle w:val="ListNumber"/>
        <w:spacing w:line="240" w:lineRule="auto"/>
        <w:ind w:left="720"/>
      </w:pPr>
      <w:r/>
      <w:hyperlink r:id="rId10">
        <w:r>
          <w:rPr>
            <w:color w:val="0000EE"/>
            <w:u w:val="single"/>
          </w:rPr>
          <w:t>https://www.axios.com/local/san-diego/2026/07/17/san-diego-pride-2026-hillcrest-festival-new-vip-marketplace-parade</w:t>
        </w:r>
      </w:hyperlink>
      <w:r>
        <w:t xml:space="preserve"> - The 52nd San Diego Pride Festival, held in Hillcrest, attracted around 250,000 attendees. Notable updates included an elevated VIP area offering enhanced views of the main stage and the return of the Queer Locals Marketplace, featuring LGBTQ artisans and entrepreneurs. Despite ongoing construction on University Avenue, the festivities proceeded without affecting the parade route. The event weekend featured the Spirit of Stonewall Rally, a Pride 5K run, a parade, and a two-day festival, underscoring the community's resilience and unity in the face of political challenges.</w:t>
      </w:r>
      <w:r/>
    </w:p>
    <w:p>
      <w:pPr>
        <w:pStyle w:val="ListNumber"/>
        <w:spacing w:line="240" w:lineRule="auto"/>
        <w:ind w:left="720"/>
      </w:pPr>
      <w:r/>
      <w:hyperlink r:id="rId11">
        <w:r>
          <w:rPr>
            <w:color w:val="0000EE"/>
            <w:u w:val="single"/>
          </w:rPr>
          <w:t>https://www.axios.com/local/san-diego/2026/07/16/san-diego-weekend-events-july-17-19-pride-del-mar-opening-day-over-the-line</w:t>
        </w:r>
      </w:hyperlink>
      <w:r>
        <w:t xml:space="preserve"> - San Diego's weekend from July 17–19, 2026, was highlighted by the San Diego Pride festivities, one of the nation's largest Pride celebrations. The weekend also featured the Del Mar Opening Day, marking the start of the thoroughbred racing season with fashion, trackside entertainment, and races at Del Mar Racetrack. Additional events included the 73rd Annual Over-the-Line Tournament on Fiesta Island, the 6th Annual Filipino American Friendship Festival at Liberty Station, and various family-friendly activities, showcasing the city's vibrant cultural scene.</w:t>
      </w:r>
      <w:r/>
    </w:p>
    <w:p>
      <w:pPr>
        <w:pStyle w:val="ListNumber"/>
        <w:spacing w:line="240" w:lineRule="auto"/>
        <w:ind w:left="720"/>
      </w:pPr>
      <w:r/>
      <w:hyperlink r:id="rId14">
        <w:r>
          <w:rPr>
            <w:color w:val="0000EE"/>
            <w:u w:val="single"/>
          </w:rPr>
          <w:t>https://sdpride.org/pride/</w:t>
        </w:r>
      </w:hyperlink>
      <w:r>
        <w:t xml:space="preserve"> - San Diego Pride 2026, themed 'Pride Shines On', took place from July 11–19, 2026. The event featured the Dyke March, an interfaith Pride celebration at St. Paul's Episcopal Cathedral, the Spirit of Stonewall Rally, the Pride Parade, the Pride 5K Run &amp; Walk, and the Pride Festival. The festival celebrated diversity and inclusion in Balboa Park with community resources, queer-owned businesses, and multiple entertainment zones. The event aimed to foster pride, equality, and respect for all LGBTQIA+ communities.</w:t>
      </w:r>
      <w:r/>
    </w:p>
    <w:p>
      <w:pPr>
        <w:pStyle w:val="ListNumber"/>
        <w:spacing w:line="240" w:lineRule="auto"/>
        <w:ind w:left="720"/>
      </w:pPr>
      <w:r/>
      <w:hyperlink r:id="rId13">
        <w:r>
          <w:rPr>
            <w:color w:val="0000EE"/>
            <w:u w:val="single"/>
          </w:rPr>
          <w:t>https://www.sdccd.edu/about/pride.aspx</w:t>
        </w:r>
      </w:hyperlink>
      <w:r>
        <w:t xml:space="preserve"> - The San Diego Community College District (SDCCD) participated in the annual San Diego Pride Parade on July 18, 2026. This marked the eighth year the district marched together as a contingent. The SDCCD has had a presence in the parade for over 40 years, demonstrating its commitment to supporting the LGBTQIA+ community. The parade is one of the largest in the country, with up to 100,000 spectators expected, and this year's theme was 'Pride Shines On'.</w:t>
      </w:r>
      <w:r/>
    </w:p>
    <w:p>
      <w:pPr>
        <w:pStyle w:val="ListNumber"/>
        <w:spacing w:line="240" w:lineRule="auto"/>
        <w:ind w:left="720"/>
      </w:pPr>
      <w:r/>
      <w:hyperlink r:id="rId15">
        <w:r>
          <w:rPr>
            <w:color w:val="0000EE"/>
            <w:u w:val="single"/>
          </w:rPr>
          <w:t>https://www.sandiego.gov/event/san-diego-pride-festival-2026?event-date=Saturday%2C+July+18%2C+2026%2C+12%3A00+-+10%3A00pm</w:t>
        </w:r>
      </w:hyperlink>
      <w:r>
        <w:t xml:space="preserve"> - The San Diego Pride Festival 2026 was held on Saturday, July 18, 2026, from 12:00 to 10:00 pm at Balboa Park. Formed in 1974, San Diego Pride has grown to become one of the largest Pride celebrations in the United States. The festival featured community resources, queer-owned businesses, and multiple entertainment zones, aiming to foster pride, equality, and respect for all LGBTQIA+ communities. The event was free to attend, with some activities requiring tickets.</w:t>
      </w:r>
      <w:r/>
    </w:p>
    <w:p>
      <w:pPr>
        <w:pStyle w:val="ListNumber"/>
        <w:spacing w:line="240" w:lineRule="auto"/>
        <w:ind w:left="720"/>
      </w:pPr>
      <w:r/>
      <w:hyperlink r:id="rId12">
        <w:r>
          <w:rPr>
            <w:color w:val="0000EE"/>
            <w:u w:val="single"/>
          </w:rPr>
          <w:t>https://sdpride.org/festival/</w:t>
        </w:r>
      </w:hyperlink>
      <w:r>
        <w:t xml:space="preserve"> - San Diego Pride's 2026 festival, themed 'Pride Shines On', took place on July 18–19, 2026, at Balboa Park. The festival celebrated diversity and inclusion with community resources, queer-owned businesses, and multiple entertainment zones. San Diego Pride, a registered 501(c)(3) non-profit organization, provides advocacy, community programs, and philanthropic efforts year-round. The festival aimed to build a brighter future for all by fostering pride, equality, and respect for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imesofsandiego.com/life/2026/07/18/love-always-wins-sd-pride-shines-on-in-an-uncertain-political-environment/" TargetMode="External"/><Relationship Id="rId10" Type="http://schemas.openxmlformats.org/officeDocument/2006/relationships/hyperlink" Target="https://www.axios.com/local/san-diego/2026/07/17/san-diego-pride-2026-hillcrest-festival-new-vip-marketplace-parade" TargetMode="External"/><Relationship Id="rId11" Type="http://schemas.openxmlformats.org/officeDocument/2006/relationships/hyperlink" Target="https://www.axios.com/local/san-diego/2026/07/16/san-diego-weekend-events-july-17-19-pride-del-mar-opening-day-over-the-line" TargetMode="External"/><Relationship Id="rId12" Type="http://schemas.openxmlformats.org/officeDocument/2006/relationships/hyperlink" Target="https://sdpride.org/festival/" TargetMode="External"/><Relationship Id="rId13" Type="http://schemas.openxmlformats.org/officeDocument/2006/relationships/hyperlink" Target="https://www.sdccd.edu/about/pride.aspx" TargetMode="External"/><Relationship Id="rId14" Type="http://schemas.openxmlformats.org/officeDocument/2006/relationships/hyperlink" Target="https://sdpride.org/pride/" TargetMode="External"/><Relationship Id="rId15" Type="http://schemas.openxmlformats.org/officeDocument/2006/relationships/hyperlink" Target="https://www.sandiego.gov/event/san-diego-pride-festival-2026?event-date=Saturday%2C+July+18%2C+2026%2C+12%3A00+-+10%3A00p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