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Roze Viering in Tilburg: Why These Churches Are Choosing an Inclusive Pink Service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faith communities that don’t just say “you’re welcome” , they mean it. In Tilburg, churches are staging a Roze Viering on Roze Maandag that openly blesses queer people, invites everyone to communion and aims to make worship feel genuinely inclusive rather than politely invisible.</w:t>
      </w:r>
      <w:r/>
      <w:r/>
    </w:p>
    <w:p>
      <w:pPr>
        <w:pStyle w:val="ListBullet"/>
        <w:spacing w:line="240" w:lineRule="auto"/>
        <w:ind w:left="720"/>
      </w:pPr>
      <w:r/>
      <w:r>
        <w:rPr>
          <w:b/>
        </w:rPr>
        <w:t>Who’s behind it:</w:t>
      </w:r>
      <w:r>
        <w:t xml:space="preserve"> local Catholic Norbertijnen, Ekklesia Tilburg and allied parishes are organising a Roze Viering for Roze Maandag. </w:t>
      </w:r>
      <w:r/>
    </w:p>
    <w:p>
      <w:pPr>
        <w:pStyle w:val="ListBullet"/>
        <w:spacing w:line="240" w:lineRule="auto"/>
        <w:ind w:left="720"/>
      </w:pPr>
      <w:r/>
      <w:r>
        <w:rPr>
          <w:b/>
        </w:rPr>
        <w:t>Open table:</w:t>
      </w:r>
      <w:r>
        <w:t xml:space="preserve"> communion and the sharing of bread and wine are explicitly open to everyone, creating a warm, tangible welcome. </w:t>
      </w:r>
      <w:r/>
    </w:p>
    <w:p>
      <w:pPr>
        <w:pStyle w:val="ListBullet"/>
        <w:spacing w:line="240" w:lineRule="auto"/>
        <w:ind w:left="720"/>
      </w:pPr>
      <w:r/>
      <w:r>
        <w:rPr>
          <w:b/>
        </w:rPr>
        <w:t>Visible inclusion:</w:t>
      </w:r>
      <w:r>
        <w:t xml:space="preserve"> organisers say this is about more than tolerance , it’s about celebrating diversity so queer people don’t have to hide. </w:t>
      </w:r>
      <w:r/>
    </w:p>
    <w:p>
      <w:pPr>
        <w:pStyle w:val="ListBullet"/>
        <w:spacing w:line="240" w:lineRule="auto"/>
        <w:ind w:left="720"/>
      </w:pPr>
      <w:r/>
      <w:r>
        <w:rPr>
          <w:b/>
        </w:rPr>
        <w:t>Community reach:</w:t>
      </w:r>
      <w:r>
        <w:t xml:space="preserve"> the event is part of wider Tilburg Pride and Roze Maandag activities, linking faith with city-wide queer visibility. </w:t>
      </w:r>
      <w:r/>
      <w:r/>
    </w:p>
    <w:p>
      <w:pPr>
        <w:pStyle w:val="Heading2"/>
      </w:pPr>
      <w:r>
        <w:t>Why this Roze Viering feels different , and why that matters</w:t>
      </w:r>
      <w:r/>
    </w:p>
    <w:p>
      <w:r/>
      <w:r>
        <w:t>The opening idea is simple but striking: don’t merely tolerate queerness, celebrate it. Service organisers, including a pastoral worker from the Norbertijnen and the leader of Ekklesia Tilburg, say the traditional line “you’re welcome” can ring hollow when people are effectively asked to keep quiet about who they are. This Roze Viering deliberately centers visible welcome , a small emotional relief for anyone who’s felt edged out in church spaces.</w:t>
      </w:r>
      <w:r/>
    </w:p>
    <w:p>
      <w:r/>
      <w:r>
        <w:t>The backstory matters. The event grew from prior local liturgies and conversations between open-minded clergy and queer congregants. For many participants, being openly married to a same-sex partner or simply attending without hiding feels like a reclamation of spiritual belonging. It’s also a practical nudge to other parishes: inclusion needn’t be abstract, it can be lived in a pew.</w:t>
      </w:r>
      <w:r/>
    </w:p>
    <w:p>
      <w:pPr>
        <w:pStyle w:val="Heading2"/>
      </w:pPr>
      <w:r>
        <w:t>Communion for all , a symbolic shift with practical consequences</w:t>
      </w:r>
      <w:r/>
    </w:p>
    <w:p>
      <w:r/>
      <w:r>
        <w:t>Organisers highlight that the sharing of bread and wine at this service is not symbolic rhetoric but a real change in practice. Where churches have historically excluded people for marital status or sexual orientation, the Roze Viering invites everyone to the table , literally. That acts as both a pastoral gesture and a public statement: everyone is invited to participate, and exceptions won’t be made to marginalise queer people.</w:t>
      </w:r>
      <w:r/>
    </w:p>
    <w:p>
      <w:r/>
      <w:r>
        <w:t>If you’re wondering how that plays out on the ground, expect a service shaped to encourage dialogue rather than a one-way sermon. It’s an accessible approach for anyone exploring the intersection of faith and gender or sexuality, and a clear signal that pastoral care will be offered without judgment.</w:t>
      </w:r>
      <w:r/>
    </w:p>
    <w:p>
      <w:pPr>
        <w:pStyle w:val="Heading2"/>
      </w:pPr>
      <w:r>
        <w:t>How this links to wider Tilburg Pride and city life</w:t>
      </w:r>
      <w:r/>
    </w:p>
    <w:p>
      <w:r/>
      <w:r>
        <w:t>The Roze Viering sits amid a cluster of Roze Maandag and Pride events across Tilburg, from celebratory street events to community hubs. By connecting worship to the festival, organisers create a bridge between spiritual life and civic visibility, showing faith can be part of queer culture rather than outside it.</w:t>
      </w:r>
      <w:r/>
    </w:p>
    <w:p>
      <w:r/>
      <w:r>
        <w:t>That link also matters because public attitudes aren’t static. Organisers note an uneasy trend: acceptance can ebb and flow, and faith communities reflect that. By staging a visible inclusive service, these churches hope to counter negative shifts and offer a steady, compassionate presence in the city calendar.</w:t>
      </w:r>
      <w:r/>
    </w:p>
    <w:p>
      <w:pPr>
        <w:pStyle w:val="Heading2"/>
      </w:pPr>
      <w:r>
        <w:t>Who’s organising and what their aims are</w:t>
      </w:r>
      <w:r/>
    </w:p>
    <w:p>
      <w:r/>
      <w:r>
        <w:t>A mix of parish workers and progressive congregational leaders are steering the Roze Viering. Some have personal experience marrying same-sex partners or supporting queer parishioners, and they bring that lived perspective into planning. Their aim is both pastoral and prophetic: provide a safe space for conversation and proclaim a faith that welcomes difference.</w:t>
      </w:r>
      <w:r/>
    </w:p>
    <w:p>
      <w:r/>
      <w:r>
        <w:t>They also want the conversation to keep going beyond Roze Maandag. Workshops, one-to-one pastoral chats and follow-up events are part of the ambition, so queer people wrestling with faith can find ongoing support rather than a one-off gesture.</w:t>
      </w:r>
      <w:r/>
    </w:p>
    <w:p>
      <w:pPr>
        <w:pStyle w:val="Heading2"/>
      </w:pPr>
      <w:r>
        <w:t>What to expect if you go , practical tips</w:t>
      </w:r>
      <w:r/>
    </w:p>
    <w:p>
      <w:r/>
      <w:r>
        <w:t>Expect a warm, low-threshold liturgy with invited participation, inclusive language and an emphasis on fellowship. If you’re attending for the first time, go as you are , organisers emphasise visibility matters, so there’s no need to hide. If you represent another church, consider this an open invitation: the organisers hope more parishes will join in future editions to broaden the welcome across the city.</w:t>
      </w:r>
      <w:r/>
    </w:p>
    <w:p>
      <w:r/>
      <w:r>
        <w:t>It’s a modest but real move: a church service that lets people be seen and blessed without caveats.</w:t>
      </w:r>
      <w:r/>
    </w:p>
    <w:p>
      <w:r/>
      <w:r>
        <w:t>It’s a small change that can make every pew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1">
        <w:r>
          <w:rPr>
            <w:color w:val="0000EE"/>
            <w:u w:val="single"/>
          </w:rPr>
          <w:t>[7]</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https://www.bd.nl/tilburg/niet-meer-je-mag-er-zijn-zolang-je-maar-niet-te-veel-laat-merken-wie-je-bent-deze-kerken-gaan-voor-een-roze-viering~abef3cfdd/</w:t>
        </w:r>
      </w:hyperlink>
      <w:r>
        <w:t xml:space="preserve"> - Please view link - unable to able to access data</w:t>
      </w:r>
      <w:r/>
    </w:p>
    <w:p>
      <w:pPr>
        <w:pStyle w:val="ListNumber"/>
        <w:spacing w:line="240" w:lineRule="auto"/>
        <w:ind w:left="720"/>
      </w:pPr>
      <w:r/>
      <w:hyperlink r:id="rId10">
        <w:r>
          <w:rPr>
            <w:color w:val="0000EE"/>
            <w:u w:val="single"/>
          </w:rPr>
          <w:t>https://tilburgwijzer.nl/evenementen/roze-maandag-viering/</w:t>
        </w:r>
      </w:hyperlink>
      <w:r>
        <w:t xml:space="preserve"> - The Norbertijnen Parochie in Tilburg is organising a 'Roze Maandag Viering' on July 20, 2026, at 11:30 AM in the Opstandingskerk. This service aims to provide a space for queer Christians to share their experiences and foster dialogue. The event is open to everyone, emphasising inclusivity and acceptance, aligning with the message that 'God loves everyone'.</w:t>
      </w:r>
      <w:r/>
    </w:p>
    <w:p>
      <w:pPr>
        <w:pStyle w:val="ListNumber"/>
        <w:spacing w:line="240" w:lineRule="auto"/>
        <w:ind w:left="720"/>
      </w:pPr>
      <w:r/>
      <w:hyperlink r:id="rId13">
        <w:r>
          <w:rPr>
            <w:color w:val="0000EE"/>
            <w:u w:val="single"/>
          </w:rPr>
          <w:t>https://tilburg.com/nieuws/every-1-united-roze-maandag-lanceert-meest-inclusieve-voetbalclub-ter-wereld/</w:t>
        </w:r>
      </w:hyperlink>
      <w:r>
        <w:t xml:space="preserve"> - In anticipation of Roze Maandag on July 20, 2026, Stichting Roze Maandag is launching the 'Every 1 United' campaign. This initiative introduces a fictional football club to highlight inclusivity and diversity, aiming to unite people of all backgrounds, genders, and sexual orientations. The campaign underscores the message that a team is only complete when everyone is included.</w:t>
      </w:r>
      <w:r/>
    </w:p>
    <w:p>
      <w:pPr>
        <w:pStyle w:val="ListNumber"/>
        <w:spacing w:line="240" w:lineRule="auto"/>
        <w:ind w:left="720"/>
      </w:pPr>
      <w:r/>
      <w:hyperlink r:id="rId14">
        <w:r>
          <w:rPr>
            <w:color w:val="0000EE"/>
            <w:u w:val="single"/>
          </w:rPr>
          <w:t>https://tilburgwijzer.nl/evenementen/lesbisch-lentefeest-hall-of-fame-3-juli-2026/</w:t>
        </w:r>
      </w:hyperlink>
      <w:r>
        <w:t xml:space="preserve"> - The Hall of Fame in Tilburg hosted the Lesbisch Lentefeest on July 3, 2026. This event celebrated the Brabant lesbian and queer community, offering a safe and inclusive space for individuals to express themselves. The evening featured music, workshops, and performances, fostering a sense of belonging and joy within the queer community.</w:t>
      </w:r>
      <w:r/>
    </w:p>
    <w:p>
      <w:pPr>
        <w:pStyle w:val="ListNumber"/>
        <w:spacing w:line="240" w:lineRule="auto"/>
        <w:ind w:left="720"/>
      </w:pPr>
      <w:r/>
      <w:hyperlink r:id="rId15">
        <w:r>
          <w:rPr>
            <w:color w:val="0000EE"/>
            <w:u w:val="single"/>
          </w:rPr>
          <w:t>https://www.intilburg.com/nl/eva</w:t>
        </w:r>
      </w:hyperlink>
      <w:r>
        <w:t xml:space="preserve"> - Eva, a member of the Tilburg queer community Qult, shares her experiences of the city's vibrant LGBTQ+ scene. She highlights the significance of Roze Maandag as a celebration of diversity and acceptance, and discusses the challenges faced by queer individuals in Tilburg, advocating for a more inclusive environment where everyone can be themselves.</w:t>
      </w:r>
      <w:r/>
    </w:p>
    <w:p>
      <w:pPr>
        <w:pStyle w:val="ListNumber"/>
        <w:spacing w:line="240" w:lineRule="auto"/>
        <w:ind w:left="720"/>
      </w:pPr>
      <w:r/>
      <w:hyperlink r:id="rId12">
        <w:r>
          <w:rPr>
            <w:color w:val="0000EE"/>
            <w:u w:val="single"/>
          </w:rPr>
          <w:t>https://www.tilburgpride.nl/missie-1</w:t>
        </w:r>
      </w:hyperlink>
      <w:r>
        <w:t xml:space="preserve"> - Stichting Tilburg Pride is dedicated to fostering an inclusive society where everyone can be themselves without fear of discrimination or violence. The organisation actively works towards increasing visibility, understanding, and acceptance of the LGBTQIA+ community by facilitating encounters and raising awareness through various activities and events.</w:t>
      </w:r>
      <w:r/>
    </w:p>
    <w:p>
      <w:pPr>
        <w:pStyle w:val="ListNumber"/>
        <w:spacing w:line="240" w:lineRule="auto"/>
        <w:ind w:left="720"/>
      </w:pPr>
      <w:r/>
      <w:hyperlink r:id="rId11">
        <w:r>
          <w:rPr>
            <w:color w:val="0000EE"/>
            <w:u w:val="single"/>
          </w:rPr>
          <w:t>https://www.rozemaandag.nl/</w:t>
        </w:r>
      </w:hyperlink>
      <w:r>
        <w:t xml:space="preserve"> - Roze Maandag, one of the largest LGBTQ+ celebrations in the Netherlands, takes place during the Tilburgse Kermis. The event focuses on visibility, acceptance, and celebrating diversity, with activities such as the Roze Maandag Express, various parties, and the Kerkdienst Roze Maandag viering, all promoting inclusivity and community spirit.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tilburg/niet-meer-je-mag-er-zijn-zolang-je-maar-niet-te-veel-laat-merken-wie-je-bent-deze-kerken-gaan-voor-een-roze-viering~abef3cfdd/" TargetMode="External"/><Relationship Id="rId10" Type="http://schemas.openxmlformats.org/officeDocument/2006/relationships/hyperlink" Target="https://tilburgwijzer.nl/evenementen/roze-maandag-viering/" TargetMode="External"/><Relationship Id="rId11" Type="http://schemas.openxmlformats.org/officeDocument/2006/relationships/hyperlink" Target="https://www.rozemaandag.nl/" TargetMode="External"/><Relationship Id="rId12" Type="http://schemas.openxmlformats.org/officeDocument/2006/relationships/hyperlink" Target="https://www.tilburgpride.nl/missie-1" TargetMode="External"/><Relationship Id="rId13" Type="http://schemas.openxmlformats.org/officeDocument/2006/relationships/hyperlink" Target="https://tilburg.com/nieuws/every-1-united-roze-maandag-lanceert-meest-inclusieve-voetbalclub-ter-wereld/" TargetMode="External"/><Relationship Id="rId14" Type="http://schemas.openxmlformats.org/officeDocument/2006/relationships/hyperlink" Target="https://tilburgwijzer.nl/evenementen/lesbisch-lentefeest-hall-of-fame-3-juli-2026/" TargetMode="External"/><Relationship Id="rId15" Type="http://schemas.openxmlformats.org/officeDocument/2006/relationships/hyperlink" Target="https://www.intilburg.com/nl/ev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