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Roze Maandag Tips for Enjoying Tilburg Fair Pride Walks and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your summer: shoppers, locals and visitors flock to Tilburg for Roze Maandag , a full day of visibility, music, performance and community that matters for everyone who wants to celebrate inclusion and fun. Here are practical tips and highlights to make the most of the Pride Walk, shows, meet-ups and the famous Roze Maandag Express.</w:t>
      </w:r>
      <w:r/>
    </w:p>
    <w:p>
      <w:r/>
      <w:r>
        <w:t>Essential Takeaways</w:t>
      </w:r>
      <w:r/>
      <w:r/>
    </w:p>
    <w:p>
      <w:pPr>
        <w:pStyle w:val="ListBullet"/>
        <w:spacing w:line="240" w:lineRule="auto"/>
        <w:ind w:left="720"/>
      </w:pPr>
      <w:r/>
      <w:r>
        <w:rPr>
          <w:b/>
        </w:rPr>
        <w:t>When and where:</w:t>
      </w:r>
      <w:r>
        <w:t xml:space="preserve"> Roze Maandag is on 20 July in Tilburg, with events across the city centre and the fairground; key meet-ups start from 09:30 and 11:30 up to early evening. </w:t>
      </w:r>
      <w:r/>
    </w:p>
    <w:p>
      <w:pPr>
        <w:pStyle w:val="ListBullet"/>
        <w:spacing w:line="240" w:lineRule="auto"/>
        <w:ind w:left="720"/>
      </w:pPr>
      <w:r/>
      <w:r>
        <w:rPr>
          <w:b/>
        </w:rPr>
        <w:t>Big parade moment:</w:t>
      </w:r>
      <w:r>
        <w:t xml:space="preserve"> </w:t>
      </w:r>
      <w:r>
        <w:rPr>
          <w:b/>
        </w:rPr>
        <w:t>Pride Walk</w:t>
      </w:r>
      <w:r>
        <w:t xml:space="preserve"> gathers by Tilburg station at 12:30 and sets off at 13:00, finishing around the fairground near Jupiler Bierplein , it’s open to everyone. </w:t>
      </w:r>
      <w:r/>
    </w:p>
    <w:p>
      <w:pPr>
        <w:pStyle w:val="ListBullet"/>
        <w:spacing w:line="240" w:lineRule="auto"/>
        <w:ind w:left="720"/>
      </w:pPr>
      <w:r/>
      <w:r>
        <w:rPr>
          <w:b/>
        </w:rPr>
        <w:t>Evening performance:</w:t>
      </w:r>
      <w:r>
        <w:t xml:space="preserve"> </w:t>
      </w:r>
      <w:r>
        <w:rPr>
          <w:b/>
        </w:rPr>
        <w:t>Striptopia at 013</w:t>
      </w:r>
      <w:r>
        <w:t xml:space="preserve"> is an adults-only two-hour show blending pole, drag and performance art , expect bold, theatrical expressions. </w:t>
      </w:r>
      <w:r/>
    </w:p>
    <w:p>
      <w:pPr>
        <w:pStyle w:val="ListBullet"/>
        <w:spacing w:line="240" w:lineRule="auto"/>
        <w:ind w:left="720"/>
      </w:pPr>
      <w:r/>
      <w:r>
        <w:rPr>
          <w:b/>
        </w:rPr>
        <w:t>Community meet-ups:</w:t>
      </w:r>
      <w:r>
        <w:t xml:space="preserve"> Organisations like Brabant Maatjes run a Film, Quiz &amp; Pride Walk programme for an inclusive, friendly morning and afternoon. </w:t>
      </w:r>
      <w:r/>
    </w:p>
    <w:p>
      <w:pPr>
        <w:pStyle w:val="ListBullet"/>
        <w:spacing w:line="240" w:lineRule="auto"/>
        <w:ind w:left="720"/>
      </w:pPr>
      <w:r/>
      <w:r>
        <w:rPr>
          <w:b/>
        </w:rPr>
        <w:t>Unique transport:</w:t>
      </w:r>
      <w:r>
        <w:t xml:space="preserve"> The Roze Maandag Express is a themed train from Rotterdam via Utrecht and Den Bosch to Tilburg, full of party atmosphere and live coverage on Kermis FM.</w:t>
      </w:r>
      <w:r/>
      <w:r/>
    </w:p>
    <w:p>
      <w:pPr>
        <w:pStyle w:val="Heading2"/>
      </w:pPr>
      <w:r>
        <w:t>Why the Pride Walk feels like the heart of Roze Maandag</w:t>
      </w:r>
      <w:r/>
    </w:p>
    <w:p>
      <w:r/>
      <w:r>
        <w:t>The Pride Walk is a simple, visual act: a steady stream of people colouring the city pink as they move from the station into the fairground, and that sight hits you first , a pink tide through Tilburg’s streets. Local groups, political parties and the mayor join, so it’s both celebratory and civic. According to event listings, the walk starts meeting at 12:30 and steps off at 13:00; aim to arrive early if you want a spot near the front or to catch the brief speeches. It’s an easy way to join the day and, crucially, it’s accessible for people of all ages and backgrounds.</w:t>
      </w:r>
      <w:r/>
    </w:p>
    <w:p>
      <w:pPr>
        <w:pStyle w:val="Heading2"/>
      </w:pPr>
      <w:r>
        <w:t>How to pick the right cultural spots , Striptopia and more</w:t>
      </w:r>
      <w:r/>
    </w:p>
    <w:p>
      <w:r/>
      <w:r>
        <w:t>If you want performance and a night out, Striptopia at 013 is the standout: a two-hour, 18+ show mixing pole, stripping and drag into a high-energy, interactive experience. It’s theatrical and unapologetic, so go ready for bold choreography and loud costumes. For quieter, reflective options, church services run by local parishes and ecumenical groups offer a welcome, inclusive space earlier in the day , a reminder Roze Maandag is about visibility in every corner, not just on the fairground.</w:t>
      </w:r>
      <w:r/>
    </w:p>
    <w:p>
      <w:pPr>
        <w:pStyle w:val="Heading2"/>
      </w:pPr>
      <w:r>
        <w:t>Meet-ups, films and inclusive programming for first-timers</w:t>
      </w:r>
      <w:r/>
    </w:p>
    <w:p>
      <w:r/>
      <w:r>
        <w:t>Organisations such as Brabant Maatjes host a morning programme , think film screenings, a quiz and a group walk , geared to people who want community without needing to know anyone in advance. This is practical if you’re new to Pride events or prefer a structured way to join the crowd. Pre-registration is often advised for these activities, so check the charity’s sign-up details if you prefer a planned meet-up rather than wandering in solo.</w:t>
      </w:r>
      <w:r/>
    </w:p>
    <w:p>
      <w:pPr>
        <w:pStyle w:val="Heading2"/>
      </w:pPr>
      <w:r>
        <w:t>The Roze Maandag Express: train party to the fair</w:t>
      </w:r>
      <w:r/>
    </w:p>
    <w:p>
      <w:r/>
      <w:r>
        <w:t>The themed Roze Maandag Express turns the journey into part of the celebration, with a comedian sending it off and drag performers among the passengers. The voyage starts in Rotterdam and calls at several cities en route to Tilburg, and while participation is usually by invitation, the train’s antics are broadcast live on Kermis FM and covered online. If you can’t get a ticket, tune in for the atmosphere or plan to join at Tilburg station to see the arrival and the colourful crowd pouring out.</w:t>
      </w:r>
      <w:r/>
    </w:p>
    <w:p>
      <w:pPr>
        <w:pStyle w:val="Heading2"/>
      </w:pPr>
      <w:r>
        <w:t>Practical tips to enjoy the day , what to pack and expect</w:t>
      </w:r>
      <w:r/>
    </w:p>
    <w:p>
      <w:r/>
      <w:r>
        <w:t>Pack for comfort: good shoes for walking between events, a lightweight waterproof if the forecast threatens showers, and a small bottle of water for through the afternoon. If you want photos, take a portable charger , phones drain fast in crowds and under stage lights. Respect personal space; Roze Maandag is celebratory but not a free-for-all, so watch for official stewards and follow local guidance. Finally, if you’re attending evening shows that are 18+, carry ID to avoid disappointment at the door.</w:t>
      </w:r>
      <w:r/>
    </w:p>
    <w:p>
      <w:r/>
      <w:r>
        <w:t>It’s a small change to your calendar that can make a big difference to your summer , step into the pink and enjoy Tilburg’s warm, inclusive buzz.</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9">
        <w:r>
          <w:rPr>
            <w:color w:val="0000EE"/>
            <w:u w:val="single"/>
          </w:rPr>
          <w:t>[1]</w:t>
        </w:r>
      </w:hyperlink>
      <w:r>
        <w:t xml:space="preserve">- Paragraph 5: </w:t>
      </w:r>
      <w:hyperlink r:id="rId14">
        <w:r>
          <w:rPr>
            <w:color w:val="0000EE"/>
            <w:u w:val="single"/>
          </w:rPr>
          <w:t>[6]</w:t>
        </w:r>
      </w:hyperlink>
      <w:r>
        <w:t xml:space="preserve">, </w:t>
      </w:r>
      <w:hyperlink r:id="rId9">
        <w:r>
          <w:rPr>
            <w:color w:val="0000EE"/>
            <w:u w:val="single"/>
          </w:rPr>
          <w:t>[1]</w:t>
        </w:r>
      </w:hyperlink>
      <w:r>
        <w:t xml:space="preserve">- Paragraph 6: </w:t>
      </w:r>
      <w:hyperlink r:id="rId15">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https://www.bd.nl/cultuur/vijf-tips-voor-roze-maandag-tijdens-de-tilburgse-kermis~a7aac2a2/</w:t>
        </w:r>
      </w:hyperlink>
      <w:r>
        <w:t xml:space="preserve"> - Please view link - unable to able to access data</w:t>
      </w:r>
      <w:r/>
    </w:p>
    <w:p>
      <w:pPr>
        <w:pStyle w:val="ListNumber"/>
        <w:spacing w:line="240" w:lineRule="auto"/>
        <w:ind w:left="720"/>
      </w:pPr>
      <w:r/>
      <w:hyperlink r:id="rId10">
        <w:r>
          <w:rPr>
            <w:color w:val="0000EE"/>
            <w:u w:val="single"/>
          </w:rPr>
          <w:t>https://www.tilburgpride.nl/event-details/roze-maandag-pride-walk-2025</w:t>
        </w:r>
      </w:hyperlink>
      <w:r>
        <w:t xml:space="preserve"> - The Roze Maandag Pride Walk 2025 took place on July 21, 2025, during the Tilburgse Kermis. The event began at 13:00 at Tilburg Central Station, where participants gathered at 12:30. The Pride Walk proceeded through the city to the kermis grounds, culminating in the official opening at 14:00 at the Jupiler Bierhal Plein. The walk was free to join, and attendees were encouraged to celebrate diversity and inclusion. For more details, visit the Tilburg Pride website.</w:t>
      </w:r>
      <w:r/>
    </w:p>
    <w:p>
      <w:pPr>
        <w:pStyle w:val="ListNumber"/>
        <w:spacing w:line="240" w:lineRule="auto"/>
        <w:ind w:left="720"/>
      </w:pPr>
      <w:r/>
      <w:hyperlink r:id="rId11">
        <w:r>
          <w:rPr>
            <w:color w:val="0000EE"/>
            <w:u w:val="single"/>
          </w:rPr>
          <w:t>https://kermistilburg.nl/events/pride-walk-roze-maandag/</w:t>
        </w:r>
      </w:hyperlink>
      <w:r>
        <w:t xml:space="preserve"> - The Pride Walk on Roze Maandag is a vibrant event that invites everyone to join in celebrating diversity and inclusion during the Tilburgse Kermis. Participants gathered at 12:30 at Tilburg Central Station for a warm-up, with the walk starting at 13:00. The procession, accompanied by festive music and entertainment, concluded at the Jupiler Bierplein at 13:45, where the official opening took place at 14:00. The event was free to participate in, and attendees were encouraged to wear colourful attire. More information is available on the Kermis Tilburg website.</w:t>
      </w:r>
      <w:r/>
    </w:p>
    <w:p>
      <w:pPr>
        <w:pStyle w:val="ListNumber"/>
        <w:spacing w:line="240" w:lineRule="auto"/>
        <w:ind w:left="720"/>
      </w:pPr>
      <w:r/>
      <w:hyperlink r:id="rId15">
        <w:r>
          <w:rPr>
            <w:color w:val="0000EE"/>
            <w:u w:val="single"/>
          </w:rPr>
          <w:t>https://www.rozemaandag.nl/</w:t>
        </w:r>
      </w:hyperlink>
      <w:r>
        <w:t xml:space="preserve"> - Roze Maandag, one of the largest LGBTQ+ celebrations in the Netherlands, is held annually during the Tilburgse Kermis. The event focuses on visibility, acceptance, and celebrating diversity. In 2026, Roze Maandag is scheduled for July 20. The programme includes the Roze Maandag Express, Pride Walk, and various festivities throughout the city. For detailed information and updates, visit the official Roze Maandag website.</w:t>
      </w:r>
      <w:r/>
    </w:p>
    <w:p>
      <w:pPr>
        <w:pStyle w:val="ListNumber"/>
        <w:spacing w:line="240" w:lineRule="auto"/>
        <w:ind w:left="720"/>
      </w:pPr>
      <w:r/>
      <w:hyperlink r:id="rId13">
        <w:r>
          <w:rPr>
            <w:color w:val="0000EE"/>
            <w:u w:val="single"/>
          </w:rPr>
          <w:t>https://brabantmaatjes.nl/roze-maandag-tilburg-met-brabant-maatjes-samen-trots-zichtbaar-verbonden/</w:t>
        </w:r>
      </w:hyperlink>
      <w:r>
        <w:t xml:space="preserve"> - Stichting Brabant Maatjes participated in Roze Maandag Tilburg on July 21, 2025, promoting inclusivity and connection. The day began with the Pride Walk, where participants gathered at 12:30 at Tilburg Central Station. The walk, starting at 13:00, traversed the city centre, ending at the kermis grounds. The official opening took place at 14:00 at the Jupiler Bierhal Plein, featuring performances by artists such as Mart Hoogkamer and Danny de Munk. More details are available on the Brabant Maatjes website.</w:t>
      </w:r>
      <w:r/>
    </w:p>
    <w:p>
      <w:pPr>
        <w:pStyle w:val="ListNumber"/>
        <w:spacing w:line="240" w:lineRule="auto"/>
        <w:ind w:left="720"/>
      </w:pPr>
      <w:r/>
      <w:hyperlink r:id="rId14">
        <w:r>
          <w:rPr>
            <w:color w:val="0000EE"/>
            <w:u w:val="single"/>
          </w:rPr>
          <w:t>https://kermisfestival.nl/evenement/de-roze-maandag-express/</w:t>
        </w:r>
      </w:hyperlink>
      <w:r>
        <w:t xml:space="preserve"> - The Roze Maandag Express is a special train service that brings attendees from the Randstad to Tilburg for Roze Maandag. In 2025, the train departed from Rotterdam, passing through Utrecht and Den Bosch, arriving at Tilburg Central Station at 13:03. The journey featured entertainment, including performances by drag queens and DJs, setting the festive tone for the day's events. Tickets were required for the Roze Maandag Express. For more information, visit the Kermis Festival website.</w:t>
      </w:r>
      <w:r/>
    </w:p>
    <w:p>
      <w:pPr>
        <w:pStyle w:val="ListNumber"/>
        <w:spacing w:line="240" w:lineRule="auto"/>
        <w:ind w:left="720"/>
      </w:pPr>
      <w:r/>
      <w:hyperlink r:id="rId12">
        <w:r>
          <w:rPr>
            <w:color w:val="0000EE"/>
            <w:u w:val="single"/>
          </w:rPr>
          <w:t>https://tilburg.com/agenda/roze-maandag/</w:t>
        </w:r>
      </w:hyperlink>
      <w:r>
        <w:t xml:space="preserve"> - Roze Maandag 2026 is scheduled for July 20 in the city centre of Tilburg. The day's events include the arrival of the Roze Maandag Express at 13:00, followed by the Pride Walk through the city to the kermis grounds, where the official opening takes place at 14:00 at the Jupiler Bierhal Plein. The festivities continue throughout the city with various parties and performances. Detailed information and updates are available on the Tilburg.com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cultuur/vijf-tips-voor-roze-maandag-tijdens-de-tilburgse-kermis~a7aac2a2/" TargetMode="External"/><Relationship Id="rId10" Type="http://schemas.openxmlformats.org/officeDocument/2006/relationships/hyperlink" Target="https://www.tilburgpride.nl/event-details/roze-maandag-pride-walk-2025" TargetMode="External"/><Relationship Id="rId11" Type="http://schemas.openxmlformats.org/officeDocument/2006/relationships/hyperlink" Target="https://kermistilburg.nl/events/pride-walk-roze-maandag/" TargetMode="External"/><Relationship Id="rId12" Type="http://schemas.openxmlformats.org/officeDocument/2006/relationships/hyperlink" Target="https://tilburg.com/agenda/roze-maandag/" TargetMode="External"/><Relationship Id="rId13" Type="http://schemas.openxmlformats.org/officeDocument/2006/relationships/hyperlink" Target="https://brabantmaatjes.nl/roze-maandag-tilburg-met-brabant-maatjes-samen-trots-zichtbaar-verbonden/" TargetMode="External"/><Relationship Id="rId14" Type="http://schemas.openxmlformats.org/officeDocument/2006/relationships/hyperlink" Target="https://kermisfestival.nl/evenement/de-roze-maandag-express/" TargetMode="External"/><Relationship Id="rId15" Type="http://schemas.openxmlformats.org/officeDocument/2006/relationships/hyperlink" Target="https://www.rozemaandag.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