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Retrospective on Troy (2004) for Gay Film Fans and Nostalgics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Rediscover Troy , a tactile, sweaty blockbuster that doubled as many queer awakening screens. Fans are revisiting the 2004 epic for its star-packed cast, sculpted bodies and old-school filmmaking, and why it still matters now that sword‑and‑sandal epics are back in vogue.</w:t>
      </w:r>
      <w:r/>
    </w:p>
    <w:p>
      <w:r/>
      <w:r>
        <w:t>Essential Takeaways</w:t>
      </w:r>
      <w:r/>
      <w:r/>
    </w:p>
    <w:p>
      <w:pPr>
        <w:pStyle w:val="ListBullet"/>
        <w:spacing w:line="240" w:lineRule="auto"/>
        <w:ind w:left="720"/>
      </w:pPr>
      <w:r/>
      <w:r>
        <w:rPr>
          <w:b/>
        </w:rPr>
        <w:t>Big, tangible scale:</w:t>
      </w:r>
      <w:r>
        <w:t xml:space="preserve"> Troy used real sets, thousands of extras and practical design, giving battles a gritty, lived‑in feel rather than CGI polish.</w:t>
      </w:r>
      <w:r/>
    </w:p>
    <w:p>
      <w:pPr>
        <w:pStyle w:val="ListBullet"/>
        <w:spacing w:line="240" w:lineRule="auto"/>
        <w:ind w:left="720"/>
      </w:pPr>
      <w:r/>
      <w:r>
        <w:rPr>
          <w:b/>
        </w:rPr>
        <w:t>Star power on display:</w:t>
      </w:r>
      <w:r>
        <w:t xml:space="preserve"> Brad Pitt, Eric Bana and Orlando Bloom are framed as near-mythic figures, their physiques and charisma central to the film’s appeal.</w:t>
      </w:r>
      <w:r/>
    </w:p>
    <w:p>
      <w:pPr>
        <w:pStyle w:val="ListBullet"/>
        <w:spacing w:line="240" w:lineRule="auto"/>
        <w:ind w:left="720"/>
      </w:pPr>
      <w:r/>
      <w:r>
        <w:rPr>
          <w:b/>
        </w:rPr>
        <w:t>Homoerotic subtext:</w:t>
      </w:r>
      <w:r>
        <w:t xml:space="preserve"> The movie foregrounds intense male bonds and physical beauty, which sparked many gay awakenings despite avoiding explicit queer relationships.</w:t>
      </w:r>
      <w:r/>
    </w:p>
    <w:p>
      <w:pPr>
        <w:pStyle w:val="ListBullet"/>
        <w:spacing w:line="240" w:lineRule="auto"/>
        <w:ind w:left="720"/>
      </w:pPr>
      <w:r/>
      <w:r>
        <w:rPr>
          <w:b/>
        </w:rPr>
        <w:t>Faithful to spectacle, not nuance:</w:t>
      </w:r>
      <w:r>
        <w:t xml:space="preserve"> The film adapts The Iliad’s sweep and tragedy but softens the original’s more complex intimacies, especially Achilles and Patroclus’s bond.</w:t>
      </w:r>
      <w:r/>
    </w:p>
    <w:p>
      <w:pPr>
        <w:pStyle w:val="ListBullet"/>
        <w:spacing w:line="240" w:lineRule="auto"/>
        <w:ind w:left="720"/>
      </w:pPr>
      <w:r/>
      <w:r>
        <w:rPr>
          <w:b/>
        </w:rPr>
        <w:t>Still accessible:</w:t>
      </w:r>
      <w:r>
        <w:t xml:space="preserve"> Troy streams free with ads on YouTube and is available to rent or buy on major platforms, making it easy to revisit.</w:t>
      </w:r>
      <w:r/>
      <w:r/>
    </w:p>
    <w:p>
      <w:pPr>
        <w:pStyle w:val="Heading2"/>
      </w:pPr>
      <w:r>
        <w:t>Why Troy still feels like a movie you can reach into</w:t>
      </w:r>
      <w:r/>
    </w:p>
    <w:p>
      <w:r/>
      <w:r>
        <w:t>Troy has a tactile quality you don’t get from most modern blockbusters , the city walls, the armour, even the dirt seem real. That hands‑on texture makes the film feel immediate and sensory; you can almost smell the campfires and sweat. Directors used practical sets and thousands of extras, so scenes breathe the way real crowds do.</w:t>
      </w:r>
      <w:r/>
    </w:p>
    <w:p>
      <w:r/>
      <w:r>
        <w:t>The film arrived at a moment when big spectacle was still made by craftsmen rather than by algorithms, and that shows. According to film critics and production notes, the filmmakers favoured in‑camera effects and physical choreography, which gives the battles weight and a satisfying chaos. If you miss the era of tangible filmmaking, Troy is a reminder of how scale used to be built.</w:t>
      </w:r>
      <w:r/>
    </w:p>
    <w:p>
      <w:pPr>
        <w:pStyle w:val="Heading2"/>
      </w:pPr>
      <w:r>
        <w:t>The kind of star vehicle that made audiences swoon</w:t>
      </w:r>
      <w:r/>
    </w:p>
    <w:p>
      <w:r/>
      <w:r>
        <w:t>Troy is as much about movie stars as it is about myth. Brad Pitt’s Achilles is shot like a classical sculpture in motion , gleaming, lethal, irresistible , and Orlando Bloom’s Paris hits that twinkish charm that became a cultural moment. The casting reads like a roll call of early‑2000s screen glamour, and the camera often lingers, inviting a very specific kind of gaze.</w:t>
      </w:r>
      <w:r/>
    </w:p>
    <w:p>
      <w:r/>
      <w:r>
        <w:t>Industry reviews noted that this was a time when actors were allowed to be bigger than life, which amplified the film’s erotic charge. For many viewers, those slow, deliberate shots of men preparing for battle were a formative, and sometimes flirtatious, cinematic experience.</w:t>
      </w:r>
      <w:r/>
    </w:p>
    <w:p>
      <w:pPr>
        <w:pStyle w:val="Heading2"/>
      </w:pPr>
      <w:r>
        <w:t>Homoerotic subtext: felt more than spoken</w:t>
      </w:r>
      <w:r/>
    </w:p>
    <w:p>
      <w:r/>
      <w:r>
        <w:t>Greek myth has always been fertile ground for queer readings, and Troy supplies plenty of visual fuel. The film frames male companionship and admiration in ways that are unmistakably intimate, even if the screenplay refuses to translate subtext into text. Achilles and Patroclus’s relationship, central to The Iliad and later novels, is notably toned down and repurposed as kinship rather than romance.</w:t>
      </w:r>
      <w:r/>
    </w:p>
    <w:p>
      <w:r/>
      <w:r>
        <w:t>Scholars and critics have pointed out that while the film hints at deeper bonds, it sidesteps historical authenticity about soldierly lovers. Still, that visual worship of the male body and those charged glances left a mark , the movie quietly served as an awakening for many gay viewers who saw desire in the space between the lines.</w:t>
      </w:r>
      <w:r/>
    </w:p>
    <w:p>
      <w:pPr>
        <w:pStyle w:val="Heading2"/>
      </w:pPr>
      <w:r>
        <w:t>How the film updates (and erases) Homer’s shades of grey</w:t>
      </w:r>
      <w:r/>
    </w:p>
    <w:p>
      <w:r/>
      <w:r>
        <w:t>Troy borrows the broad plot beats of The Iliad , war, pride, tragic loss , but it trims the moral complexity for blockbuster pacing. The result is a leaner narrative where spectacle often wins over philosophical subtlety. Achilles becomes an almost archetypal antihero rather than a fully conflicted figure, and the political undercurrents of the original poem are simplified.</w:t>
      </w:r>
      <w:r/>
    </w:p>
    <w:p>
      <w:r/>
      <w:r>
        <w:t>That edit makes the movie easy to watch as an action piece, but it also means some of the emotional texture is missing. If you’re approaching Troy as an introduction to Homer, pair it with a good modern translation or a novel like Song of Achilles for the intimacy the film skirts.</w:t>
      </w:r>
      <w:r/>
    </w:p>
    <w:p>
      <w:pPr>
        <w:pStyle w:val="Heading2"/>
      </w:pPr>
      <w:r>
        <w:t>Practical tips for first‑time viewers and re‑watchers</w:t>
      </w:r>
      <w:r/>
    </w:p>
    <w:p>
      <w:r/>
      <w:r>
        <w:t>If you’re watching Troy for the first time, pick a big screen and decent sound , the film was composed to feel cinematic, not bingeable on a tiny laptop. Look out for the production design and choreography; they’re where the movie’s heart is. For re‑watchers seeking queer context, read up on ancient Greek customs and modern queer retellings to spot what the film hints at but doesn’t say.</w:t>
      </w:r>
      <w:r/>
    </w:p>
    <w:p>
      <w:r/>
      <w:r>
        <w:t>And if you’re curious about the chemistry between leads, consider watching interviews and behind‑the‑scenes material , you’ll get a sense of how much of the intimacy was created on set and how much was scripted.</w:t>
      </w:r>
      <w:r/>
    </w:p>
    <w:p>
      <w:r/>
      <w:r>
        <w:t>It's a small change of perspective that turns a war epic into a queer rite of passage for many viewers.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3">
        <w:r>
          <w:rPr>
            <w:color w:val="0000EE"/>
            <w:u w:val="single"/>
          </w:rPr>
          <w:t>[7]</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https://www.queerty.com/buff-brawny-2004s-greek-epic-troy-was-an-odyssey-of-gay-awakening-20260718/</w:t>
        </w:r>
      </w:hyperlink>
      <w:r>
        <w:t xml:space="preserve"> - Please view link - unable to able to access data</w:t>
      </w:r>
      <w:r/>
    </w:p>
    <w:p>
      <w:pPr>
        <w:pStyle w:val="ListNumber"/>
        <w:spacing w:line="240" w:lineRule="auto"/>
        <w:ind w:left="720"/>
      </w:pPr>
      <w:r/>
      <w:hyperlink r:id="rId9">
        <w:r>
          <w:rPr>
            <w:color w:val="0000EE"/>
            <w:u w:val="single"/>
          </w:rPr>
          <w:t>https://www.queerty.com/buff-brawny-2004s-greek-epic-troy-was-an-odyssey-of-gay-awakening-20260718/</w:t>
        </w:r>
      </w:hyperlink>
      <w:r>
        <w:t xml:space="preserve"> - This article discusses the 2004 film 'Troy', directed by Wolfgang Petersen and based on Homer's epic poem 'The Iliad'. The film features an ensemble cast including Brad Pitt as Achilles, Eric Bana as Hector, and Orlando Bloom as Paris. It explores the film's homoerotic themes and its impact on gay sexual awakening, highlighting the physical beauty of the male leads and the homoerotic undertones present in the narrative.</w:t>
      </w:r>
      <w:r/>
    </w:p>
    <w:p>
      <w:pPr>
        <w:pStyle w:val="ListNumber"/>
        <w:spacing w:line="240" w:lineRule="auto"/>
        <w:ind w:left="720"/>
      </w:pPr>
      <w:r/>
      <w:hyperlink r:id="rId11">
        <w:r>
          <w:rPr>
            <w:color w:val="0000EE"/>
            <w:u w:val="single"/>
          </w:rPr>
          <w:t>https://en.wikipedia.org/wiki/Troy_(film)</w:t>
        </w:r>
      </w:hyperlink>
      <w:r>
        <w:t xml:space="preserve"> - The Wikipedia page for 'Troy' provides comprehensive information about the 2004 epic historical war film directed by Wolfgang Petersen. It details the film's production, cast, and reception, noting that it grossed $497.4 million worldwide against a budget of $175–185 million. The page also discusses the film's adaptation of Homer's 'The Iliad' and its portrayal of the Trojan War.</w:t>
      </w:r>
      <w:r/>
    </w:p>
    <w:p>
      <w:pPr>
        <w:pStyle w:val="ListNumber"/>
        <w:spacing w:line="240" w:lineRule="auto"/>
        <w:ind w:left="720"/>
      </w:pPr>
      <w:r/>
      <w:hyperlink r:id="rId14">
        <w:r>
          <w:rPr>
            <w:color w:val="0000EE"/>
            <w:u w:val="single"/>
          </w:rPr>
          <w:t>https://www.imdb.com/title/tt0332452/</w:t>
        </w:r>
      </w:hyperlink>
      <w:r>
        <w:t xml:space="preserve"> - The IMDb page for 'Troy' offers detailed information about the 2004 film, including its cast and crew. It lists Brad Pitt as Achilles, Eric Bana as Hector, and Orlando Bloom as Paris. The page provides user reviews, critic reviews, and ratings, with the film holding a 7.3/10 rating based on over 600,000 user ratings.</w:t>
      </w:r>
      <w:r/>
    </w:p>
    <w:p>
      <w:pPr>
        <w:pStyle w:val="ListNumber"/>
        <w:spacing w:line="240" w:lineRule="auto"/>
        <w:ind w:left="720"/>
      </w:pPr>
      <w:r/>
      <w:hyperlink r:id="rId12">
        <w:r>
          <w:rPr>
            <w:color w:val="0000EE"/>
            <w:u w:val="single"/>
          </w:rPr>
          <w:t>https://www.rogerebert.com/reviews/troy-2004</w:t>
        </w:r>
      </w:hyperlink>
      <w:r>
        <w:t xml:space="preserve"> - Roger Ebert's review of 'Troy' critiques the film's adaptation of Homer's 'The Iliad', noting that it sidesteps the existence of the Greek gods and turns its heroes into action movie clichés. Ebert discusses the film's portrayal of the Trojan War and its focus on human tensions, highlighting the performances of the cast and the film's visual style.</w:t>
      </w:r>
      <w:r/>
    </w:p>
    <w:p>
      <w:pPr>
        <w:pStyle w:val="ListNumber"/>
        <w:spacing w:line="240" w:lineRule="auto"/>
        <w:ind w:left="720"/>
      </w:pPr>
      <w:r/>
      <w:hyperlink r:id="rId10">
        <w:r>
          <w:rPr>
            <w:color w:val="0000EE"/>
            <w:u w:val="single"/>
          </w:rPr>
          <w:t>https://as.com/meristation/cine/antes-de-la-odisea-debes-ver-esta-pelicula-de-2004-con-un-reparto-estelar-que-adapta-el-otro-poema-epico-de-homero-f202607-n/</w:t>
        </w:r>
      </w:hyperlink>
      <w:r>
        <w:t xml:space="preserve"> - This article recommends watching the 2004 film 'Troy' before Christopher Nolan's upcoming adaptation of 'The Odyssey'. It discusses the film's adaptation of Homer's 'The Iliad', its realistic approach by omitting the Greek gods, and its focus on political and human tensions. The article also highlights the film's impressive battle scenes and its status as one of the last grand epic productions in Hollywood.</w:t>
      </w:r>
      <w:r/>
    </w:p>
    <w:p>
      <w:pPr>
        <w:pStyle w:val="ListNumber"/>
        <w:spacing w:line="240" w:lineRule="auto"/>
        <w:ind w:left="720"/>
      </w:pPr>
      <w:r/>
      <w:hyperlink r:id="rId13">
        <w:r>
          <w:rPr>
            <w:color w:val="0000EE"/>
            <w:u w:val="single"/>
          </w:rPr>
          <w:t>https://as.com/meristation/cine/ni-dobles-ni-armas-falsas-brad-pitt-y-eric-bana-apostaron-en-un-combate-sin-dobles-en-troya-y-salio-un-claro-ganador-n/</w:t>
        </w:r>
      </w:hyperlink>
      <w:r>
        <w:t xml:space="preserve"> - This article reveals that during the filming of 'Troy', Brad Pitt and Eric Bana decided to perform their epic combat scene without the use of doubles or fake weapons. They made a secret bet to pay $50 for each light hit and $100 for each stronger hit delivered accidentally during the scene. The outcome favored Bana, who did not receive any hits, while Pitt ended up paying $650, showcasing Bana's swordsmanship skills.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buff-brawny-2004s-greek-epic-troy-was-an-odyssey-of-gay-awakening-20260718/" TargetMode="External"/><Relationship Id="rId10" Type="http://schemas.openxmlformats.org/officeDocument/2006/relationships/hyperlink" Target="https://as.com/meristation/cine/antes-de-la-odisea-debes-ver-esta-pelicula-de-2004-con-un-reparto-estelar-que-adapta-el-otro-poema-epico-de-homero-f202607-n/" TargetMode="External"/><Relationship Id="rId11" Type="http://schemas.openxmlformats.org/officeDocument/2006/relationships/hyperlink" Target="https://en.wikipedia.org/wiki/Troy_(film)" TargetMode="External"/><Relationship Id="rId12" Type="http://schemas.openxmlformats.org/officeDocument/2006/relationships/hyperlink" Target="https://www.rogerebert.com/reviews/troy-2004" TargetMode="External"/><Relationship Id="rId13" Type="http://schemas.openxmlformats.org/officeDocument/2006/relationships/hyperlink" Target="https://as.com/meristation/cine/ni-dobles-ni-armas-falsas-brad-pitt-y-eric-bana-apostaron-en-un-combate-sin-dobles-en-troya-y-salio-un-claro-ganador-n/" TargetMode="External"/><Relationship Id="rId14" Type="http://schemas.openxmlformats.org/officeDocument/2006/relationships/hyperlink" Target="https://www.imdb.com/title/tt03324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