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Reasons Brianne Jenner Made Grand Marshal for Capital Pride Parade</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Celebrate: Fans and community members are cheering as Brianne Jenner, a proud athlete and advocate, takes centre stage as Grand Marshal at Ottawa’s Capital Pride parade , a high-profile pick that highlights sports inclusion, visibility for LGBTQ+ athletes, and why representation still matters on and off the ice.</w:t>
      </w:r>
      <w:r/>
    </w:p>
    <w:p>
      <w:r/>
      <w:r>
        <w:t>Essential Takeaways</w:t>
      </w:r>
      <w:r/>
      <w:r/>
    </w:p>
    <w:p>
      <w:pPr>
        <w:pStyle w:val="ListBullet"/>
        <w:spacing w:line="240" w:lineRule="auto"/>
        <w:ind w:left="720"/>
      </w:pPr>
      <w:r/>
      <w:r>
        <w:rPr>
          <w:b/>
        </w:rPr>
        <w:t>Community honour:</w:t>
      </w:r>
      <w:r>
        <w:t xml:space="preserve"> Jenner was named Grand Marshal for Capital Pride, a visible nod to her support and profile within LGBTQ+ circles.</w:t>
      </w:r>
      <w:r/>
    </w:p>
    <w:p>
      <w:pPr>
        <w:pStyle w:val="ListBullet"/>
        <w:spacing w:line="240" w:lineRule="auto"/>
        <w:ind w:left="720"/>
      </w:pPr>
      <w:r/>
      <w:r>
        <w:rPr>
          <w:b/>
        </w:rPr>
        <w:t>Athlete visibility:</w:t>
      </w:r>
      <w:r>
        <w:t xml:space="preserve"> Her appointment underscores growing recognition of queer and allied athletes in major public events.</w:t>
      </w:r>
      <w:r/>
    </w:p>
    <w:p>
      <w:pPr>
        <w:pStyle w:val="ListBullet"/>
        <w:spacing w:line="240" w:lineRule="auto"/>
        <w:ind w:left="720"/>
      </w:pPr>
      <w:r/>
      <w:r>
        <w:rPr>
          <w:b/>
        </w:rPr>
        <w:t>Event scale:</w:t>
      </w:r>
      <w:r>
        <w:t xml:space="preserve"> Capital Pride routinely features celebrity performers and multiple grand marshals, so Jenner joins a tradition of high-profile advocates.</w:t>
      </w:r>
      <w:r/>
    </w:p>
    <w:p>
      <w:pPr>
        <w:pStyle w:val="ListBullet"/>
        <w:spacing w:line="240" w:lineRule="auto"/>
        <w:ind w:left="720"/>
      </w:pPr>
      <w:r/>
      <w:r>
        <w:rPr>
          <w:b/>
        </w:rPr>
        <w:t>Tone and feeling:</w:t>
      </w:r>
      <w:r>
        <w:t xml:space="preserve"> The selection felt celebratory and earnest, with fans noting Jenner’s approachable demeanour and clear support for inclusion.</w:t>
      </w:r>
      <w:r/>
    </w:p>
    <w:p>
      <w:pPr>
        <w:pStyle w:val="ListBullet"/>
        <w:spacing w:line="240" w:lineRule="auto"/>
        <w:ind w:left="720"/>
      </w:pPr>
      <w:r/>
      <w:r>
        <w:rPr>
          <w:b/>
        </w:rPr>
        <w:t>Practical note:</w:t>
      </w:r>
      <w:r>
        <w:t xml:space="preserve"> Expect a parade that mixes entertainment and activism, with accessible programming and family-friendly moments.</w:t>
      </w:r>
      <w:r/>
      <w:r/>
    </w:p>
    <w:p>
      <w:r/>
      <w:r>
        <w:t>Why this matters: sports stars and public life</w:t>
      </w:r>
      <w:r/>
    </w:p>
    <w:p>
      <w:r/>
      <w:r>
        <w:t>Brianne Jenner’s role as Grand Marshal feels both familiar and fresh , familiar because Capital Pride has a history of inviting prominent allies and LGBTQ+ figures to lead its parade, and fresh because a celebrated athlete brings a different kind of spotlight. The sightlines change when someone known for speed on ice and quiet leadership steps into a colourful, community-first event; it’s a reminder that sports and queer visibility belong in the same conversation.</w:t>
      </w:r>
      <w:r/>
    </w:p>
    <w:p>
      <w:r/>
      <w:r>
        <w:t>Capital Pride’s parade has long paired activism with celebrity sparkle. According to parade organisers, the Alliance regularly names grand marshals who reflect community priorities, and Jenner’s selection follows a pattern of amplifying voices who can bridge worlds , community organisers, civil-rights veterans and, now, elite athletes. For attendees that mix of star power and purpose boosts turnout and invites new audiences to engage with Pride beyond a single weekend.</w:t>
      </w:r>
      <w:r/>
    </w:p>
    <w:p>
      <w:r/>
      <w:r>
        <w:t>What fans noticed: personality and presence</w:t>
      </w:r>
      <w:r/>
    </w:p>
    <w:p>
      <w:r/>
      <w:r>
        <w:t>People at recent Capital Pride gatherings have said they appreciate grand marshals who feel authentic rather than performative, and Jenner’s public persona , driven, approachable, a team player , fits that bill. Photos from previous years show crowds that are both celebratory and deeply engaged, and bringing an athlete into that setting tends to create warm, grounded energy. There’s a kind of public intimacy when someone used to locker-room camaraderie walks a parade route and high-fives fans.</w:t>
      </w:r>
      <w:r/>
    </w:p>
    <w:p>
      <w:r/>
      <w:r>
        <w:t>If you’re wondering what to expect, think upbeat and inclusive. Capital Pride has featured headline acts and family zones in past editions, and the parade itself blends floats, community groups and celebrity appearances. For first-timers, that translates into a lively route that’s easy to navigate and full of visual moments , flags, costumes, and plenty of cheering.</w:t>
      </w:r>
      <w:r/>
    </w:p>
    <w:p>
      <w:r/>
      <w:r>
        <w:t>How this fits broader trends in sport and Pride</w:t>
      </w:r>
      <w:r/>
    </w:p>
    <w:p>
      <w:r/>
      <w:r>
        <w:t>Sports have been shifting toward more visible allyship and inclusion in recent years. Capital Pride has named a range of grand marshals from activists to entertainers, and adding athletes reflects this broader cultural move. It’s no longer unusual to see performers like Billy Porter or pop acts at Pride events, and athletes joining the list underscores the message that LGBTQ+ inclusion isn’t a niche interest but one that crosses industries and fan bases.</w:t>
      </w:r>
      <w:r/>
    </w:p>
    <w:p>
      <w:r/>
      <w:r>
        <w:t>For those tracking the scene, this is part of a useful pattern: more public figures from varied backgrounds stepping forward helps normalise queer visibility and opens conversations in places like arenas, workplaces and schools. If you follow sports coverage, expect more stories about athletes who are out, allied or otherwise involved in Pride programming in coming seasons.</w:t>
      </w:r>
      <w:r/>
    </w:p>
    <w:p>
      <w:r/>
      <w:r>
        <w:t>Tips if you’re going to the parade</w:t>
      </w:r>
      <w:r/>
      <w:r/>
    </w:p>
    <w:p>
      <w:pPr>
        <w:pStyle w:val="ListBullet"/>
        <w:spacing w:line="240" w:lineRule="auto"/>
        <w:ind w:left="720"/>
      </w:pPr>
      <w:r/>
      <w:r>
        <w:t>Arrive early for a good viewpoint; routes fill up fast and atmosphere builds well before the first float.</w:t>
      </w:r>
      <w:r/>
    </w:p>
    <w:p>
      <w:pPr>
        <w:pStyle w:val="ListBullet"/>
        <w:spacing w:line="240" w:lineRule="auto"/>
        <w:ind w:left="720"/>
      </w:pPr>
      <w:r/>
      <w:r>
        <w:t>Bring sun protection and a small bottle of water , parades are standing-friendly but can run hot.</w:t>
      </w:r>
      <w:r/>
    </w:p>
    <w:p>
      <w:pPr>
        <w:pStyle w:val="ListBullet"/>
        <w:spacing w:line="240" w:lineRule="auto"/>
        <w:ind w:left="720"/>
      </w:pPr>
      <w:r/>
      <w:r>
        <w:t>If you want photos, position yourself near intersections where floats slow for better shots.</w:t>
      </w:r>
      <w:r/>
    </w:p>
    <w:p>
      <w:pPr>
        <w:pStyle w:val="ListBullet"/>
        <w:spacing w:line="240" w:lineRule="auto"/>
        <w:ind w:left="720"/>
      </w:pPr>
      <w:r/>
      <w:r>
        <w:t>Check Capital Pride’s official site for accessibility info and family programming so you can plan around any needs.</w:t>
      </w:r>
      <w:r/>
      <w:r/>
    </w:p>
    <w:p>
      <w:r/>
      <w:r>
        <w:t>A small cultural shift, felt on the street</w:t>
      </w:r>
      <w:r/>
    </w:p>
    <w:p>
      <w:r/>
      <w:r>
        <w:t>Seeing Brianne Jenner lead the Capital Pride parade is more than a nice headline; it’s a small but meaningful shift in how communities and sports figures meet. Whether you’re a long-time Pride marcher or curious newcomer, her presence signals that inclusion is increasingly central to both public celebration and athletic life. It’s a simple, public act that helps change the story one parade step at a time.</w:t>
      </w:r>
      <w:r/>
    </w:p>
    <w:p>
      <w:r/>
      <w:r>
        <w:t>It's a small change that can make every celebration feel more inclusive.</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10">
        <w:r>
          <w:rPr>
            <w:color w:val="0000EE"/>
            <w:u w:val="single"/>
          </w:rPr>
          <w:t>[2]</w:t>
        </w:r>
      </w:hyperlink>
      <w:r>
        <w:t xml:space="preserve">, </w:t>
      </w:r>
      <w:hyperlink r:id="rId11">
        <w:r>
          <w:rPr>
            <w:color w:val="0000EE"/>
            <w:u w:val="single"/>
          </w:rPr>
          <w:t>[3]</w:t>
        </w:r>
      </w:hyperlink>
      <w:r>
        <w:t xml:space="preserve">- Paragraph 2: </w:t>
      </w:r>
      <w:hyperlink r:id="rId10">
        <w:r>
          <w:rPr>
            <w:color w:val="0000EE"/>
            <w:u w:val="single"/>
          </w:rPr>
          <w:t>[2]</w:t>
        </w:r>
      </w:hyperlink>
      <w:r>
        <w:t xml:space="preserve">, </w:t>
      </w:r>
      <w:hyperlink r:id="rId12">
        <w:r>
          <w:rPr>
            <w:color w:val="0000EE"/>
            <w:u w:val="single"/>
          </w:rPr>
          <w:t>[4]</w:t>
        </w:r>
      </w:hyperlink>
      <w:r>
        <w:t xml:space="preserve">- Paragraph 3: </w:t>
      </w:r>
      <w:hyperlink r:id="rId11">
        <w:r>
          <w:rPr>
            <w:color w:val="0000EE"/>
            <w:u w:val="single"/>
          </w:rPr>
          <w:t>[3]</w:t>
        </w:r>
      </w:hyperlink>
      <w:r>
        <w:t xml:space="preserve">, </w:t>
      </w:r>
      <w:hyperlink r:id="rId13">
        <w:r>
          <w:rPr>
            <w:color w:val="0000EE"/>
            <w:u w:val="single"/>
          </w:rPr>
          <w:t>[5]</w:t>
        </w:r>
      </w:hyperlink>
      <w:r>
        <w:t xml:space="preserve">- Paragraph 4: </w:t>
      </w:r>
      <w:hyperlink r:id="rId12">
        <w:r>
          <w:rPr>
            <w:color w:val="0000EE"/>
            <w:u w:val="single"/>
          </w:rPr>
          <w:t>[4]</w:t>
        </w:r>
      </w:hyperlink>
      <w:r>
        <w:t xml:space="preserve">, </w:t>
      </w:r>
      <w:hyperlink r:id="rId14">
        <w:r>
          <w:rPr>
            <w:color w:val="0000EE"/>
            <w:u w:val="single"/>
          </w:rPr>
          <w:t>[7]</w:t>
        </w:r>
      </w:hyperlink>
      <w:r>
        <w:t xml:space="preserve">- Paragraph 5: </w:t>
      </w:r>
      <w:hyperlink r:id="rId11">
        <w:r>
          <w:rPr>
            <w:color w:val="0000EE"/>
            <w:u w:val="single"/>
          </w:rPr>
          <w:t>[3]</w:t>
        </w:r>
      </w:hyperlink>
      <w:r>
        <w:t xml:space="preserve">, </w:t>
      </w:r>
      <w:hyperlink r:id="rId15">
        <w:r>
          <w:rPr>
            <w:color w:val="0000EE"/>
            <w:u w:val="single"/>
          </w:rPr>
          <w:t>[6]</w:t>
        </w:r>
      </w:hyperlink>
      <w:r>
        <w:t xml:space="preserve">- Paragraph 6: </w:t>
      </w:r>
      <w:hyperlink r:id="rId10">
        <w:r>
          <w:rPr>
            <w:color w:val="0000EE"/>
            <w:u w:val="single"/>
          </w:rPr>
          <w:t>[2]</w:t>
        </w:r>
      </w:hyperlink>
      <w:r>
        <w:t xml:space="preserve">, </w:t>
      </w:r>
      <w:hyperlink r:id="rId14">
        <w:r>
          <w:rPr>
            <w:color w:val="0000EE"/>
            <w:u w:val="single"/>
          </w:rPr>
          <w:t>[7]</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https://ottawacitizen.com/life/brianne-jenner-grand-marshal-capital-pride-parade</w:t>
        </w:r>
      </w:hyperlink>
      <w:r>
        <w:t xml:space="preserve"> - Please view link - unable to able to access data</w:t>
      </w:r>
      <w:r/>
    </w:p>
    <w:p>
      <w:pPr>
        <w:pStyle w:val="ListNumber"/>
        <w:spacing w:line="240" w:lineRule="auto"/>
        <w:ind w:left="720"/>
      </w:pPr>
      <w:r/>
      <w:hyperlink r:id="rId10">
        <w:r>
          <w:rPr>
            <w:color w:val="0000EE"/>
            <w:u w:val="single"/>
          </w:rPr>
          <w:t>https://www.capitalpride.org/capital-pride-alliance-announces-grand-marshals-for-2019-pride-parade/</w:t>
        </w:r>
      </w:hyperlink>
      <w:r>
        <w:t xml:space="preserve"> - The Capital Pride Alliance announced the grand marshals for the 2019 Capital Pride Parade, including transgender activist Earline Budd, Pulse shooting survivor Brandon Wolf, Brigham Young University valedictorian Matt Easton, and cast members from FX's 'Pose'. These individuals were selected to represent the past, present, and future of the LGBTQ+ community, aligning with the theme 'shhhOUT: Past, Present &amp; Proud'. The parade was scheduled for June 8, 2019, in Washington, D.C.</w:t>
      </w:r>
      <w:r/>
    </w:p>
    <w:p>
      <w:pPr>
        <w:pStyle w:val="ListNumber"/>
        <w:spacing w:line="240" w:lineRule="auto"/>
        <w:ind w:left="720"/>
      </w:pPr>
      <w:r/>
      <w:hyperlink r:id="rId11">
        <w:r>
          <w:rPr>
            <w:color w:val="0000EE"/>
            <w:u w:val="single"/>
          </w:rPr>
          <w:t>https://www.metroweekly.com/2019/05/capital-pride-alliance-names-grand-marshals-annual-pride-parade/</w:t>
        </w:r>
      </w:hyperlink>
      <w:r>
        <w:t xml:space="preserve"> - Metro Weekly reported on the Capital Pride Alliance's announcement of the grand marshals for the 2019 Capital Pride Parade. The honorees included transgender activist Earline Budd, Pulse shooting survivor Brandon Wolf, BYU's Matt Easton, and cast members from FX's 'Pose'. The parade was set to take place on June 8, 2019, in Washington, D.C., with the grand marshals leading the procession and participating in various events.</w:t>
      </w:r>
      <w:r/>
    </w:p>
    <w:p>
      <w:pPr>
        <w:pStyle w:val="ListNumber"/>
        <w:spacing w:line="240" w:lineRule="auto"/>
        <w:ind w:left="720"/>
      </w:pPr>
      <w:r/>
      <w:hyperlink r:id="rId12">
        <w:r>
          <w:rPr>
            <w:color w:val="0000EE"/>
            <w:u w:val="single"/>
          </w:rPr>
          <w:t>https://www.capitalpride.org/celebrities-come-out-for-capital-pride-parade/</w:t>
        </w:r>
      </w:hyperlink>
      <w:r>
        <w:t xml:space="preserve"> - The Capital Pride Alliance highlighted the participation of national and local celebrities in the 2015 Capital Pride Parade. Grand marshals included actor and activist Wilson Cruz and DC LGBTA Pride founder Deacon Maccubbin. Other notable figures such as actor Daniel Franzese and internet sensation Max Emerson also joined the parade, contributing to the event's vibrant atmosphere in Washington, D.C.</w:t>
      </w:r>
      <w:r/>
    </w:p>
    <w:p>
      <w:pPr>
        <w:pStyle w:val="ListNumber"/>
        <w:spacing w:line="240" w:lineRule="auto"/>
        <w:ind w:left="720"/>
      </w:pPr>
      <w:r/>
      <w:hyperlink r:id="rId13">
        <w:r>
          <w:rPr>
            <w:color w:val="0000EE"/>
            <w:u w:val="single"/>
          </w:rPr>
          <w:t>https://www.metroweekly.com/2017/04/edie-windsor-named-grand-marshal-2017-capital-pride-parade/</w:t>
        </w:r>
      </w:hyperlink>
      <w:r>
        <w:t xml:space="preserve"> - Metro Weekly reported that Edith 'Edie' Windsor, the plaintiff in the landmark case that overturned the Defense of Marriage Act, was named the grand marshal of the 2017 Capital Pride Parade. Windsor expressed her honour in leading the parade and emphasised the ongoing fight for marriage equality. The parade was scheduled for June 10, 2017, in Washington, D.C.</w:t>
      </w:r>
      <w:r/>
    </w:p>
    <w:p>
      <w:pPr>
        <w:pStyle w:val="ListNumber"/>
        <w:spacing w:line="240" w:lineRule="auto"/>
        <w:ind w:left="720"/>
      </w:pPr>
      <w:r/>
      <w:hyperlink r:id="rId15">
        <w:r>
          <w:rPr>
            <w:color w:val="0000EE"/>
            <w:u w:val="single"/>
          </w:rPr>
          <w:t>https://www.metroweekly.com/2017/05/capital-pride-names-three-additional-grand-marshals-pride-parade/</w:t>
        </w:r>
      </w:hyperlink>
      <w:r>
        <w:t xml:space="preserve"> - Metro Weekly announced that Jim Obergefell, Mandy Carter, and Nicole Murray-Ramirez were named additional grand marshals for the 2017 Capital Pride Parade, joining Edie Windsor. These activists were recognised for their significant contributions to the LGBTQ+ community. The parade was set to take place on June 10, 2017, in Washington, D.C.</w:t>
      </w:r>
      <w:r/>
    </w:p>
    <w:p>
      <w:pPr>
        <w:pStyle w:val="ListNumber"/>
        <w:spacing w:line="240" w:lineRule="auto"/>
        <w:ind w:left="720"/>
      </w:pPr>
      <w:r/>
      <w:hyperlink r:id="rId14">
        <w:r>
          <w:rPr>
            <w:color w:val="0000EE"/>
            <w:u w:val="single"/>
          </w:rPr>
          <w:t>https://www.capitalpride.org/ava-max-billy-porter-keke-palmer-expose-and-sapphira-cristal-to-perform-at-the-capital-pride-alliance-pride-concert/</w:t>
        </w:r>
      </w:hyperlink>
      <w:r>
        <w:t xml:space="preserve"> - The Capital Pride Alliance announced the lineup for the 2024 Capital Pride Concert, featuring performances by Ava Max, Billy Porter, Keke Palmer, Exposé, and Sapphira Cristál. Billy Porter and Keke Palmer were also named the 2024 Parade Grand Marshals. The concert was part of the Pride festivities in Washington, D.C., celebrating the theme 'Totally Radical'.</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ottawacitizen.com/life/brianne-jenner-grand-marshal-capital-pride-parade" TargetMode="External"/><Relationship Id="rId10" Type="http://schemas.openxmlformats.org/officeDocument/2006/relationships/hyperlink" Target="https://www.capitalpride.org/capital-pride-alliance-announces-grand-marshals-for-2019-pride-parade/" TargetMode="External"/><Relationship Id="rId11" Type="http://schemas.openxmlformats.org/officeDocument/2006/relationships/hyperlink" Target="https://www.metroweekly.com/2019/05/capital-pride-alliance-names-grand-marshals-annual-pride-parade/" TargetMode="External"/><Relationship Id="rId12" Type="http://schemas.openxmlformats.org/officeDocument/2006/relationships/hyperlink" Target="https://www.capitalpride.org/celebrities-come-out-for-capital-pride-parade/" TargetMode="External"/><Relationship Id="rId13" Type="http://schemas.openxmlformats.org/officeDocument/2006/relationships/hyperlink" Target="https://www.metroweekly.com/2017/04/edie-windsor-named-grand-marshal-2017-capital-pride-parade/" TargetMode="External"/><Relationship Id="rId14" Type="http://schemas.openxmlformats.org/officeDocument/2006/relationships/hyperlink" Target="https://www.capitalpride.org/ava-max-billy-porter-keke-palmer-expose-and-sapphira-cristal-to-perform-at-the-capital-pride-alliance-pride-concert/" TargetMode="External"/><Relationship Id="rId15" Type="http://schemas.openxmlformats.org/officeDocument/2006/relationships/hyperlink" Target="https://www.metroweekly.com/2017/05/capital-pride-names-three-additional-grand-marshals-pride-parade/"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