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Romances to Watch Now After Heartstopper Forever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fresh queer love stories to fill the post-Heartstopper hole , from cosy boarding-school drama to sweeping historical passion, here are the best TV romances to stream now and why they matter.</w:t>
      </w:r>
      <w:r/>
    </w:p>
    <w:p>
      <w:r/>
      <w:r>
        <w:t>Essential Takeaways</w:t>
      </w:r>
      <w:r/>
      <w:r/>
    </w:p>
    <w:p>
      <w:pPr>
        <w:pStyle w:val="ListBullet"/>
        <w:spacing w:line="240" w:lineRule="auto"/>
        <w:ind w:left="720"/>
      </w:pPr>
      <w:r/>
      <w:r>
        <w:rPr>
          <w:b/>
        </w:rPr>
        <w:t>Heartstopper’s finale lands:</w:t>
      </w:r>
      <w:r>
        <w:t xml:space="preserve"> Fans can finish the saga with the feature-length Heartstopper Forever film, leaving viewers keen for more queer romances.</w:t>
      </w:r>
      <w:r/>
    </w:p>
    <w:p>
      <w:pPr>
        <w:pStyle w:val="ListBullet"/>
        <w:spacing w:line="240" w:lineRule="auto"/>
        <w:ind w:left="720"/>
      </w:pPr>
      <w:r/>
      <w:r>
        <w:rPr>
          <w:b/>
        </w:rPr>
        <w:t>Wide tonal range:</w:t>
      </w:r>
      <w:r>
        <w:t xml:space="preserve"> Picks run from wholesome and sunlit (Smiley) to gritty and historical (Fellow Travelers), so there’s something for every mood.</w:t>
      </w:r>
      <w:r/>
    </w:p>
    <w:p>
      <w:pPr>
        <w:pStyle w:val="ListBullet"/>
        <w:spacing w:line="240" w:lineRule="auto"/>
        <w:ind w:left="720"/>
      </w:pPr>
      <w:r/>
      <w:r>
        <w:rPr>
          <w:b/>
        </w:rPr>
        <w:t>Accessible on major platforms:</w:t>
      </w:r>
      <w:r>
        <w:t xml:space="preserve"> Most recommendations stream on Netflix, Disney+, Prime Video or Paramount, making them easy to find.</w:t>
      </w:r>
      <w:r/>
    </w:p>
    <w:p>
      <w:pPr>
        <w:pStyle w:val="ListBullet"/>
        <w:spacing w:line="240" w:lineRule="auto"/>
        <w:ind w:left="720"/>
      </w:pPr>
      <w:r/>
      <w:r>
        <w:rPr>
          <w:b/>
        </w:rPr>
        <w:t>Emotional and sensory hooks:</w:t>
      </w:r>
      <w:r>
        <w:t xml:space="preserve"> Expect tender chemistry, tense sex scenes, and vivid settings , boarding schools, Barcelona streets, 20th-century America.</w:t>
      </w:r>
      <w:r/>
    </w:p>
    <w:p>
      <w:pPr>
        <w:pStyle w:val="ListBullet"/>
        <w:spacing w:line="240" w:lineRule="auto"/>
        <w:ind w:left="720"/>
      </w:pPr>
      <w:r/>
      <w:r>
        <w:rPr>
          <w:b/>
        </w:rPr>
        <w:t>Binge- and bite-sized options:</w:t>
      </w:r>
      <w:r>
        <w:t xml:space="preserve"> Series vary from two-season gems to limited epics, useful if you want a quick fix or a long, consuming watch.</w:t>
      </w:r>
      <w:r/>
      <w:r/>
    </w:p>
    <w:p>
      <w:pPr>
        <w:pStyle w:val="Heading2"/>
      </w:pPr>
      <w:r>
        <w:t>Heartstopper’s finale: a tidy goodbye that nudges you onward</w:t>
      </w:r>
      <w:r/>
    </w:p>
    <w:p>
      <w:r/>
      <w:r>
        <w:t>Netflix wrapped Nick and Charlie’s story with the feature film Heartstopper Forever, and emotionally it lands like the last page of a beloved book , bittersweet and neatly tied up. Fans who’ve spent years with these characters will notice the familiarity of warmth and gentle humour that made the series a phenomenon. According to coverage of the film’s release, Heartstopper Forever arrives amid a wider appetite for queer romance on TV, which explains why so many viewers are hunting for the next couple to root for. If you loved the soft-focus intimacy of Heartstopper, try shows that keep the same gentle tone but add different textures.</w:t>
      </w:r>
      <w:r/>
    </w:p>
    <w:p>
      <w:pPr>
        <w:pStyle w:val="Heading2"/>
      </w:pPr>
      <w:r>
        <w:t>Young Royals: royal tension and boarding-school grit</w:t>
      </w:r>
      <w:r/>
    </w:p>
    <w:p>
      <w:r/>
      <w:r>
        <w:t>Young Royals mixes the glossy appeal of elite-school drama with real emotional teeth, following a crown prince and a scholarship student as they navigate attraction and duty. The series is moodier than some teen rom-coms, offering darker family dynamics and a rawer depiction of teen life. For viewers who appreciated Heartstopper’s schoolyard tenderness but wanted higher stakes, Young Royals provides that contrast while still delivering earnest chemistry. It’s a good pick if you want a coming-of-age love that feels both cinematic and intimate.</w:t>
      </w:r>
      <w:r/>
    </w:p>
    <w:p>
      <w:pPr>
        <w:pStyle w:val="Heading2"/>
      </w:pPr>
      <w:r>
        <w:t>Heated Rivalry and Love Victor: sport, identity and messy first loves</w:t>
      </w:r>
      <w:r/>
    </w:p>
    <w:p>
      <w:r/>
      <w:r>
        <w:t>If you’re craving heightened passion, Heated Rivalry’s on-ice secrecy and racy scenes make it an immediate draw; it’s the kind of show that sparks fandoms overnight. Meanwhile Love Victor offers a more character-led, grounded journey through identity, family and first relationships, evolving over three seasons into its own voice beyond Love Simon origins. Both shows show why queer teen romance isn’t a single mood: one gives you combustible heat and secret longing, the other slow-burn growth and the awkward, rewarding work of becoming yourself.</w:t>
      </w:r>
      <w:r/>
    </w:p>
    <w:p>
      <w:pPr>
        <w:pStyle w:val="Heading2"/>
      </w:pPr>
      <w:r>
        <w:t>Feel Good and Atypical: mature, messy relationships worth the watch</w:t>
      </w:r>
      <w:r/>
    </w:p>
    <w:p>
      <w:r/>
      <w:r>
        <w:t>For a turn toward more adult territory, Feel Good serves up a dark rom-com about addictive patterns, identity and the microtensions that make long-term attraction complicated and compelling. It’s sharp, occasionally uncomfortable, and full of moments that land because they’re messy and recognisable. Atypical, while centred on different themes, threaded a delicate romance across its run that many viewers wanted to see resolved; both series underline that queer love stories can be as knotty and human as any straight drama, and that representation isn’t always tidy.</w:t>
      </w:r>
      <w:r/>
    </w:p>
    <w:p>
      <w:pPr>
        <w:pStyle w:val="Heading2"/>
      </w:pPr>
      <w:r>
        <w:t>Smiley and A League Of Their Own: lightness and history in equal measure</w:t>
      </w:r>
      <w:r/>
    </w:p>
    <w:p>
      <w:r/>
      <w:r>
        <w:t>Smiley is sun-soaked and flirtatious, a Spanish rom-com that proves accidental messages can lead to genuine connection against Barcelona’s vibrant queer scene. On the flip side, A League Of Their Own re-examines 1940s America and the hidden lives of women who loved women in a period setting, earning critical praise for bringing queer subtext to the foreground. These choices show how setting reshapes a romance: one is playful and immediate, the other reflective and historically resonant.</w:t>
      </w:r>
      <w:r/>
    </w:p>
    <w:p>
      <w:pPr>
        <w:pStyle w:val="Heading2"/>
      </w:pPr>
      <w:r>
        <w:t>Fellow Travelers: epic love that spans decades</w:t>
      </w:r>
      <w:r/>
    </w:p>
    <w:p>
      <w:r/>
      <w:r>
        <w:t>If you want something that roars rather than purrs, Fellow Travelers charts a decades-spanning affair across the 20th century and doesn’t shy from political, social and sexual turbulence. Jonathan Bailey and Matt Bomer anchor a story that throws intimate scenes and historical trauma into sharp relief, offering a more explicit, propulsive counterpoint to Heartstopper’s gentleness. It’s essential viewing if you’re ready for a romance that’s both a love story and a history lesson.</w:t>
      </w:r>
      <w:r/>
    </w:p>
    <w:p>
      <w:r/>
      <w:r>
        <w:t>Closing line It’s a rich moment for queer TV romance , pick your tone, hit play, and let a new favourite couple take over the playlist.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https://www.huffingtonpost.co.uk/entry/heartstopper-more-queer-love-stories-tv_uk_6a5a3078e4b042a7aac79362</w:t>
        </w:r>
      </w:hyperlink>
      <w:r>
        <w:t xml:space="preserve"> - Please view link - unable to able to access data</w:t>
      </w:r>
      <w:r/>
    </w:p>
    <w:p>
      <w:pPr>
        <w:pStyle w:val="ListNumber"/>
        <w:spacing w:line="240" w:lineRule="auto"/>
        <w:ind w:left="720"/>
      </w:pPr>
      <w:r/>
      <w:hyperlink r:id="rId9">
        <w:r>
          <w:rPr>
            <w:color w:val="0000EE"/>
            <w:u w:val="single"/>
          </w:rPr>
          <w:t>https://www.huffingtonpost.co.uk/entry/heartstopper-more-queer-love-stories-tv_uk_6a5a3078e4b042a7aac79362</w:t>
        </w:r>
      </w:hyperlink>
      <w:r>
        <w:t xml:space="preserve"> - The article discusses the conclusion of the Netflix series 'Heartstopper' with the release of 'Heartstopper Forever', a feature-length film that serves as the final chapter in the story of Nick and Charlie. It also recommends nine other queer love stories available on TV, including 'Young Royals', 'Heated Rivalry', 'Love Victor', 'Atypical', 'A League Of Their Own', 'Feel Good', 'Smiley', and 'Fellow Travelers'. Each of these series offers unique narratives exploring LGBTQ+ themes and relationships.</w:t>
      </w:r>
      <w:r/>
    </w:p>
    <w:p>
      <w:pPr>
        <w:pStyle w:val="ListNumber"/>
        <w:spacing w:line="240" w:lineRule="auto"/>
        <w:ind w:left="720"/>
      </w:pPr>
      <w:r/>
      <w:hyperlink r:id="rId13">
        <w:r>
          <w:rPr>
            <w:color w:val="0000EE"/>
            <w:u w:val="single"/>
          </w:rPr>
          <w:t>https://www.whats-on-netflix.com/news/heartstopper-forever-finale-movie-sets-july-2026-release-date-on-netflix/</w:t>
        </w:r>
      </w:hyperlink>
      <w:r>
        <w:t xml:space="preserve"> - This article announces that 'Heartstopper Forever', the finale film of the 'Heartstopper' series, is set to be released globally on Netflix on July 17, 2026. The release date coincides with the fourth anniversary of the series' debut on the platform. The article also highlights the cast's reunion and the anticipation surrounding the film's conclusion.</w:t>
      </w:r>
      <w:r/>
    </w:p>
    <w:p>
      <w:pPr>
        <w:pStyle w:val="ListNumber"/>
        <w:spacing w:line="240" w:lineRule="auto"/>
        <w:ind w:left="720"/>
      </w:pPr>
      <w:r/>
      <w:hyperlink r:id="rId14">
        <w:r>
          <w:rPr>
            <w:color w:val="0000EE"/>
            <w:u w:val="single"/>
          </w:rPr>
          <w:t>https://www.netflix.com/title/81210762?fromWatch=true</w:t>
        </w:r>
      </w:hyperlink>
      <w:r>
        <w:t xml:space="preserve"> - The official Netflix page for 'Young Royals' provides an overview of the series, which follows Prince Wilhelm as he adjusts to life at the prestigious boarding school Hillerska. The series explores themes of identity, love, and duty, as Wilhelm navigates his royal obligations and personal desires. The page includes information about the cast, creators, and episodes.</w:t>
      </w:r>
      <w:r/>
    </w:p>
    <w:p>
      <w:pPr>
        <w:pStyle w:val="ListNumber"/>
        <w:spacing w:line="240" w:lineRule="auto"/>
        <w:ind w:left="720"/>
      </w:pPr>
      <w:r/>
      <w:hyperlink r:id="rId12">
        <w:r>
          <w:rPr>
            <w:color w:val="0000EE"/>
            <w:u w:val="single"/>
          </w:rPr>
          <w:t>https://www.netflix.com/youngroyals</w:t>
        </w:r>
      </w:hyperlink>
      <w:r>
        <w:t xml:space="preserve"> - This Netflix page offers a first look at the series 'Young Royals', which premiered on July 1, 2021. The series centres on Prince Wilhelm, who arrives at the prestigious boarding school Hillerska, providing him an opportunity to explore his true self and determine the kind of life he truly desires. The page includes a teaser trailer and additional details about the series.</w:t>
      </w:r>
      <w:r/>
    </w:p>
    <w:p>
      <w:pPr>
        <w:pStyle w:val="ListNumber"/>
        <w:spacing w:line="240" w:lineRule="auto"/>
        <w:ind w:left="720"/>
      </w:pPr>
      <w:r/>
      <w:hyperlink r:id="rId10">
        <w:r>
          <w:rPr>
            <w:color w:val="0000EE"/>
            <w:u w:val="single"/>
          </w:rPr>
          <w:t>https://www.netflix-news.com/articles/programmes/films/1620941-heartstopper-forever-ce-quil-faut-savoir-sur-le-film-final-attendu-le-17-juillet-sur-netflix-16-06-2026/</w:t>
        </w:r>
      </w:hyperlink>
      <w:r>
        <w:t xml:space="preserve"> - This article provides insights into the decision to conclude the 'Heartstopper' series with a film titled 'Heartstopper Forever', rather than a traditional fourth season. It discusses factors such as the cast's schedules, declining viewership, and the suitability of the source material for a film format. The article also touches upon the film's exploration of Nick and Charlie's relationship as they face new challenges.</w:t>
      </w:r>
      <w:r/>
    </w:p>
    <w:p>
      <w:pPr>
        <w:pStyle w:val="ListNumber"/>
        <w:spacing w:line="240" w:lineRule="auto"/>
        <w:ind w:left="720"/>
      </w:pPr>
      <w:r/>
      <w:hyperlink r:id="rId11">
        <w:r>
          <w:rPr>
            <w:color w:val="0000EE"/>
            <w:u w:val="single"/>
          </w:rPr>
          <w:t>https://www.netflix-news.com/articles/programmes/films/1624722-heartstopper-forever-les-trois-premieres-minutes-devoilent-un-charlie-metamorphose-avant-la-sortie-sur-netflix-15-07-2026/</w:t>
        </w:r>
      </w:hyperlink>
      <w:r>
        <w:t xml:space="preserve"> - This article reveals the first three minutes of 'Heartstopper Forever', showcasing a transformed Charlie as he addresses the Truham Grammar School assembly. The scene highlights Charlie's growth and confidence, marking a significant development in his character before the film's release on Netflix.</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heartstopper-more-queer-love-stories-tv_uk_6a5a3078e4b042a7aac79362" TargetMode="External"/><Relationship Id="rId10" Type="http://schemas.openxmlformats.org/officeDocument/2006/relationships/hyperlink" Target="https://www.netflix-news.com/articles/programmes/films/1620941-heartstopper-forever-ce-quil-faut-savoir-sur-le-film-final-attendu-le-17-juillet-sur-netflix-16-06-2026/" TargetMode="External"/><Relationship Id="rId11" Type="http://schemas.openxmlformats.org/officeDocument/2006/relationships/hyperlink" Target="https://www.netflix-news.com/articles/programmes/films/1624722-heartstopper-forever-les-trois-premieres-minutes-devoilent-un-charlie-metamorphose-avant-la-sortie-sur-netflix-15-07-2026/" TargetMode="External"/><Relationship Id="rId12" Type="http://schemas.openxmlformats.org/officeDocument/2006/relationships/hyperlink" Target="https://www.netflix.com/youngroyals" TargetMode="External"/><Relationship Id="rId13" Type="http://schemas.openxmlformats.org/officeDocument/2006/relationships/hyperlink" Target="https://www.whats-on-netflix.com/news/heartstopper-forever-finale-movie-sets-july-2026-release-date-on-netflix/" TargetMode="External"/><Relationship Id="rId14" Type="http://schemas.openxmlformats.org/officeDocument/2006/relationships/hyperlink" Target="https://www.netflix.com/title/81210762?fromWatch=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